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اللغة العربيّة · الصف الثالث   |   ورقة تلخيص</w:t>
      </w:r>
    </w:p>
    <w:p>
      <w:pPr>
        <w:bidi/>
        <w:spacing w:before="0" w:after="120"/>
        <w:jc w:val="both"/>
      </w:pPr>
      <w:r>
        <w:rPr>
          <w:rFonts w:ascii="Arial" w:hAnsi="Arial" w:cs="Arial"/>
          <w:b/>
          <w:bCs/>
          <w:color w:val="3F6212"/>
          <w:sz w:val="44"/>
          <w:szCs w:val="44"/>
          <w:rtl/>
        </w:rPr>
        <w:t>أقسام الكلام: الاسم والفعل والحرف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3F6212"/>
          <w:sz w:val="24"/>
          <w:szCs w:val="24"/>
          <w:rtl/>
        </w:rPr>
        <w:t>ورقة تلخيص: أقسام الكلام الثلاثة وعلامات كلّ قسم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rabic_g3_t02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Arial" w:hAnsi="Arial" w:cs="Arial"/>
          <w:b/>
          <w:bCs/>
          <w:color w:val="3F6212"/>
          <w:sz w:val="28"/>
          <w:szCs w:val="28"/>
          <w:rtl/>
        </w:rPr>
        <w:t>◆ أقسام الكلام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القسم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ماذا يدلّ عليه؟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أمثلة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الاسم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إنسان، حيوان، نبات، جماد، مكان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ولد، قطّة، شجرة، قلم، بيت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الفعل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عمل أو حدث في زمن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جلسَ، يقرأُ، اِفتحْ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الحرف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معنى يتمّ مع غيره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في، من، إلى، على، هل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Arial" w:hAnsi="Arial" w:cs="Arial"/>
          <w:b/>
          <w:bCs/>
          <w:color w:val="3F6212"/>
          <w:sz w:val="28"/>
          <w:szCs w:val="28"/>
          <w:rtl/>
        </w:rPr>
        <w:t>◆ علامات تساعدني</w:t>
      </w:r>
    </w:p>
    <w:p>
      <w:pPr>
        <w:bidi/>
        <w:spacing w:before="0" w:after="20"/>
        <w:jc w:val="both"/>
      </w:pPr>
      <w:r>
        <w:rPr>
          <w:rtl/>
        </w:rPr>
        <w:t>1. الاسم يقبل «ال»: البيت، الوردة.</w:t>
      </w:r>
    </w:p>
    <w:p>
      <w:pPr>
        <w:bidi/>
        <w:spacing w:before="0" w:after="20"/>
        <w:jc w:val="both"/>
      </w:pPr>
      <w:r>
        <w:rPr>
          <w:rtl/>
        </w:rPr>
        <w:t>2. الفعل الماضي يقبل تاء الفاعل: كتبْتُ، لعبْتُ.</w:t>
      </w:r>
    </w:p>
    <w:p>
      <w:pPr>
        <w:bidi/>
        <w:spacing w:before="0" w:after="20"/>
        <w:jc w:val="both"/>
      </w:pPr>
      <w:r>
        <w:rPr>
          <w:rtl/>
        </w:rPr>
        <w:t>3. الفعل المضارع يبدأ غالبًا بأحد الحروف: أ، ن، ي، ت.</w:t>
      </w:r>
    </w:p>
    <w:p>
      <w:pPr>
        <w:bidi/>
        <w:spacing w:before="0" w:after="20"/>
        <w:jc w:val="both"/>
      </w:pPr>
      <w:r>
        <w:rPr>
          <w:rtl/>
        </w:rPr>
        <w:t>4. الحرف لا يقبل «ال» ولا يدلّ على زمن.</w:t>
      </w:r>
    </w:p>
    <w:p>
      <w:pPr>
        <w:bidi/>
        <w:spacing w:before="120" w:after="40"/>
        <w:jc w:val="both"/>
      </w:pPr>
      <w:r>
        <w:rPr>
          <w:rFonts w:ascii="Arial" w:hAnsi="Arial" w:cs="Arial"/>
          <w:b/>
          <w:bCs/>
          <w:color w:val="3F6212"/>
          <w:sz w:val="28"/>
          <w:szCs w:val="28"/>
          <w:rtl/>
        </w:rPr>
        <w:t>◆ مثال من جملة</w:t>
      </w:r>
    </w:p>
    <w:p>
      <w:pPr>
        <w:bidi/>
        <w:spacing w:before="0" w:after="40"/>
        <w:jc w:val="both"/>
      </w:pPr>
      <w:r>
        <w:rPr>
          <w:rtl/>
        </w:rPr>
        <w:t>في الجملة الواحدة قد نجد الأقسام الثلاثة معًا.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مثال: ذهبَ (فعل) الولدُ (اسم) إلى (حرف) المدرسةِ (اسم).</w:t>
      </w: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تذكّروا! جرّب أن تضع «ال» قبل الكلمة: «الشمس» صحيحة فهي اسم، أمّا «النامَ» فلا تصحّ، فالكلمة «نامَ» فعل.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مثال محلول: ما نوع كلمة «يلعبُ» في الجملة «يلعبُ كريم في الحديقة»؟ ___</w:t>
      </w:r>
    </w:p>
    <w:p>
      <w:pPr>
        <w:bidi/>
        <w:spacing w:before="0" w:after="20"/>
        <w:jc w:val="both"/>
      </w:pPr>
      <w:r>
        <w:rPr>
          <w:rtl/>
        </w:rPr>
        <w:t>1. هل تقبل «ال»؟ لا.</w:t>
      </w:r>
    </w:p>
    <w:p>
      <w:pPr>
        <w:bidi/>
        <w:spacing w:before="0" w:after="20"/>
        <w:jc w:val="both"/>
      </w:pPr>
      <w:r>
        <w:rPr>
          <w:rtl/>
        </w:rPr>
        <w:t>2. هل تدلّ على عمل؟ نعم، اللعب.</w:t>
      </w:r>
    </w:p>
    <w:p>
      <w:pPr>
        <w:bidi/>
        <w:spacing w:before="0" w:after="20"/>
        <w:jc w:val="both"/>
      </w:pPr>
      <w:r>
        <w:rPr>
          <w:rtl/>
        </w:rPr>
        <w:t>3. هل تدلّ على زمن؟ نعم، يحدث الآن، وتبدأ بالياء.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الإجابة: فعل</w:t>
      </w:r>
    </w:p>
    <w:p>
      <w:pPr>
        <w:bidi/>
        <w:spacing w:before="120" w:after="80"/>
        <w:jc w:val="both"/>
      </w:pPr>
      <w:r>
        <w:rPr>
          <w:rFonts w:ascii="Arial" w:hAnsi="Arial" w:cs="Arial"/>
          <w:b/>
          <w:bCs/>
          <w:color w:val="3F6212"/>
          <w:sz w:val="28"/>
          <w:szCs w:val="28"/>
          <w:rtl/>
        </w:rPr>
        <w:t>نفحص أنفسنا – اكتب نوع الكلمة التي تحتها خطّ: اسم أو فعل أو حرف.</w:t>
      </w:r>
    </w:p>
    <w:p>
      <w:pPr>
        <w:bidi/>
        <w:spacing w:before="0" w:after="60"/>
        <w:jc w:val="both"/>
      </w:pPr>
      <w:r>
        <w:rPr>
          <w:rtl/>
        </w:rPr>
        <w:t>أ. «شربَ» سامي الحليب: الكلمة __________.</w:t>
      </w:r>
    </w:p>
    <w:p>
      <w:pPr>
        <w:bidi/>
        <w:spacing w:before="0" w:after="60"/>
        <w:jc w:val="both"/>
      </w:pPr>
      <w:r>
        <w:rPr>
          <w:rtl/>
        </w:rPr>
        <w:t>ب. جلستْ ليلى «على» الكرسيّ: الكلمة __________.</w:t>
      </w:r>
    </w:p>
    <w:p>
      <w:pPr>
        <w:bidi/>
        <w:spacing w:before="0" w:after="60"/>
        <w:jc w:val="both"/>
      </w:pPr>
      <w:r>
        <w:rPr>
          <w:rtl/>
        </w:rPr>
        <w:t>ج. «الحصان» يركض في الحقل: الكلمة __________.</w:t>
      </w:r>
    </w:p>
    <w:p>
      <w:pPr>
        <w:bidi/>
        <w:spacing w:before="0" w:after="60"/>
        <w:jc w:val="both"/>
      </w:pPr>
      <w:r>
        <w:rPr>
          <w:rtl/>
        </w:rPr>
        <w:t>د. نكتبُ الدرس «في» الدفتر: الكلمة __________.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إجابات الفحص الذاتيّ: أ. فعل · ب. حرف · ج. اسم · د. حرف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Simplified Arabic" w:hAnsi="Simplified Arabic" w:cs="Simplified Arabic"/>
      <w:sz w:val="25"/>
      <w:szCs w:val="25"/>
      <w:lang w:val="ar-SA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