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الثالث   |   ورقة عمل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أقسام الكلام: الاسم والفعل والحرف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الكلمات في الجدول.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الكلمات: قلم  |  كتبَ  |  في  |  حديقة  |  يشربُ  |  على  |  أرنب  |  لعبَ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اسم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فعل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حرف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اختر نوع الكلمة.</w:t>
      </w:r>
    </w:p>
    <w:p>
      <w:pPr>
        <w:bidi/>
        <w:spacing w:before="0" w:after="20"/>
        <w:jc w:val="both"/>
      </w:pPr>
      <w:r>
        <w:rPr>
          <w:rtl/>
        </w:rPr>
        <w:t>أ. زيتونة</w:t>
      </w:r>
    </w:p>
    <w:p>
      <w:pPr>
        <w:bidi/>
        <w:spacing w:before="0" w:after="80"/>
        <w:jc w:val="both"/>
      </w:pPr>
      <w:r>
        <w:rPr>
          <w:rtl/>
        </w:rPr>
        <w:t xml:space="preserve">   ○ اسم      ○ فعل      ○ حرف</w:t>
      </w:r>
    </w:p>
    <w:p>
      <w:pPr>
        <w:bidi/>
        <w:spacing w:before="0" w:after="20"/>
        <w:jc w:val="both"/>
      </w:pPr>
      <w:r>
        <w:rPr>
          <w:rtl/>
        </w:rPr>
        <w:t>ب. يقرأُ</w:t>
      </w:r>
    </w:p>
    <w:p>
      <w:pPr>
        <w:bidi/>
        <w:spacing w:before="0" w:after="80"/>
        <w:jc w:val="both"/>
      </w:pPr>
      <w:r>
        <w:rPr>
          <w:rtl/>
        </w:rPr>
        <w:t xml:space="preserve">   ○ اسم      ○ فعل      ○ حرف</w:t>
      </w:r>
    </w:p>
    <w:p>
      <w:pPr>
        <w:bidi/>
        <w:spacing w:before="0" w:after="20"/>
        <w:jc w:val="both"/>
      </w:pPr>
      <w:r>
        <w:rPr>
          <w:rtl/>
        </w:rPr>
        <w:t>ج. من</w:t>
      </w:r>
    </w:p>
    <w:p>
      <w:pPr>
        <w:bidi/>
        <w:spacing w:before="0" w:after="80"/>
        <w:jc w:val="both"/>
      </w:pPr>
      <w:r>
        <w:rPr>
          <w:rtl/>
        </w:rPr>
        <w:t xml:space="preserve">   ○ اسم      ○ فعل      ○ حرف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أدخل «ال» على الأسماء.</w:t>
      </w:r>
    </w:p>
    <w:p>
      <w:pPr>
        <w:bidi/>
        <w:spacing w:before="0" w:after="60"/>
        <w:jc w:val="both"/>
      </w:pPr>
      <w:r>
        <w:rPr>
          <w:rtl/>
        </w:rPr>
        <w:t>أ. بيت: __________</w:t>
      </w:r>
    </w:p>
    <w:p>
      <w:pPr>
        <w:bidi/>
        <w:spacing w:before="0" w:after="60"/>
        <w:jc w:val="both"/>
      </w:pPr>
      <w:r>
        <w:rPr>
          <w:rtl/>
        </w:rPr>
        <w:t>ب. شمس: __________</w:t>
      </w:r>
    </w:p>
    <w:p>
      <w:pPr>
        <w:bidi/>
        <w:spacing w:before="0" w:after="60"/>
        <w:jc w:val="both"/>
      </w:pPr>
      <w:r>
        <w:rPr>
          <w:rtl/>
        </w:rPr>
        <w:t>ج. قمر: __________</w:t>
      </w:r>
    </w:p>
    <w:p>
      <w:pPr>
        <w:bidi/>
        <w:spacing w:before="0" w:after="60"/>
        <w:jc w:val="both"/>
      </w:pPr>
      <w:r>
        <w:rPr>
          <w:rtl/>
        </w:rPr>
        <w:t>د. مدرسة: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صِل الاسم بما يدلّ عليه.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معلّمة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مكان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جمل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إنسان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نخلة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نبات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طاولة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حيوان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مدينة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جماد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صحّ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«عصفور» فعل.      صحيح / خطأ</w:t>
      </w:r>
    </w:p>
    <w:p>
      <w:pPr>
        <w:bidi/>
        <w:spacing w:before="0" w:after="60"/>
        <w:jc w:val="both"/>
      </w:pPr>
      <w:r>
        <w:rPr>
          <w:rtl/>
        </w:rPr>
        <w:t>ب. «إلى» حرف.      صحيح / خطأ</w:t>
      </w:r>
    </w:p>
    <w:p>
      <w:pPr>
        <w:bidi/>
        <w:spacing w:before="0" w:after="60"/>
        <w:jc w:val="both"/>
      </w:pPr>
      <w:r>
        <w:rPr>
          <w:rtl/>
        </w:rPr>
        <w:t>ج. الفعل يدلّ على حدث في زمن.      صحيح / خطأ</w:t>
      </w:r>
    </w:p>
    <w:p>
      <w:pPr>
        <w:bidi/>
        <w:spacing w:before="0" w:after="60"/>
        <w:jc w:val="both"/>
      </w:pPr>
      <w:r>
        <w:rPr>
          <w:rtl/>
        </w:rPr>
        <w:t>د. الحرف يقبل «ال».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اكتب نوع الكلمة التي بين القوسين: اسم أو فعل أو حرف.</w:t>
      </w:r>
    </w:p>
    <w:p>
      <w:pPr>
        <w:bidi/>
        <w:spacing w:before="0" w:after="100"/>
        <w:jc w:val="both"/>
      </w:pPr>
      <w:r>
        <w:rPr>
          <w:rtl/>
        </w:rPr>
        <w:t>أ. (نامَ) الطفل مبكّرًا.</w:t>
      </w:r>
    </w:p>
    <w:p>
      <w:pPr>
        <w:bidi/>
        <w:spacing w:before="0" w:after="100"/>
        <w:jc w:val="both"/>
      </w:pPr>
      <w:r>
        <w:rPr>
          <w:rtl/>
        </w:rPr>
        <w:t>ب. وضعت أمّي الصحن (على) الطاولة.</w:t>
      </w:r>
    </w:p>
    <w:p>
      <w:pPr>
        <w:bidi/>
        <w:spacing w:before="0" w:after="100"/>
        <w:jc w:val="both"/>
      </w:pPr>
      <w:r>
        <w:rPr>
          <w:rtl/>
        </w:rPr>
        <w:t>ج. (الفراشة) جميلة.</w:t>
      </w:r>
    </w:p>
    <w:p>
      <w:pPr>
        <w:bidi/>
        <w:spacing w:before="0" w:after="100"/>
        <w:jc w:val="both"/>
      </w:pPr>
      <w:r>
        <w:rPr>
          <w:rtl/>
        </w:rPr>
        <w:t>د. يذهب أبي (إلى) العمل.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أكمل بحرف مناسب من البنك.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بنك الكلمات: في  |  من  |  إلى  |  على</w:t>
      </w:r>
    </w:p>
    <w:p>
      <w:pPr>
        <w:bidi/>
        <w:spacing w:before="0" w:after="60"/>
        <w:jc w:val="both"/>
      </w:pPr>
      <w:r>
        <w:rPr>
          <w:rtl/>
        </w:rPr>
        <w:t>أ. السمك يعيش __________ الماء.</w:t>
      </w:r>
    </w:p>
    <w:p>
      <w:pPr>
        <w:bidi/>
        <w:spacing w:before="0" w:after="60"/>
        <w:jc w:val="both"/>
      </w:pPr>
      <w:r>
        <w:rPr>
          <w:rtl/>
        </w:rPr>
        <w:t>ب. عاد أبي __________ السوق.</w:t>
      </w:r>
    </w:p>
    <w:p>
      <w:pPr>
        <w:bidi/>
        <w:spacing w:before="0" w:after="60"/>
        <w:jc w:val="both"/>
      </w:pPr>
      <w:r>
        <w:rPr>
          <w:rtl/>
        </w:rPr>
        <w:t>ج. سافرت العائلة __________ حيفا.</w:t>
      </w:r>
    </w:p>
    <w:p>
      <w:pPr>
        <w:bidi/>
        <w:spacing w:before="0" w:after="60"/>
        <w:jc w:val="both"/>
      </w:pPr>
      <w:r>
        <w:rPr>
          <w:rtl/>
        </w:rPr>
        <w:t>د. جلس القطّ __________ السجّادة.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أكمل بفعل مناسب من البنك.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بنك الكلمات: تشربُ  |  قطفَ  |  يركضُ  |  رسمتْ</w:t>
      </w:r>
    </w:p>
    <w:p>
      <w:pPr>
        <w:bidi/>
        <w:spacing w:before="0" w:after="60"/>
        <w:jc w:val="both"/>
      </w:pPr>
      <w:r>
        <w:rPr>
          <w:rtl/>
        </w:rPr>
        <w:t>أ. __________ الولد في الملعب.</w:t>
      </w:r>
    </w:p>
    <w:p>
      <w:pPr>
        <w:bidi/>
        <w:spacing w:before="0" w:after="60"/>
        <w:jc w:val="both"/>
      </w:pPr>
      <w:r>
        <w:rPr>
          <w:rtl/>
        </w:rPr>
        <w:t>ب. __________ جدّي الزيتون.</w:t>
      </w:r>
    </w:p>
    <w:p>
      <w:pPr>
        <w:bidi/>
        <w:spacing w:before="0" w:after="60"/>
        <w:jc w:val="both"/>
      </w:pPr>
      <w:r>
        <w:rPr>
          <w:rtl/>
        </w:rPr>
        <w:t>ج. __________ نور صورة جميلة.</w:t>
      </w:r>
    </w:p>
    <w:p>
      <w:pPr>
        <w:bidi/>
        <w:spacing w:before="0" w:after="60"/>
        <w:jc w:val="both"/>
      </w:pPr>
      <w:r>
        <w:rPr>
          <w:rtl/>
        </w:rPr>
        <w:t>د. __________ البقرة الماء.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اكتب نوع كلّ كلمة في الجملة: «قرأَ عمرُ في الكتابِ».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نوعها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قرأَ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عمرُ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الكتابِ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في السوق</w:t>
      </w:r>
    </w:p>
    <w:p>
      <w:pPr>
        <w:bidi/>
        <w:spacing w:before="0" w:after="80"/>
        <w:jc w:val="both"/>
      </w:pPr>
      <w:r>
        <w:rPr>
          <w:rtl/>
        </w:rPr>
        <w:t>ذهب محمّد مع أبيه إلى السوق. اشترى الأب خضارًا وفواكه من البائع. حمل محمّد كيس التفّاح، وعاد مع أبيه إلى البيت فرحًا.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استخرج من نصّ «في السوق» كلمتين من كلّ قسم.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القسم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الأولى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الثانية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فعل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حرف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في كلّ مجموعة كلمة مختلفة عن الباقي. اكتبها.</w:t>
      </w:r>
    </w:p>
    <w:p>
      <w:pPr>
        <w:bidi/>
        <w:spacing w:before="0" w:after="100"/>
        <w:jc w:val="both"/>
      </w:pPr>
      <w:r>
        <w:rPr>
          <w:rtl/>
        </w:rPr>
        <w:t>أ. بيت – شجرة – جلسَ – قلم</w:t>
      </w:r>
    </w:p>
    <w:p>
      <w:pPr>
        <w:bidi/>
        <w:spacing w:before="0" w:after="100"/>
        <w:jc w:val="both"/>
      </w:pPr>
      <w:r>
        <w:rPr>
          <w:rtl/>
        </w:rPr>
        <w:t>ب. كتبَ – سبحَ – على – أكلَ</w:t>
      </w:r>
    </w:p>
    <w:p>
      <w:pPr>
        <w:bidi/>
        <w:spacing w:before="0" w:after="100"/>
        <w:jc w:val="both"/>
      </w:pPr>
      <w:r>
        <w:rPr>
          <w:rtl/>
        </w:rPr>
        <w:t>ج. في – عن – من – ولد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جملة فيها اسم وفعل وحرف، ثمّ ضع خطًّا تحت الحرف.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اكتب ثلاثة أسماء لأشياء في صفّك، وثلاثة أفعال تقوم بها في المدرسة.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15. قُصّوا بطاقات الكلمات، وألصقوا كلّ كلمة في العمود المناسب.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اسم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فعل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حرف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16. صِلوا بخطّ بين القسم وما يناسبه.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الاسم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أ. لا يتمّ معناه إلّا مع غيره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الفعل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ب. يدلّ على عمل في زمن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الحرف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ج. أمثلة على أفعال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كتبَ – يلعبُ – اِشربْ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د. يدلّ على إنسان أو حيوان أو نبات أو شيء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5. في – مِن – على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ه. أمثلة على حروف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صفحة القصّ واللصق – أقسام الكلام: الاسم والفعل والحرف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قُصّوا البطاقات على طول الخطّ المتقطّع، وأَلصِقوها في الصفحة 3، المهمّة 15.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🌳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شجرة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✏️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قلم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يلعبُ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مِن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في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🏠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بيت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كتبَ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على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شربَ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الثالث   |   ورقة عمل – الإجابات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الإجابات – أقسام الكلام: الاسم والفعل والحرف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الكلمات في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اسم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فعل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حرف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قلم, حديقة, أرنب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كتبَ, يشربُ, لعبَ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في, على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اختر نوع الكلمة.</w:t>
      </w:r>
    </w:p>
    <w:p>
      <w:pPr>
        <w:bidi/>
        <w:spacing w:before="0" w:after="20"/>
        <w:jc w:val="both"/>
      </w:pPr>
      <w:r>
        <w:rPr>
          <w:rtl/>
        </w:rPr>
        <w:t>أ. زيتونة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اسم</w:t>
      </w:r>
    </w:p>
    <w:p>
      <w:pPr>
        <w:bidi/>
        <w:spacing w:before="0" w:after="20"/>
        <w:jc w:val="both"/>
      </w:pPr>
      <w:r>
        <w:rPr>
          <w:rtl/>
        </w:rPr>
        <w:t>ب. يقرأُ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فعل</w:t>
      </w:r>
    </w:p>
    <w:p>
      <w:pPr>
        <w:bidi/>
        <w:spacing w:before="0" w:after="20"/>
        <w:jc w:val="both"/>
      </w:pPr>
      <w:r>
        <w:rPr>
          <w:rtl/>
        </w:rPr>
        <w:t>ج. من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حرف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أدخل «ال» على الأسماء.</w:t>
      </w:r>
    </w:p>
    <w:p>
      <w:pPr>
        <w:bidi/>
        <w:spacing w:before="0" w:after="40"/>
        <w:jc w:val="both"/>
      </w:pPr>
      <w:r>
        <w:rPr>
          <w:rtl/>
        </w:rPr>
        <w:t>أ. بيت: البيت</w:t>
      </w:r>
    </w:p>
    <w:p>
      <w:pPr>
        <w:bidi/>
        <w:spacing w:before="0" w:after="40"/>
        <w:jc w:val="both"/>
      </w:pPr>
      <w:r>
        <w:rPr>
          <w:rtl/>
        </w:rPr>
        <w:t>ب. شمس: الشمس</w:t>
      </w:r>
    </w:p>
    <w:p>
      <w:pPr>
        <w:bidi/>
        <w:spacing w:before="0" w:after="40"/>
        <w:jc w:val="both"/>
      </w:pPr>
      <w:r>
        <w:rPr>
          <w:rtl/>
        </w:rPr>
        <w:t>ج. قمر: القمر</w:t>
      </w:r>
    </w:p>
    <w:p>
      <w:pPr>
        <w:bidi/>
        <w:spacing w:before="0" w:after="40"/>
        <w:jc w:val="both"/>
      </w:pPr>
      <w:r>
        <w:rPr>
          <w:rtl/>
        </w:rPr>
        <w:t>د. مدرسة: المدرسة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صِل الاسم بما يدلّ عليه.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معلّمة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مكان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جمل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إنسان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نخلة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نبات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طاولة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حيوان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مدينة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جماد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صحّ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«عصفور» فعل. – خطأ – «عصفور» اسم</w:t>
      </w:r>
    </w:p>
    <w:p>
      <w:pPr>
        <w:bidi/>
        <w:spacing w:before="0" w:after="40"/>
        <w:jc w:val="both"/>
      </w:pPr>
      <w:r>
        <w:rPr>
          <w:rtl/>
        </w:rPr>
        <w:t>ب. «إلى» حرف. – صحيح</w:t>
      </w:r>
    </w:p>
    <w:p>
      <w:pPr>
        <w:bidi/>
        <w:spacing w:before="0" w:after="40"/>
        <w:jc w:val="both"/>
      </w:pPr>
      <w:r>
        <w:rPr>
          <w:rtl/>
        </w:rPr>
        <w:t>ج. الفعل يدلّ على حدث في زمن. – صحيح</w:t>
      </w:r>
    </w:p>
    <w:p>
      <w:pPr>
        <w:bidi/>
        <w:spacing w:before="0" w:after="40"/>
        <w:jc w:val="both"/>
      </w:pPr>
      <w:r>
        <w:rPr>
          <w:rtl/>
        </w:rPr>
        <w:t>د. الحرف يقبل «ال». – خطأ – الحرف لا يقبل «ال»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اكتب نوع الكلمة التي بين القوسين: اسم أو فعل أو حرف.</w:t>
      </w:r>
    </w:p>
    <w:p>
      <w:pPr>
        <w:bidi/>
        <w:spacing w:before="0" w:after="100"/>
        <w:jc w:val="both"/>
      </w:pPr>
      <w:r>
        <w:rPr>
          <w:rtl/>
        </w:rPr>
        <w:t>أ. (نامَ) الطفل مبكّرًا.  ← فعل</w:t>
      </w:r>
    </w:p>
    <w:p>
      <w:pPr>
        <w:bidi/>
        <w:spacing w:before="0" w:after="100"/>
        <w:jc w:val="both"/>
      </w:pPr>
      <w:r>
        <w:rPr>
          <w:rtl/>
        </w:rPr>
        <w:t>ب. وضعت أمّي الصحن (على) الطاولة.  ← حرف</w:t>
      </w:r>
    </w:p>
    <w:p>
      <w:pPr>
        <w:bidi/>
        <w:spacing w:before="0" w:after="100"/>
        <w:jc w:val="both"/>
      </w:pPr>
      <w:r>
        <w:rPr>
          <w:rtl/>
        </w:rPr>
        <w:t>ج. (الفراشة) جميلة.  ← اسم</w:t>
      </w:r>
    </w:p>
    <w:p>
      <w:pPr>
        <w:bidi/>
        <w:spacing w:before="0" w:after="100"/>
        <w:jc w:val="both"/>
      </w:pPr>
      <w:r>
        <w:rPr>
          <w:rtl/>
        </w:rPr>
        <w:t>د. يذهب أبي (إلى) العمل.  ← حرف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أكمل بحرف مناسب من البنك.</w:t>
      </w:r>
    </w:p>
    <w:p>
      <w:pPr>
        <w:bidi/>
        <w:spacing w:before="0" w:after="40"/>
        <w:jc w:val="both"/>
      </w:pPr>
      <w:r>
        <w:rPr>
          <w:rtl/>
        </w:rPr>
        <w:t>أ. السمك يعيش في الماء.</w:t>
      </w:r>
    </w:p>
    <w:p>
      <w:pPr>
        <w:bidi/>
        <w:spacing w:before="0" w:after="40"/>
        <w:jc w:val="both"/>
      </w:pPr>
      <w:r>
        <w:rPr>
          <w:rtl/>
        </w:rPr>
        <w:t>ب. عاد أبي من السوق.</w:t>
      </w:r>
    </w:p>
    <w:p>
      <w:pPr>
        <w:bidi/>
        <w:spacing w:before="0" w:after="40"/>
        <w:jc w:val="both"/>
      </w:pPr>
      <w:r>
        <w:rPr>
          <w:rtl/>
        </w:rPr>
        <w:t>ج. سافرت العائلة إلى حيفا.</w:t>
      </w:r>
    </w:p>
    <w:p>
      <w:pPr>
        <w:bidi/>
        <w:spacing w:before="0" w:after="40"/>
        <w:jc w:val="both"/>
      </w:pPr>
      <w:r>
        <w:rPr>
          <w:rtl/>
        </w:rPr>
        <w:t>د. جلس القطّ على السجّادة.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أكمل بفعل مناسب من البنك.</w:t>
      </w:r>
    </w:p>
    <w:p>
      <w:pPr>
        <w:bidi/>
        <w:spacing w:before="0" w:after="40"/>
        <w:jc w:val="both"/>
      </w:pPr>
      <w:r>
        <w:rPr>
          <w:rtl/>
        </w:rPr>
        <w:t>أ. يركضُ الولد في الملعب.</w:t>
      </w:r>
    </w:p>
    <w:p>
      <w:pPr>
        <w:bidi/>
        <w:spacing w:before="0" w:after="40"/>
        <w:jc w:val="both"/>
      </w:pPr>
      <w:r>
        <w:rPr>
          <w:rtl/>
        </w:rPr>
        <w:t>ب. قطفَ جدّي الزيتون.</w:t>
      </w:r>
    </w:p>
    <w:p>
      <w:pPr>
        <w:bidi/>
        <w:spacing w:before="0" w:after="40"/>
        <w:jc w:val="both"/>
      </w:pPr>
      <w:r>
        <w:rPr>
          <w:rtl/>
        </w:rPr>
        <w:t>ج. رسمتْ نور صورة جميلة.</w:t>
      </w:r>
    </w:p>
    <w:p>
      <w:pPr>
        <w:bidi/>
        <w:spacing w:before="0" w:after="40"/>
        <w:jc w:val="both"/>
      </w:pPr>
      <w:r>
        <w:rPr>
          <w:rtl/>
        </w:rPr>
        <w:t>د. تشربُ البقرة الماء.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اكتب نوع كلّ كلمة في الجملة: «قرأَ عمرُ في الكتابِ».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نوعها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قرأَ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فعل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عمرُ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اسم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حرف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الكتابِ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اسم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استخرج من نصّ «في السوق» كلمتين من كلّ قسم.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القسم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الأولى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الثانية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السوق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البائع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فعل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ذهب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اشترى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حرف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إلى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في كلّ مجموعة كلمة مختلفة عن الباقي. اكتبها.</w:t>
      </w:r>
    </w:p>
    <w:p>
      <w:pPr>
        <w:bidi/>
        <w:spacing w:before="0" w:after="100"/>
        <w:jc w:val="both"/>
      </w:pPr>
      <w:r>
        <w:rPr>
          <w:rtl/>
        </w:rPr>
        <w:t>أ. بيت – شجرة – جلسَ – قلم  ← جلسَ</w:t>
      </w:r>
    </w:p>
    <w:p>
      <w:pPr>
        <w:bidi/>
        <w:spacing w:before="0" w:after="100"/>
        <w:jc w:val="both"/>
      </w:pPr>
      <w:r>
        <w:rPr>
          <w:rtl/>
        </w:rPr>
        <w:t>ب. كتبَ – سبحَ – على – أكلَ  ← على</w:t>
      </w:r>
    </w:p>
    <w:p>
      <w:pPr>
        <w:bidi/>
        <w:spacing w:before="0" w:after="100"/>
        <w:jc w:val="both"/>
      </w:pPr>
      <w:r>
        <w:rPr>
          <w:rtl/>
        </w:rPr>
        <w:t>ج. في – عن – من – ولد  ← ولد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جملة فيها اسم وفعل وحرف، ثمّ ضع خطًّا تحت الحرف.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جلستْ سلمى في الصفّ. (الحرف: في)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اكتب ثلاثة أسماء لأشياء في صفّك، وثلاثة أفعال تقوم بها في المدرسة.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أسماء: لوح، كرسيّ، حقيبة. أفعال: أكتبُ، أقرأُ، ألعبُ.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15. قُصّوا بطاقات الكلمات، وألصقوا كلّ كلمة في العمود المناسب.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اسم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فعل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حرف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🏠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بيت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كتبَ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في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✏️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قلم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يلعبُ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مِن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🌳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شجرة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شربَ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على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16. صِلوا بخطّ بين القسم وما يناسبه.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الاسم  ←  د. يدلّ على إنسان أو حيوان أو نبات أو شيء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الفعل  ←  ب. يدلّ على عمل في زمن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الحرف  ←  أ. لا يتمّ معناه إلّا مع غيره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كتبَ – يلعبُ – اِشربْ  ←  ج. أمثلة على أفعال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5. في – مِن – على  ←  ه. أمثلة على حروف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plified Arabic" w:hAnsi="Simplified Arabic" w:cs="Simplified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