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</w:t>
      </w:r>
    </w:p>
    <w:p>
      <w:pPr>
        <w:bidi/>
        <w:spacing w:before="0" w:after="200"/>
        <w:jc w:val="both"/>
      </w:pPr>
      <w:r>
        <w:rPr>
          <w:rFonts w:ascii="Tahoma" w:hAnsi="Tahoma" w:cs="Tahoma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المفرد والمثنّى والجمع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 بالمثنّى.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كرسيّ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وردة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تفّاحة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المفرد بجمعه.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معلّمات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كُتُب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بيوت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أولاد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لاعب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لاعبون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اختر: مفرد أم مثنّى أم جمع؟</w:t>
      </w:r>
    </w:p>
    <w:p>
      <w:pPr>
        <w:bidi/>
        <w:spacing w:before="0" w:after="20"/>
        <w:jc w:val="both"/>
      </w:pPr>
      <w:r>
        <w:rPr>
          <w:rtl/>
        </w:rPr>
        <w:t>أ. حصانان</w:t>
      </w:r>
    </w:p>
    <w:p>
      <w:pPr>
        <w:bidi/>
        <w:spacing w:before="0" w:after="80"/>
        <w:jc w:val="both"/>
      </w:pPr>
      <w:r>
        <w:rPr>
          <w:rtl/>
        </w:rPr>
        <w:t xml:space="preserve">   ○ مفرد      ○ مثنّى      ○ جمع</w:t>
      </w:r>
    </w:p>
    <w:p>
      <w:pPr>
        <w:bidi/>
        <w:spacing w:before="0" w:after="20"/>
        <w:jc w:val="both"/>
      </w:pPr>
      <w:r>
        <w:rPr>
          <w:rtl/>
        </w:rPr>
        <w:t>ب. أقلام</w:t>
      </w:r>
    </w:p>
    <w:p>
      <w:pPr>
        <w:bidi/>
        <w:spacing w:before="0" w:after="80"/>
        <w:jc w:val="both"/>
      </w:pPr>
      <w:r>
        <w:rPr>
          <w:rtl/>
        </w:rPr>
        <w:t xml:space="preserve">   ○ مفرد      ○ مثنّى      ○ جمع</w:t>
      </w:r>
    </w:p>
    <w:p>
      <w:pPr>
        <w:bidi/>
        <w:spacing w:before="0" w:after="20"/>
        <w:jc w:val="both"/>
      </w:pPr>
      <w:r>
        <w:rPr>
          <w:rtl/>
        </w:rPr>
        <w:t>ج. نخلة</w:t>
      </w:r>
    </w:p>
    <w:p>
      <w:pPr>
        <w:bidi/>
        <w:spacing w:before="0" w:after="80"/>
        <w:jc w:val="both"/>
      </w:pPr>
      <w:r>
        <w:rPr>
          <w:rtl/>
        </w:rPr>
        <w:t xml:space="preserve">   ○ مفرد      ○ مثنّى      ○ جمع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بجمع المؤنّث السالم.</w:t>
      </w:r>
    </w:p>
    <w:p>
      <w:pPr>
        <w:bidi/>
        <w:spacing w:before="0" w:after="60"/>
        <w:jc w:val="both"/>
      </w:pPr>
      <w:r>
        <w:rPr>
          <w:rtl/>
        </w:rPr>
        <w:t>أ. طالبة: __________</w:t>
      </w:r>
    </w:p>
    <w:p>
      <w:pPr>
        <w:bidi/>
        <w:spacing w:before="0" w:after="60"/>
        <w:jc w:val="both"/>
      </w:pPr>
      <w:r>
        <w:rPr>
          <w:rtl/>
        </w:rPr>
        <w:t>ب. سيّارة: __________</w:t>
      </w:r>
    </w:p>
    <w:p>
      <w:pPr>
        <w:bidi/>
        <w:spacing w:before="0" w:after="60"/>
        <w:jc w:val="both"/>
      </w:pPr>
      <w:r>
        <w:rPr>
          <w:rtl/>
        </w:rPr>
        <w:t>ج. ممرّضة: __________</w:t>
      </w:r>
    </w:p>
    <w:p>
      <w:pPr>
        <w:bidi/>
        <w:spacing w:before="0" w:after="60"/>
        <w:jc w:val="both"/>
      </w:pPr>
      <w:r>
        <w:rPr>
          <w:rtl/>
        </w:rPr>
        <w:t>د. حافلة: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بجمع المذكّر السالم (ون).</w:t>
      </w:r>
    </w:p>
    <w:p>
      <w:pPr>
        <w:bidi/>
        <w:spacing w:before="0" w:after="60"/>
        <w:jc w:val="both"/>
      </w:pPr>
      <w:r>
        <w:rPr>
          <w:rtl/>
        </w:rPr>
        <w:t>أ. مزارع: __________</w:t>
      </w:r>
    </w:p>
    <w:p>
      <w:pPr>
        <w:bidi/>
        <w:spacing w:before="0" w:after="60"/>
        <w:jc w:val="both"/>
      </w:pPr>
      <w:r>
        <w:rPr>
          <w:rtl/>
        </w:rPr>
        <w:t>ب. مهندس: __________</w:t>
      </w:r>
    </w:p>
    <w:p>
      <w:pPr>
        <w:bidi/>
        <w:spacing w:before="0" w:after="60"/>
        <w:jc w:val="both"/>
      </w:pPr>
      <w:r>
        <w:rPr>
          <w:rtl/>
        </w:rPr>
        <w:t>ج. معلّم: __________</w:t>
      </w:r>
    </w:p>
    <w:p>
      <w:pPr>
        <w:bidi/>
        <w:spacing w:before="0" w:after="60"/>
        <w:jc w:val="both"/>
      </w:pPr>
      <w:r>
        <w:rPr>
          <w:rtl/>
        </w:rPr>
        <w:t>د. رسّام: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الجموع.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الكلمات: معلّمون  |  طالبات  |  أولاد  |  لاعبون  |  سيّارات  |  أقلام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المثنّى من «شجرة»: شجرتان.      صحيح / خطأ</w:t>
      </w:r>
    </w:p>
    <w:p>
      <w:pPr>
        <w:bidi/>
        <w:spacing w:before="0" w:after="60"/>
        <w:jc w:val="both"/>
      </w:pPr>
      <w:r>
        <w:rPr>
          <w:rtl/>
        </w:rPr>
        <w:t>ب. «بيوت» جمع مؤنّث سالم.      صحيح / خطأ</w:t>
      </w:r>
    </w:p>
    <w:p>
      <w:pPr>
        <w:bidi/>
        <w:spacing w:before="0" w:after="60"/>
        <w:jc w:val="both"/>
      </w:pPr>
      <w:r>
        <w:rPr>
          <w:rtl/>
        </w:rPr>
        <w:t>ج. المثنّى يدلّ على ثلاثة.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الجملة بالمثنّى من الكلمة التي بين القوسين.</w:t>
      </w:r>
    </w:p>
    <w:p>
      <w:pPr>
        <w:bidi/>
        <w:spacing w:before="0" w:after="60"/>
        <w:jc w:val="both"/>
      </w:pPr>
      <w:r>
        <w:rPr>
          <w:rtl/>
        </w:rPr>
        <w:t>أ. في الحديقة __________ كبيرتان. (شجرة)</w:t>
      </w:r>
    </w:p>
    <w:p>
      <w:pPr>
        <w:bidi/>
        <w:spacing w:before="0" w:after="60"/>
        <w:jc w:val="both"/>
      </w:pPr>
      <w:r>
        <w:rPr>
          <w:rtl/>
        </w:rPr>
        <w:t>ب. جاء __________ إلى الصفّ. (طالب)</w:t>
      </w:r>
    </w:p>
    <w:p>
      <w:pPr>
        <w:bidi/>
        <w:spacing w:before="0" w:after="60"/>
        <w:jc w:val="both"/>
      </w:pPr>
      <w:r>
        <w:rPr>
          <w:rtl/>
        </w:rPr>
        <w:t>ج. على الطاولة __________ أحمران. (كتاب)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مفرد كلّ جمع.</w:t>
      </w:r>
    </w:p>
    <w:p>
      <w:pPr>
        <w:bidi/>
        <w:spacing w:before="0" w:after="100"/>
        <w:jc w:val="both"/>
      </w:pPr>
      <w:r>
        <w:rPr>
          <w:rtl/>
        </w:rPr>
        <w:t>أ. أقلام</w:t>
      </w:r>
    </w:p>
    <w:p>
      <w:pPr>
        <w:bidi/>
        <w:spacing w:before="0" w:after="100"/>
        <w:jc w:val="both"/>
      </w:pPr>
      <w:r>
        <w:rPr>
          <w:rtl/>
        </w:rPr>
        <w:t>ب. أبواب</w:t>
      </w:r>
    </w:p>
    <w:p>
      <w:pPr>
        <w:bidi/>
        <w:spacing w:before="0" w:after="100"/>
        <w:jc w:val="both"/>
      </w:pPr>
      <w:r>
        <w:rPr>
          <w:rtl/>
        </w:rPr>
        <w:t>ج. مدارس</w:t>
      </w:r>
    </w:p>
    <w:p>
      <w:pPr>
        <w:bidi/>
        <w:spacing w:before="0" w:after="100"/>
        <w:jc w:val="both"/>
      </w:pPr>
      <w:r>
        <w:rPr>
          <w:rtl/>
        </w:rPr>
        <w:t>د. معلّمات</w:t>
      </w:r>
    </w:p>
    <w:p>
      <w:pPr>
        <w:bidi/>
        <w:spacing w:before="120" w:after="40"/>
        <w:jc w:val="center"/>
      </w:pPr>
      <w:r>
        <w:rPr>
          <w:rFonts w:ascii="Arial" w:hAnsi="Arial" w:cs="Arial"/>
          <w:b/>
          <w:bCs/>
          <w:color w:val="6D28D9"/>
          <w:sz w:val="30"/>
          <w:szCs w:val="30"/>
          <w:rtl/>
        </w:rPr>
        <w:t>في المزرعة</w:t>
      </w:r>
    </w:p>
    <w:p>
      <w:pPr>
        <w:bidi/>
        <w:spacing w:before="0" w:after="80"/>
        <w:jc w:val="both"/>
      </w:pPr>
      <w:r>
        <w:rPr>
          <w:rtl/>
        </w:rPr>
        <w:t>زار تلاميذ الصفّ الثالث مزرعة قريبة من القرية. رأوا فيها بقرتين وثلاثة أحصنة وأغنامًا كثيرة. شرح لهم المزارعون كيف يعتنون بالحيوانات، وقدّمت لهم المزارعات حليبًا طازجًا.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المزرعة»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مذكّر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الكلمة التي بين القوسين إلى جمع مناسب.</w:t>
      </w:r>
    </w:p>
    <w:p>
      <w:pPr>
        <w:bidi/>
        <w:spacing w:before="0" w:after="60"/>
        <w:jc w:val="both"/>
      </w:pPr>
      <w:r>
        <w:rPr>
          <w:rtl/>
        </w:rPr>
        <w:t>أ. في الصفّ __________ كثيرة. (نافذة)</w:t>
      </w:r>
    </w:p>
    <w:p>
      <w:pPr>
        <w:bidi/>
        <w:spacing w:before="0" w:after="60"/>
        <w:jc w:val="both"/>
      </w:pPr>
      <w:r>
        <w:rPr>
          <w:rtl/>
        </w:rPr>
        <w:t>ب. يلعب __________ في الساحة. (ولد)</w:t>
      </w:r>
    </w:p>
    <w:p>
      <w:pPr>
        <w:bidi/>
        <w:spacing w:before="0" w:after="60"/>
        <w:jc w:val="both"/>
      </w:pPr>
      <w:r>
        <w:rPr>
          <w:rtl/>
        </w:rPr>
        <w:t>ج. نجح __________ في المسابقة. (لاعب)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مثنّى، وجملة فيها جمع مؤنّث سالم.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صِف صفّك في ثلاث جمل، واستعمل مفردًا ومثنّى وجمعًا.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قُصّوا البطاقات، وألصقوا بجانب كلّ كلمة صيغتها المطلوبة.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كتاب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شجرة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معلّمة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قلم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المفرد – </w:t>
            </w:r>
            <w:r>
              <w:rPr>
                <w:sz w:val="24"/>
                <w:szCs w:val="24"/>
                <w:rtl/>
              </w:rPr>
              <w:t>يدلّ على واحد: كتاب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المثنّى – </w:t>
            </w:r>
            <w:r>
              <w:rPr>
                <w:sz w:val="24"/>
                <w:szCs w:val="24"/>
                <w:rtl/>
              </w:rPr>
              <w:t>يدلّ على اثنين، وينتهي بـ«ان» أو «ين»: كتابان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المذكّر السالم – </w:t>
            </w:r>
            <w:r>
              <w:rPr>
                <w:sz w:val="24"/>
                <w:szCs w:val="24"/>
                <w:rtl/>
              </w:rPr>
              <w:t>ينتهي بـ«ون» أو «ين»: معلّمون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المؤنّث السالم – </w:t>
            </w:r>
            <w:r>
              <w:rPr>
                <w:sz w:val="24"/>
                <w:szCs w:val="24"/>
                <w:rtl/>
              </w:rPr>
              <w:t>ينتهي بـ«ات»: معلّمات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التكسير – </w:t>
            </w:r>
            <w:r>
              <w:rPr>
                <w:sz w:val="24"/>
                <w:szCs w:val="24"/>
                <w:rtl/>
              </w:rPr>
              <w:t>تتغيّر فيه صورة المفرد: 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اِختاروا كلمتين من المعاني، واكتبوا جملة مع كلّ واحدة منهما.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 – المفرد والمثنّى والجمع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معلّمات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شجرتان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كتابان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أقلام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معلّمون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الثالث   |   ورقة عمل – الإجابات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0F7A4F"/>
          <w:sz w:val="36"/>
          <w:szCs w:val="36"/>
          <w:rtl/>
        </w:rPr>
        <w:t>الإجابات – المفرد والمثنّى والجمع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 بالمثنّى.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قلمان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كرسيّ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كرسيّان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وردة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وردتان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تفّاحة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تفّاحتان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المفرد بجمعه.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معلّمات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كُتُب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بيوت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أولاد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لاعب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لاعبون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اختر: مفرد أم مثنّى أم جمع؟</w:t>
      </w:r>
    </w:p>
    <w:p>
      <w:pPr>
        <w:bidi/>
        <w:spacing w:before="0" w:after="20"/>
        <w:jc w:val="both"/>
      </w:pPr>
      <w:r>
        <w:rPr>
          <w:rtl/>
        </w:rPr>
        <w:t>أ. حصانان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مثنّى</w:t>
      </w:r>
    </w:p>
    <w:p>
      <w:pPr>
        <w:bidi/>
        <w:spacing w:before="0" w:after="20"/>
        <w:jc w:val="both"/>
      </w:pPr>
      <w:r>
        <w:rPr>
          <w:rtl/>
        </w:rPr>
        <w:t>ب. أقلام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جمع</w:t>
      </w:r>
    </w:p>
    <w:p>
      <w:pPr>
        <w:bidi/>
        <w:spacing w:before="0" w:after="20"/>
        <w:jc w:val="both"/>
      </w:pPr>
      <w:r>
        <w:rPr>
          <w:rtl/>
        </w:rPr>
        <w:t>ج. نخلة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مفرد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بجمع المؤنّث السالم.</w:t>
      </w:r>
    </w:p>
    <w:p>
      <w:pPr>
        <w:bidi/>
        <w:spacing w:before="0" w:after="40"/>
        <w:jc w:val="both"/>
      </w:pPr>
      <w:r>
        <w:rPr>
          <w:rtl/>
        </w:rPr>
        <w:t>أ. طالبة: طالبات</w:t>
      </w:r>
    </w:p>
    <w:p>
      <w:pPr>
        <w:bidi/>
        <w:spacing w:before="0" w:after="40"/>
        <w:jc w:val="both"/>
      </w:pPr>
      <w:r>
        <w:rPr>
          <w:rtl/>
        </w:rPr>
        <w:t>ب. سيّارة: سيّارات</w:t>
      </w:r>
    </w:p>
    <w:p>
      <w:pPr>
        <w:bidi/>
        <w:spacing w:before="0" w:after="40"/>
        <w:jc w:val="both"/>
      </w:pPr>
      <w:r>
        <w:rPr>
          <w:rtl/>
        </w:rPr>
        <w:t>ج. ممرّضة: ممرّضات</w:t>
      </w:r>
    </w:p>
    <w:p>
      <w:pPr>
        <w:bidi/>
        <w:spacing w:before="0" w:after="40"/>
        <w:jc w:val="both"/>
      </w:pPr>
      <w:r>
        <w:rPr>
          <w:rtl/>
        </w:rPr>
        <w:t>د. حافلة: حافلات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بجمع المذكّر السالم (ون).</w:t>
      </w:r>
    </w:p>
    <w:p>
      <w:pPr>
        <w:bidi/>
        <w:spacing w:before="0" w:after="40"/>
        <w:jc w:val="both"/>
      </w:pPr>
      <w:r>
        <w:rPr>
          <w:rtl/>
        </w:rPr>
        <w:t>أ. مزارع: مزارعون</w:t>
      </w:r>
    </w:p>
    <w:p>
      <w:pPr>
        <w:bidi/>
        <w:spacing w:before="0" w:after="40"/>
        <w:jc w:val="both"/>
      </w:pPr>
      <w:r>
        <w:rPr>
          <w:rtl/>
        </w:rPr>
        <w:t>ب. مهندس: مهندسون</w:t>
      </w:r>
    </w:p>
    <w:p>
      <w:pPr>
        <w:bidi/>
        <w:spacing w:before="0" w:after="40"/>
        <w:jc w:val="both"/>
      </w:pPr>
      <w:r>
        <w:rPr>
          <w:rtl/>
        </w:rPr>
        <w:t>ج. معلّم: معلّمون</w:t>
      </w:r>
    </w:p>
    <w:p>
      <w:pPr>
        <w:bidi/>
        <w:spacing w:before="0" w:after="40"/>
        <w:jc w:val="both"/>
      </w:pPr>
      <w:r>
        <w:rPr>
          <w:rtl/>
        </w:rPr>
        <w:t>د. رسّام: رسّامون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الجموع.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معلّمون, لاعبون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طالبات, سيّارات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أولاد, 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المثنّى من «شجرة»: شجرتان. – صحيح</w:t>
      </w:r>
    </w:p>
    <w:p>
      <w:pPr>
        <w:bidi/>
        <w:spacing w:before="0" w:after="40"/>
        <w:jc w:val="both"/>
      </w:pPr>
      <w:r>
        <w:rPr>
          <w:rtl/>
        </w:rPr>
        <w:t>ب. «بيوت» جمع مؤنّث سالم. – خطأ – «بيوت» جمع تكسير</w:t>
      </w:r>
    </w:p>
    <w:p>
      <w:pPr>
        <w:bidi/>
        <w:spacing w:before="0" w:after="40"/>
        <w:jc w:val="both"/>
      </w:pPr>
      <w:r>
        <w:rPr>
          <w:rtl/>
        </w:rPr>
        <w:t>ج. المثنّى يدلّ على ثلاثة. – خطأ – المثنّى يدلّ على اثنين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الجملة بالمثنّى من الكلمة التي بين القوسين.</w:t>
      </w:r>
    </w:p>
    <w:p>
      <w:pPr>
        <w:bidi/>
        <w:spacing w:before="0" w:after="40"/>
        <w:jc w:val="both"/>
      </w:pPr>
      <w:r>
        <w:rPr>
          <w:rtl/>
        </w:rPr>
        <w:t>أ. في الحديقة شجرتان كبيرتان. (شجرة)</w:t>
      </w:r>
    </w:p>
    <w:p>
      <w:pPr>
        <w:bidi/>
        <w:spacing w:before="0" w:after="40"/>
        <w:jc w:val="both"/>
      </w:pPr>
      <w:r>
        <w:rPr>
          <w:rtl/>
        </w:rPr>
        <w:t>ب. جاء الطالبان إلى الصفّ. (طالب)</w:t>
      </w:r>
    </w:p>
    <w:p>
      <w:pPr>
        <w:bidi/>
        <w:spacing w:before="0" w:after="40"/>
        <w:jc w:val="both"/>
      </w:pPr>
      <w:r>
        <w:rPr>
          <w:rtl/>
        </w:rPr>
        <w:t>ج. على الطاولة كتابان أحمران. (كتاب)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اكتب مفرد كلّ جمع.</w:t>
      </w:r>
    </w:p>
    <w:p>
      <w:pPr>
        <w:bidi/>
        <w:spacing w:before="0" w:after="100"/>
        <w:jc w:val="both"/>
      </w:pPr>
      <w:r>
        <w:rPr>
          <w:rtl/>
        </w:rPr>
        <w:t>أ. أقلام  ← قلم</w:t>
      </w:r>
    </w:p>
    <w:p>
      <w:pPr>
        <w:bidi/>
        <w:spacing w:before="0" w:after="100"/>
        <w:jc w:val="both"/>
      </w:pPr>
      <w:r>
        <w:rPr>
          <w:rtl/>
        </w:rPr>
        <w:t>ب. أبواب  ← باب</w:t>
      </w:r>
    </w:p>
    <w:p>
      <w:pPr>
        <w:bidi/>
        <w:spacing w:before="0" w:after="100"/>
        <w:jc w:val="both"/>
      </w:pPr>
      <w:r>
        <w:rPr>
          <w:rtl/>
        </w:rPr>
        <w:t>ج. مدارس  ← مدرسة</w:t>
      </w:r>
    </w:p>
    <w:p>
      <w:pPr>
        <w:bidi/>
        <w:spacing w:before="0" w:after="100"/>
        <w:jc w:val="both"/>
      </w:pPr>
      <w:r>
        <w:rPr>
          <w:rtl/>
        </w:rPr>
        <w:t>د. معلّمات  ← معلّمة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استخرج من نصّ «في المزرعة»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بقرتين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مذكّر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المزارعون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المزارعات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أحصنة / أغنام / تلاميذ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الكلمة التي بين القوسين إلى جمع مناسب.</w:t>
      </w:r>
    </w:p>
    <w:p>
      <w:pPr>
        <w:bidi/>
        <w:spacing w:before="0" w:after="40"/>
        <w:jc w:val="both"/>
      </w:pPr>
      <w:r>
        <w:rPr>
          <w:rtl/>
        </w:rPr>
        <w:t>أ. في الصفّ نوافذ كثيرة. (نافذة)</w:t>
      </w:r>
    </w:p>
    <w:p>
      <w:pPr>
        <w:bidi/>
        <w:spacing w:before="0" w:after="40"/>
        <w:jc w:val="both"/>
      </w:pPr>
      <w:r>
        <w:rPr>
          <w:rtl/>
        </w:rPr>
        <w:t>ب. يلعب الأولاد في الساحة. (ولد)</w:t>
      </w:r>
    </w:p>
    <w:p>
      <w:pPr>
        <w:bidi/>
        <w:spacing w:before="0" w:after="40"/>
        <w:jc w:val="both"/>
      </w:pPr>
      <w:r>
        <w:rPr>
          <w:rtl/>
        </w:rPr>
        <w:t>ج. نجح اللاعبون في المسابقة. (لاعب)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جملة فيها مثنّى، وجملة فيها جمع مؤنّث سالم.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حقيبتي دفتران. / خرجت الطالبات إلى الساحة.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صِف صفّك في ثلاث جمل، واستعمل مفردًا ومثنّى وجمعًا.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صفّي لوح كبير. وفيه نافذتان واسعتان. وعلى الجدران صور ملوّنة.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قُصّوا البطاقات، وألصقوا بجانب كلّ كلمة صيغتها المطلوبة.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كتاب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كتابان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شجرة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شجرتان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معلّمون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معلّمة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معلّمات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قلم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المفرد – </w:t>
            </w:r>
            <w:r>
              <w:rPr>
                <w:sz w:val="24"/>
                <w:szCs w:val="24"/>
                <w:rtl/>
              </w:rPr>
              <w:t>يدلّ على واحد: كتاب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المثنّى – </w:t>
            </w:r>
            <w:r>
              <w:rPr>
                <w:sz w:val="24"/>
                <w:szCs w:val="24"/>
                <w:rtl/>
              </w:rPr>
              <w:t>يدلّ على اثنين، وينتهي بـ«ان» أو «ين»: كتابان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المذكّر السالم – </w:t>
            </w:r>
            <w:r>
              <w:rPr>
                <w:sz w:val="24"/>
                <w:szCs w:val="24"/>
                <w:rtl/>
              </w:rPr>
              <w:t>ينتهي بـ«ون» أو «ين»: معلّمون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المؤنّث السالم – </w:t>
            </w:r>
            <w:r>
              <w:rPr>
                <w:sz w:val="24"/>
                <w:szCs w:val="24"/>
                <w:rtl/>
              </w:rPr>
              <w:t>ينتهي بـ«ات»: معلّمات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التكسير – </w:t>
            </w:r>
            <w:r>
              <w:rPr>
                <w:sz w:val="24"/>
                <w:szCs w:val="24"/>
                <w:rtl/>
              </w:rPr>
              <w:t>تتغيّر فيه صورة المفرد: 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اِختاروا كلمتين من المعاني، واكتبوا جملة مع كلّ واحدة منهما. إجابة شخصيّة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