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اللغة العربيّة · الصف الثالث   |   ورقة عمل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الاسم: ____________________   الصف: ________   التاريخ: __________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اللام الشمسيّة واللام القمريّة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صنّف الكلمات حسب نوع اللام.</w:t>
      </w:r>
    </w:p>
    <w:p>
      <w:pPr>
        <w:bidi/>
        <w:spacing w:before="0" w:after="80"/>
        <w:jc w:val="both"/>
      </w:pPr>
      <w:r>
        <w:rPr>
          <w:color w:val="C2410C"/>
          <w:sz w:val="24"/>
          <w:szCs w:val="24"/>
          <w:rtl/>
        </w:rPr>
        <w:t>الكلمات: القمر  |  الشمس  |  الباب  |  النور  |  الكتاب  |  السمك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لام قمريّة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لام شمسيّة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اختر نوع اللام.</w:t>
      </w:r>
    </w:p>
    <w:p>
      <w:pPr>
        <w:bidi/>
        <w:spacing w:before="0" w:after="20"/>
        <w:jc w:val="both"/>
      </w:pPr>
      <w:r>
        <w:rPr>
          <w:rtl/>
        </w:rPr>
        <w:t>أ. الوردة</w:t>
      </w:r>
    </w:p>
    <w:p>
      <w:pPr>
        <w:bidi/>
        <w:spacing w:before="0" w:after="80"/>
        <w:jc w:val="both"/>
      </w:pPr>
      <w:r>
        <w:rPr>
          <w:rtl/>
        </w:rPr>
        <w:t xml:space="preserve">   ○ قمريّة      ○ شمسيّة</w:t>
      </w:r>
    </w:p>
    <w:p>
      <w:pPr>
        <w:bidi/>
        <w:spacing w:before="0" w:after="20"/>
        <w:jc w:val="both"/>
      </w:pPr>
      <w:r>
        <w:rPr>
          <w:rtl/>
        </w:rPr>
        <w:t>ب. الرمل</w:t>
      </w:r>
    </w:p>
    <w:p>
      <w:pPr>
        <w:bidi/>
        <w:spacing w:before="0" w:after="80"/>
        <w:jc w:val="both"/>
      </w:pPr>
      <w:r>
        <w:rPr>
          <w:rtl/>
        </w:rPr>
        <w:t xml:space="preserve">   ○ قمريّة      ○ شمسيّة</w:t>
      </w:r>
    </w:p>
    <w:p>
      <w:pPr>
        <w:bidi/>
        <w:spacing w:before="0" w:after="20"/>
        <w:jc w:val="both"/>
      </w:pPr>
      <w:r>
        <w:rPr>
          <w:rtl/>
        </w:rPr>
        <w:t>ج. الحصان</w:t>
      </w:r>
    </w:p>
    <w:p>
      <w:pPr>
        <w:bidi/>
        <w:spacing w:before="0" w:after="80"/>
        <w:jc w:val="both"/>
      </w:pPr>
      <w:r>
        <w:rPr>
          <w:rtl/>
        </w:rPr>
        <w:t xml:space="preserve">   ○ قمريّة      ○ شمسيّة</w:t>
      </w:r>
    </w:p>
    <w:p>
      <w:pPr>
        <w:bidi/>
        <w:spacing w:before="0" w:after="20"/>
        <w:jc w:val="both"/>
      </w:pPr>
      <w:r>
        <w:rPr>
          <w:rtl/>
        </w:rPr>
        <w:t>د. التفّاح</w:t>
      </w:r>
    </w:p>
    <w:p>
      <w:pPr>
        <w:bidi/>
        <w:spacing w:before="0" w:after="80"/>
        <w:jc w:val="both"/>
      </w:pPr>
      <w:r>
        <w:rPr>
          <w:rtl/>
        </w:rPr>
        <w:t xml:space="preserve">   ○ قمريّة      ○ شمسيّة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أدخل «ال» على الكلمة واكتبها.</w:t>
      </w:r>
    </w:p>
    <w:p>
      <w:pPr>
        <w:bidi/>
        <w:spacing w:before="0" w:after="60"/>
        <w:jc w:val="both"/>
      </w:pPr>
      <w:r>
        <w:rPr>
          <w:rtl/>
        </w:rPr>
        <w:t>أ. زيت: __________</w:t>
      </w:r>
    </w:p>
    <w:p>
      <w:pPr>
        <w:bidi/>
        <w:spacing w:before="0" w:after="60"/>
        <w:jc w:val="both"/>
      </w:pPr>
      <w:r>
        <w:rPr>
          <w:rtl/>
        </w:rPr>
        <w:t>ب. فراشة: __________</w:t>
      </w:r>
    </w:p>
    <w:p>
      <w:pPr>
        <w:bidi/>
        <w:spacing w:before="0" w:after="60"/>
        <w:jc w:val="both"/>
      </w:pPr>
      <w:r>
        <w:rPr>
          <w:rtl/>
        </w:rPr>
        <w:t>ج. طائرة: __________</w:t>
      </w:r>
    </w:p>
    <w:p>
      <w:pPr>
        <w:bidi/>
        <w:spacing w:before="0" w:after="60"/>
        <w:jc w:val="both"/>
      </w:pPr>
      <w:r>
        <w:rPr>
          <w:rtl/>
        </w:rPr>
        <w:t>د. جمل: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اكتب الحرف الذي بعد «ال»، ثمّ نوع اللام.</w:t>
      </w:r>
    </w:p>
    <w:p>
      <w:pPr>
        <w:bidi/>
        <w:spacing w:before="0" w:after="100"/>
        <w:jc w:val="both"/>
      </w:pPr>
      <w:r>
        <w:rPr>
          <w:rtl/>
        </w:rPr>
        <w:t>أ. الدرس</w:t>
      </w:r>
    </w:p>
    <w:p>
      <w:pPr>
        <w:bidi/>
        <w:spacing w:before="0" w:after="100"/>
        <w:jc w:val="both"/>
      </w:pPr>
      <w:r>
        <w:rPr>
          <w:rtl/>
        </w:rPr>
        <w:t>ب. الغيمة</w:t>
      </w:r>
    </w:p>
    <w:p>
      <w:pPr>
        <w:bidi/>
        <w:spacing w:before="0" w:after="100"/>
        <w:jc w:val="both"/>
      </w:pPr>
      <w:r>
        <w:rPr>
          <w:rtl/>
        </w:rPr>
        <w:t>ج. الصابون</w:t>
      </w:r>
    </w:p>
    <w:p>
      <w:pPr>
        <w:bidi/>
        <w:spacing w:before="0" w:after="100"/>
        <w:jc w:val="both"/>
      </w:pPr>
      <w:r>
        <w:rPr>
          <w:rtl/>
        </w:rPr>
        <w:t>د. الأرنب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صحّ أم خطأ؟ صحّح الخطأ.</w:t>
      </w:r>
    </w:p>
    <w:p>
      <w:pPr>
        <w:bidi/>
        <w:spacing w:before="0" w:after="60"/>
        <w:jc w:val="both"/>
      </w:pPr>
      <w:r>
        <w:rPr>
          <w:rtl/>
        </w:rPr>
        <w:t>أ. اللام الشمسيّة لا تُكتب.      صحيح / خطأ</w:t>
      </w:r>
    </w:p>
    <w:p>
      <w:pPr>
        <w:bidi/>
        <w:spacing w:before="0" w:after="60"/>
        <w:jc w:val="both"/>
      </w:pPr>
      <w:r>
        <w:rPr>
          <w:rtl/>
        </w:rPr>
        <w:t>ب. في «الليمون» لام شمسيّة.      صحيح / خطأ</w:t>
      </w:r>
    </w:p>
    <w:p>
      <w:pPr>
        <w:bidi/>
        <w:spacing w:before="0" w:after="60"/>
        <w:jc w:val="both"/>
      </w:pPr>
      <w:r>
        <w:rPr>
          <w:rtl/>
        </w:rPr>
        <w:t>ج. بعد اللام القمريّة حرف عليه شدّة.      صحيح / خطأ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صِل الكلمة بنوع اللام فيها.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أ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العين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قمريّة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الذهب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شمسيّة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المدرسة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شمسيّة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الثلج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قمريّة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اليد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قمريّة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أكمل الجدول.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الكلمة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كيف نلفظها؟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نوع اللام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النهر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أَنّهر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الفيل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أَلفيل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الصّيف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البحر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أكمل بكلمة من البنك تبدأ بلام شمسيّة.</w:t>
      </w:r>
    </w:p>
    <w:p>
      <w:pPr>
        <w:bidi/>
        <w:spacing w:before="0" w:after="80"/>
        <w:jc w:val="both"/>
      </w:pPr>
      <w:r>
        <w:rPr>
          <w:color w:val="C2410C"/>
          <w:sz w:val="24"/>
          <w:szCs w:val="24"/>
          <w:rtl/>
        </w:rPr>
        <w:t>بنك الكلمات: الشمس  |  السماء  |  النجوم  |  التلاميذ</w:t>
      </w:r>
    </w:p>
    <w:p>
      <w:pPr>
        <w:bidi/>
        <w:spacing w:before="0" w:after="60"/>
        <w:jc w:val="both"/>
      </w:pPr>
      <w:r>
        <w:rPr>
          <w:rtl/>
        </w:rPr>
        <w:t>أ. تطلع __________ في الصباح.</w:t>
      </w:r>
    </w:p>
    <w:p>
      <w:pPr>
        <w:bidi/>
        <w:spacing w:before="0" w:after="60"/>
        <w:jc w:val="both"/>
      </w:pPr>
      <w:r>
        <w:rPr>
          <w:rtl/>
        </w:rPr>
        <w:t>ب. تلمع __________ في الليل.</w:t>
      </w:r>
    </w:p>
    <w:p>
      <w:pPr>
        <w:bidi/>
        <w:spacing w:before="0" w:after="60"/>
        <w:jc w:val="both"/>
      </w:pPr>
      <w:r>
        <w:rPr>
          <w:rtl/>
        </w:rPr>
        <w:t>ج. لون __________ أزرق.</w:t>
      </w:r>
    </w:p>
    <w:p>
      <w:pPr>
        <w:bidi/>
        <w:spacing w:before="0" w:after="60"/>
        <w:jc w:val="both"/>
      </w:pPr>
      <w:r>
        <w:rPr>
          <w:rtl/>
        </w:rPr>
        <w:t>د. يجلس __________ في الصفّ.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صحّح الكتابة الخاطئة (انتبه: نكتب «ال» دائمًا).</w:t>
      </w:r>
    </w:p>
    <w:p>
      <w:pPr>
        <w:bidi/>
        <w:spacing w:before="0" w:after="100"/>
        <w:jc w:val="both"/>
      </w:pPr>
      <w:r>
        <w:rPr>
          <w:rtl/>
        </w:rPr>
        <w:t>أ. أشّجرة عالية.</w:t>
      </w:r>
    </w:p>
    <w:p>
      <w:pPr>
        <w:bidi/>
        <w:spacing w:before="0" w:after="100"/>
        <w:jc w:val="both"/>
      </w:pPr>
      <w:r>
        <w:rPr>
          <w:rtl/>
        </w:rPr>
        <w:t>ب. ذهبتُ إلى أسّوق.</w:t>
      </w:r>
    </w:p>
    <w:p>
      <w:pPr>
        <w:bidi/>
        <w:spacing w:before="0" w:after="100"/>
        <w:jc w:val="both"/>
      </w:pPr>
      <w:r>
        <w:rPr>
          <w:rtl/>
        </w:rPr>
        <w:t>ج. أنّهر طويل.</w:t>
      </w:r>
    </w:p>
    <w:p>
      <w:pPr>
        <w:bidi/>
        <w:spacing w:before="120" w:after="40"/>
        <w:jc w:val="center"/>
      </w:pPr>
      <w:r>
        <w:rPr>
          <w:rFonts w:ascii="Tahoma" w:hAnsi="Tahoma" w:cs="Tahoma"/>
          <w:b/>
          <w:bCs/>
          <w:color w:val="C2410C"/>
          <w:sz w:val="30"/>
          <w:szCs w:val="30"/>
          <w:rtl/>
        </w:rPr>
        <w:t>في الحقل</w:t>
      </w:r>
    </w:p>
    <w:p>
      <w:pPr>
        <w:bidi/>
        <w:spacing w:before="0" w:after="80"/>
        <w:jc w:val="both"/>
      </w:pPr>
      <w:r>
        <w:rPr>
          <w:rtl/>
        </w:rPr>
        <w:t>خرج الفلّاح إلى الحقل في الصباح. حمل الفأس والسلّة. سقى الزرع، وقطف الطماطم والخيار. وعند الظهر جلس في الظلّ، وشرب الماء البارد.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استخرج من نصّ «في الحقل» ثلاث كلمات بلام شمسيّة وثلاثًا بلام قمريّة.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لام شمسيّة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لام قمريّة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صنّف حسب نوع اللام.</w:t>
      </w:r>
    </w:p>
    <w:p>
      <w:pPr>
        <w:bidi/>
        <w:spacing w:before="0" w:after="80"/>
        <w:jc w:val="both"/>
      </w:pPr>
      <w:r>
        <w:rPr>
          <w:color w:val="C2410C"/>
          <w:sz w:val="24"/>
          <w:szCs w:val="24"/>
          <w:rtl/>
        </w:rPr>
        <w:t>الكلمات: الظهر  |  الخيار  |  الطماطم  |  الماء  |  الزرع  |  البارد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لام قمريّة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لام شمسيّة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اكتب جملة فيها كلمتان بلام شمسيّة، وضع الشدّة على الحرف بعد اللام.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اكتب ثلاث جمل عن الطبيعة، واستعمل فيها كلمات بلام قمريّة وأخرى بلام شمسيّة.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C2410C"/>
          <w:sz w:val="26"/>
          <w:szCs w:val="26"/>
          <w:rtl/>
        </w:rPr>
        <w:t>15. قُصّوا البطاقات، وألصقوا كلّ كلمة في العمود المناسب: لام شمسيّة أو لام قمريّة.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اللام الشمسيّة</w:t>
            </w:r>
          </w:p>
        </w:tc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اللام القمريّة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C2410C"/>
          <w:sz w:val="26"/>
          <w:szCs w:val="26"/>
          <w:rtl/>
        </w:rPr>
        <w:t>16. صِلوا بخطّ بين الكلمة وطريقة لفظها.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1996"/>
        <w:gridCol w:w="1996"/>
        <w:gridCol w:w="1996"/>
        <w:gridCol w:w="1996"/>
        <w:gridCol w:w="1996"/>
      </w:tblGrid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1. الشمس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أ. أَلْقمر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2. القمر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ب. أَنّور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3. النور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ج. أَلْباب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4. الباب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د. أَرّسم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5. الرسم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ه. أَشّمس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shd w:val="clear" w:color="auto" w:fill="555555"/>
            <w:vAlign w:val="center"/>
          </w:tcPr>
          <w:p>
            <w:pPr>
              <w:bidi/>
              <w:spacing w:before="60" w:after="60"/>
              <w:jc w:val="center"/>
            </w:pPr>
            <w:r>
              <w:rPr>
                <w:b/>
                <w:bCs/>
                <w:color w:val="FFFFFF"/>
                <w:sz w:val="34"/>
                <w:szCs w:val="34"/>
                <w:rtl/>
              </w:rPr>
              <w:t>✂ صفحة القصّ واللصق – اللام الشمسيّة واللام القمريّة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قُصّوا البطاقات على طول الخطّ المتقطّع، وأَلصِقوها في الصفحة 3، المهمّة 15.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🍅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الطماطم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🚪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الباب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📖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الكتاب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⭐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النجم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🏖️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الرمل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☀️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الشمس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🐘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الفيل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🌙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القمر</w:t>
            </w:r>
          </w:p>
        </w:tc>
      </w:tr>
    </w:tbl>
    <w:p>
      <w:pPr>
        <w:bidi/>
        <w:spacing w:before="0" w:after="12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اللغة العربيّة · الصف الثالث   |   ورقة عمل – الإجابات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A4F"/>
          <w:sz w:val="36"/>
          <w:szCs w:val="36"/>
          <w:rtl/>
        </w:rPr>
        <w:t>الإجابات – اللام الشمسيّة واللام القمريّة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صنّف الكلمات حسب نوع اللام.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لام قمريّة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لام شمسيّة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القمر, الباب, الكتاب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الشمس, النور, السمك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اختر نوع اللام.</w:t>
      </w:r>
    </w:p>
    <w:p>
      <w:pPr>
        <w:bidi/>
        <w:spacing w:before="0" w:after="20"/>
        <w:jc w:val="both"/>
      </w:pPr>
      <w:r>
        <w:rPr>
          <w:rtl/>
        </w:rPr>
        <w:t>أ. الوردة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قمريّة</w:t>
      </w:r>
    </w:p>
    <w:p>
      <w:pPr>
        <w:bidi/>
        <w:spacing w:before="0" w:after="20"/>
        <w:jc w:val="both"/>
      </w:pPr>
      <w:r>
        <w:rPr>
          <w:rtl/>
        </w:rPr>
        <w:t>ب. الرمل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شمسيّة</w:t>
      </w:r>
    </w:p>
    <w:p>
      <w:pPr>
        <w:bidi/>
        <w:spacing w:before="0" w:after="20"/>
        <w:jc w:val="both"/>
      </w:pPr>
      <w:r>
        <w:rPr>
          <w:rtl/>
        </w:rPr>
        <w:t>ج. الحصان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قمريّة</w:t>
      </w:r>
    </w:p>
    <w:p>
      <w:pPr>
        <w:bidi/>
        <w:spacing w:before="0" w:after="20"/>
        <w:jc w:val="both"/>
      </w:pPr>
      <w:r>
        <w:rPr>
          <w:rtl/>
        </w:rPr>
        <w:t>د. التفّاح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شمسيّة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أدخل «ال» على الكلمة واكتبها.</w:t>
      </w:r>
    </w:p>
    <w:p>
      <w:pPr>
        <w:bidi/>
        <w:spacing w:before="0" w:after="40"/>
        <w:jc w:val="both"/>
      </w:pPr>
      <w:r>
        <w:rPr>
          <w:rtl/>
        </w:rPr>
        <w:t>أ. زيت: الزيت</w:t>
      </w:r>
    </w:p>
    <w:p>
      <w:pPr>
        <w:bidi/>
        <w:spacing w:before="0" w:after="40"/>
        <w:jc w:val="both"/>
      </w:pPr>
      <w:r>
        <w:rPr>
          <w:rtl/>
        </w:rPr>
        <w:t>ب. فراشة: الفراشة</w:t>
      </w:r>
    </w:p>
    <w:p>
      <w:pPr>
        <w:bidi/>
        <w:spacing w:before="0" w:after="40"/>
        <w:jc w:val="both"/>
      </w:pPr>
      <w:r>
        <w:rPr>
          <w:rtl/>
        </w:rPr>
        <w:t>ج. طائرة: الطائرة</w:t>
      </w:r>
    </w:p>
    <w:p>
      <w:pPr>
        <w:bidi/>
        <w:spacing w:before="0" w:after="40"/>
        <w:jc w:val="both"/>
      </w:pPr>
      <w:r>
        <w:rPr>
          <w:rtl/>
        </w:rPr>
        <w:t>د. جمل: الجمل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اكتب الحرف الذي بعد «ال»، ثمّ نوع اللام.</w:t>
      </w:r>
    </w:p>
    <w:p>
      <w:pPr>
        <w:bidi/>
        <w:spacing w:before="0" w:after="100"/>
        <w:jc w:val="both"/>
      </w:pPr>
      <w:r>
        <w:rPr>
          <w:rtl/>
        </w:rPr>
        <w:t>أ. الدرس  ← د، شمسيّة</w:t>
      </w:r>
    </w:p>
    <w:p>
      <w:pPr>
        <w:bidi/>
        <w:spacing w:before="0" w:after="100"/>
        <w:jc w:val="both"/>
      </w:pPr>
      <w:r>
        <w:rPr>
          <w:rtl/>
        </w:rPr>
        <w:t>ب. الغيمة  ← غ، قمريّة</w:t>
      </w:r>
    </w:p>
    <w:p>
      <w:pPr>
        <w:bidi/>
        <w:spacing w:before="0" w:after="100"/>
        <w:jc w:val="both"/>
      </w:pPr>
      <w:r>
        <w:rPr>
          <w:rtl/>
        </w:rPr>
        <w:t>ج. الصابون  ← ص، شمسيّة</w:t>
      </w:r>
    </w:p>
    <w:p>
      <w:pPr>
        <w:bidi/>
        <w:spacing w:before="0" w:after="100"/>
        <w:jc w:val="both"/>
      </w:pPr>
      <w:r>
        <w:rPr>
          <w:rtl/>
        </w:rPr>
        <w:t>د. الأرنب  ← أ، قمريّة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صحّ أم خطأ؟ صحّح الخطأ.</w:t>
      </w:r>
    </w:p>
    <w:p>
      <w:pPr>
        <w:bidi/>
        <w:spacing w:before="0" w:after="40"/>
        <w:jc w:val="both"/>
      </w:pPr>
      <w:r>
        <w:rPr>
          <w:rtl/>
        </w:rPr>
        <w:t>أ. اللام الشمسيّة لا تُكتب. – خطأ – تُكتب ولا تُلفَظ</w:t>
      </w:r>
    </w:p>
    <w:p>
      <w:pPr>
        <w:bidi/>
        <w:spacing w:before="0" w:after="40"/>
        <w:jc w:val="both"/>
      </w:pPr>
      <w:r>
        <w:rPr>
          <w:rtl/>
        </w:rPr>
        <w:t>ب. في «الليمون» لام شمسيّة. – صحيح</w:t>
      </w:r>
    </w:p>
    <w:p>
      <w:pPr>
        <w:bidi/>
        <w:spacing w:before="0" w:after="40"/>
        <w:jc w:val="both"/>
      </w:pPr>
      <w:r>
        <w:rPr>
          <w:rtl/>
        </w:rPr>
        <w:t>ج. بعد اللام القمريّة حرف عليه شدّة. – خطأ – الشدّة تكون بعد اللام الشمسيّة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صِل الكلمة بنوع اللام فيها.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أ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العين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قمريّة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الذهب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شمسيّة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المدرسة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شمسيّة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الثلج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قمريّة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اليد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قمريّة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أكمل الجدول.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الكلمة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كيف نلفظها؟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نوع اللام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النهر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أَنّهر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شمسيّة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الفيل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أَلفيل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قمريّة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الصّيف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أَصّيف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شمسيّة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البحر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أَلبحر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قمريّة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أكمل بكلمة من البنك تبدأ بلام شمسيّة.</w:t>
      </w:r>
    </w:p>
    <w:p>
      <w:pPr>
        <w:bidi/>
        <w:spacing w:before="0" w:after="40"/>
        <w:jc w:val="both"/>
      </w:pPr>
      <w:r>
        <w:rPr>
          <w:rtl/>
        </w:rPr>
        <w:t>أ. تطلع الشمس في الصباح.</w:t>
      </w:r>
    </w:p>
    <w:p>
      <w:pPr>
        <w:bidi/>
        <w:spacing w:before="0" w:after="40"/>
        <w:jc w:val="both"/>
      </w:pPr>
      <w:r>
        <w:rPr>
          <w:rtl/>
        </w:rPr>
        <w:t>ب. تلمع النجوم في الليل.</w:t>
      </w:r>
    </w:p>
    <w:p>
      <w:pPr>
        <w:bidi/>
        <w:spacing w:before="0" w:after="40"/>
        <w:jc w:val="both"/>
      </w:pPr>
      <w:r>
        <w:rPr>
          <w:rtl/>
        </w:rPr>
        <w:t>ج. لون السماء أزرق.</w:t>
      </w:r>
    </w:p>
    <w:p>
      <w:pPr>
        <w:bidi/>
        <w:spacing w:before="0" w:after="40"/>
        <w:jc w:val="both"/>
      </w:pPr>
      <w:r>
        <w:rPr>
          <w:rtl/>
        </w:rPr>
        <w:t>د. يجلس التلاميذ في الصفّ.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صحّح الكتابة الخاطئة (انتبه: نكتب «ال» دائمًا).</w:t>
      </w:r>
    </w:p>
    <w:p>
      <w:pPr>
        <w:bidi/>
        <w:spacing w:before="0" w:after="100"/>
        <w:jc w:val="both"/>
      </w:pPr>
      <w:r>
        <w:rPr>
          <w:rtl/>
        </w:rPr>
        <w:t>أ. أشّجرة عالية.  ← الشجرة</w:t>
      </w:r>
    </w:p>
    <w:p>
      <w:pPr>
        <w:bidi/>
        <w:spacing w:before="0" w:after="100"/>
        <w:jc w:val="both"/>
      </w:pPr>
      <w:r>
        <w:rPr>
          <w:rtl/>
        </w:rPr>
        <w:t>ب. ذهبتُ إلى أسّوق.  ← السوق</w:t>
      </w:r>
    </w:p>
    <w:p>
      <w:pPr>
        <w:bidi/>
        <w:spacing w:before="0" w:after="100"/>
        <w:jc w:val="both"/>
      </w:pPr>
      <w:r>
        <w:rPr>
          <w:rtl/>
        </w:rPr>
        <w:t>ج. أنّهر طويل.  ← النهر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استخرج من نصّ «في الحقل» ثلاث كلمات بلام شمسيّة وثلاثًا بلام قمريّة.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لام شمسيّة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لام قمريّة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الصباح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الفلّاح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الزرع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الحقل / الفأس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الطماطم / الظهر / الظلّ / السلّة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الخيار / الماء / البارد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صنّف حسب نوع اللام.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لام قمريّة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لام شمسيّة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الخيار, الماء, البارد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الظهر, الطماطم, الزرع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اكتب جملة فيها كلمتان بلام شمسيّة، وضع الشدّة على الحرف بعد اللام.</w:t>
      </w:r>
    </w:p>
    <w:p>
      <w:pPr>
        <w:bidi/>
        <w:spacing w:before="0" w:after="80"/>
        <w:jc w:val="both"/>
      </w:pPr>
      <w:r>
        <w:rPr>
          <w:color w:val="0F7A4F"/>
          <w:rtl/>
        </w:rPr>
        <w:t>إجابة ممكنة: تلمع الشَّمس في السَّماء.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اكتب ثلاث جمل عن الطبيعة، واستعمل فيها كلمات بلام قمريّة وأخرى بلام شمسيّة.</w:t>
      </w:r>
    </w:p>
    <w:p>
      <w:pPr>
        <w:bidi/>
        <w:spacing w:before="0" w:after="80"/>
        <w:jc w:val="both"/>
      </w:pPr>
      <w:r>
        <w:rPr>
          <w:color w:val="0F7A4F"/>
          <w:rtl/>
        </w:rPr>
        <w:t>إجابة ممكنة: القمر جميل في الليل. تغرّد العصافير على الأشجار. ينزل المطر في الشتاء.</w:t>
      </w:r>
    </w:p>
    <w:p>
      <w:pPr>
        <w:bidi/>
        <w:spacing w:before="160" w:after="60"/>
        <w:jc w:val="both"/>
      </w:pPr>
      <w:r>
        <w:rPr>
          <w:b/>
          <w:bCs/>
          <w:color w:val="C2410C"/>
          <w:sz w:val="26"/>
          <w:szCs w:val="26"/>
          <w:rtl/>
        </w:rPr>
        <w:t>15. قُصّوا البطاقات، وألصقوا كلّ كلمة في العمود المناسب: لام شمسيّة أو لام قمريّة.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اللام الشمسيّة</w:t>
            </w:r>
          </w:p>
        </w:tc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اللام القمريّة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☀️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الشمس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⭐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النجم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🌙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القمر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🚪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الباب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🍅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الطماطم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🏖️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الرمل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📖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الكتاب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🐘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الفيل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C2410C"/>
          <w:sz w:val="26"/>
          <w:szCs w:val="26"/>
          <w:rtl/>
        </w:rPr>
        <w:t>16. صِلوا بخطّ بين الكلمة وطريقة لفظها.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1. الشمس  ←  ه. أَشّمس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2. القمر  ←  أ. أَلْقمر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3. النور  ←  ب. أَنّور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4. الباب  ←  ج. أَلْباب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5. الرسم  ←  د. أَرّسم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implified Arabic" w:hAnsi="Simplified Arabic" w:cs="Simplified Arabic"/>
      <w:sz w:val="25"/>
      <w:szCs w:val="25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