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الجملة الاسميّة والجملة الفعليّة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الجمل.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الكلمات: الشمسُ مشرقةٌ.  |  لعبَ الأولادُ.  |  البيتُ كبيرٌ.  |  يقرأُ أحمدُ.  |  الماءُ باردٌ.  |  سافرَ أبي.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نوع الجملة.</w:t>
      </w:r>
    </w:p>
    <w:p>
      <w:pPr>
        <w:bidi/>
        <w:spacing w:before="0" w:after="20"/>
        <w:jc w:val="both"/>
      </w:pPr>
      <w:r>
        <w:rPr>
          <w:rtl/>
        </w:rPr>
        <w:t>أ. الحقلُ أخضرُ.</w:t>
      </w:r>
    </w:p>
    <w:p>
      <w:pPr>
        <w:bidi/>
        <w:spacing w:before="0" w:after="80"/>
        <w:jc w:val="both"/>
      </w:pPr>
      <w:r>
        <w:rPr>
          <w:rtl/>
        </w:rPr>
        <w:t xml:space="preserve">   ○ اسميّة      ○ فعليّة</w:t>
      </w:r>
    </w:p>
    <w:p>
      <w:pPr>
        <w:bidi/>
        <w:spacing w:before="0" w:after="20"/>
        <w:jc w:val="both"/>
      </w:pPr>
      <w:r>
        <w:rPr>
          <w:rtl/>
        </w:rPr>
        <w:t>ب. غرّدَ العصفورُ.</w:t>
      </w:r>
    </w:p>
    <w:p>
      <w:pPr>
        <w:bidi/>
        <w:spacing w:before="0" w:after="80"/>
        <w:jc w:val="both"/>
      </w:pPr>
      <w:r>
        <w:rPr>
          <w:rtl/>
        </w:rPr>
        <w:t xml:space="preserve">   ○ اسميّة      ○ فعليّة</w:t>
      </w:r>
    </w:p>
    <w:p>
      <w:pPr>
        <w:bidi/>
        <w:spacing w:before="0" w:after="20"/>
        <w:jc w:val="both"/>
      </w:pPr>
      <w:r>
        <w:rPr>
          <w:rtl/>
        </w:rPr>
        <w:t>ج. الكتابُ مفيدٌ.</w:t>
      </w:r>
    </w:p>
    <w:p>
      <w:pPr>
        <w:bidi/>
        <w:spacing w:before="0" w:after="80"/>
        <w:jc w:val="both"/>
      </w:pPr>
      <w:r>
        <w:rPr>
          <w:rtl/>
        </w:rPr>
        <w:t xml:space="preserve">   ○ اسميّة      ○ فعليّة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حدّد المبتدأ والخبر.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المبتدأ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الوردةُ حمراءُ.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القطارُ سريعٌ.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الجدّةُ طيّبةٌ.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حدّد الفعل والفاعل.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نامَ الطفلُ.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نجحَتْ مريمُ.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يسبحُ السمكُ.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الجملة الاسميّة بخبر مناسب من البنك.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بنك الكلمات: واسعةٌ  |  عالٍ  |  لذيذٌ  |  نظيفٌ</w:t>
      </w:r>
    </w:p>
    <w:p>
      <w:pPr>
        <w:bidi/>
        <w:spacing w:before="0" w:after="60"/>
        <w:jc w:val="both"/>
      </w:pPr>
      <w:r>
        <w:rPr>
          <w:rtl/>
        </w:rPr>
        <w:t>أ. الجبلُ __________.</w:t>
      </w:r>
    </w:p>
    <w:p>
      <w:pPr>
        <w:bidi/>
        <w:spacing w:before="0" w:after="60"/>
        <w:jc w:val="both"/>
      </w:pPr>
      <w:r>
        <w:rPr>
          <w:rtl/>
        </w:rPr>
        <w:t>ب. الصفُّ __________.</w:t>
      </w:r>
    </w:p>
    <w:p>
      <w:pPr>
        <w:bidi/>
        <w:spacing w:before="0" w:after="60"/>
        <w:jc w:val="both"/>
      </w:pPr>
      <w:r>
        <w:rPr>
          <w:rtl/>
        </w:rPr>
        <w:t>ج. الخبزُ __________.</w:t>
      </w:r>
    </w:p>
    <w:p>
      <w:pPr>
        <w:bidi/>
        <w:spacing w:before="0" w:after="60"/>
        <w:jc w:val="both"/>
      </w:pPr>
      <w:r>
        <w:rPr>
          <w:rtl/>
        </w:rPr>
        <w:t>د. الساحةُ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الجملة الفعليّة بفاعل مناسب من البنك.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بنك الكلمات: الكلبُ  |  المطرُ  |  الجرسُ  |  المعلّمُ</w:t>
      </w:r>
    </w:p>
    <w:p>
      <w:pPr>
        <w:bidi/>
        <w:spacing w:before="0" w:after="60"/>
        <w:jc w:val="both"/>
      </w:pPr>
      <w:r>
        <w:rPr>
          <w:rtl/>
        </w:rPr>
        <w:t>أ. نبحَ __________.</w:t>
      </w:r>
    </w:p>
    <w:p>
      <w:pPr>
        <w:bidi/>
        <w:spacing w:before="0" w:after="60"/>
        <w:jc w:val="both"/>
      </w:pPr>
      <w:r>
        <w:rPr>
          <w:rtl/>
        </w:rPr>
        <w:t>ب. رنَّ __________.</w:t>
      </w:r>
    </w:p>
    <w:p>
      <w:pPr>
        <w:bidi/>
        <w:spacing w:before="0" w:after="60"/>
        <w:jc w:val="both"/>
      </w:pPr>
      <w:r>
        <w:rPr>
          <w:rtl/>
        </w:rPr>
        <w:t>ج. نزلَ __________.</w:t>
      </w:r>
    </w:p>
    <w:p>
      <w:pPr>
        <w:bidi/>
        <w:spacing w:before="0" w:after="60"/>
        <w:jc w:val="both"/>
      </w:pPr>
      <w:r>
        <w:rPr>
          <w:rtl/>
        </w:rPr>
        <w:t>د. شرحَ __________ الدرسَ.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صِل المبتدأ بالخبر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الثلجُ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ضخمٌ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العسلُ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زرقاءُ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الفيلُ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حلوٌ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السماءُ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أبيضُ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الجملة الفعليّة تبدأ باسم.      صحيح / خطأ</w:t>
      </w:r>
    </w:p>
    <w:p>
      <w:pPr>
        <w:bidi/>
        <w:spacing w:before="0" w:after="60"/>
        <w:jc w:val="both"/>
      </w:pPr>
      <w:r>
        <w:rPr>
          <w:rtl/>
        </w:rPr>
        <w:t>ب. في «الحديقةُ جميلةٌ» المبتدأ: الحديقةُ.      صحيح / خطأ</w:t>
      </w:r>
    </w:p>
    <w:p>
      <w:pPr>
        <w:bidi/>
        <w:spacing w:before="0" w:after="60"/>
        <w:jc w:val="both"/>
      </w:pPr>
      <w:r>
        <w:rPr>
          <w:rtl/>
        </w:rPr>
        <w:t>ج. الفاعل يأتي قبل الفعل في الجملة الفعليّة.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اكتب المفعول به في كلّ جملة.</w:t>
      </w:r>
    </w:p>
    <w:p>
      <w:pPr>
        <w:bidi/>
        <w:spacing w:before="0" w:after="100"/>
        <w:jc w:val="both"/>
      </w:pPr>
      <w:r>
        <w:rPr>
          <w:rtl/>
        </w:rPr>
        <w:t>أ. أكلَ الولدُ التفّاحةَ.</w:t>
      </w:r>
    </w:p>
    <w:p>
      <w:pPr>
        <w:bidi/>
        <w:spacing w:before="0" w:after="100"/>
        <w:jc w:val="both"/>
      </w:pPr>
      <w:r>
        <w:rPr>
          <w:rtl/>
        </w:rPr>
        <w:t>ب. رسمَتْ نورُ الشجرةَ.</w:t>
      </w:r>
    </w:p>
    <w:p>
      <w:pPr>
        <w:bidi/>
        <w:spacing w:before="0" w:after="100"/>
        <w:jc w:val="both"/>
      </w:pPr>
      <w:r>
        <w:rPr>
          <w:rtl/>
        </w:rPr>
        <w:t>ج. فتحَ أبي النافذةَ.</w:t>
      </w:r>
    </w:p>
    <w:p>
      <w:pPr>
        <w:bidi/>
        <w:spacing w:before="120" w:after="40"/>
        <w:jc w:val="center"/>
      </w:pPr>
      <w:r>
        <w:rPr>
          <w:rFonts w:ascii="Arial" w:hAnsi="Arial" w:cs="Arial"/>
          <w:b/>
          <w:bCs/>
          <w:color w:val="6D28D9"/>
          <w:sz w:val="30"/>
          <w:szCs w:val="30"/>
          <w:rtl/>
        </w:rPr>
        <w:t>صباح في القرية</w:t>
      </w:r>
    </w:p>
    <w:p>
      <w:pPr>
        <w:bidi/>
        <w:spacing w:before="0" w:after="80"/>
        <w:jc w:val="both"/>
      </w:pPr>
      <w:r>
        <w:rPr>
          <w:rtl/>
        </w:rPr>
        <w:t>الصباحُ جميلٌ في قريتنا. استيقظَ الفلّاحُ مبكّرًا، وفتحَ باب الحظيرة. الهواءُ نقيٌّ، والطيورُ تغرّد. حلبَتِ الأمُّ البقرةَ، وحملَ عمرُ الحليبَ إلى البيت.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صنّف الجمل من نصّ «صباح في القرية».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الكلمات: الصباحُ جميلٌ.  |  استيقظَ الفلّاحُ مبكّرًا.  |  الهواءُ نقيٌّ.  |  حلبَتِ الأمُّ البقرةَ.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من النصّ: «حملَ عمرُ الحليبَ». أكمل.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اسميّة عن الطقس، وجملة فعليّة عن شيء فعلته اليوم.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صِف حيوانًا تحبّه بجملتين اسميّتين وجملتين فعليّتين.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قُصّوا بطاقات الجمل، وألصقوا كلّ جملة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اسميّة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فعليّة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المبتدأ – </w:t>
            </w:r>
            <w:r>
              <w:rPr>
                <w:sz w:val="24"/>
                <w:szCs w:val="24"/>
                <w:rtl/>
              </w:rPr>
              <w:t>اسم في أوّل الجملة الاسميّة: «الجوُّ»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الخبر – </w:t>
            </w:r>
            <w:r>
              <w:rPr>
                <w:sz w:val="24"/>
                <w:szCs w:val="24"/>
                <w:rtl/>
              </w:rPr>
              <w:t>يُكمل معنى المبتدأ: «جميلٌ»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الفعل – </w:t>
            </w:r>
            <w:r>
              <w:rPr>
                <w:sz w:val="24"/>
                <w:szCs w:val="24"/>
                <w:rtl/>
              </w:rPr>
              <w:t>تبدأ به الجملة الفعليّة: «نامَ»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الفاعل – </w:t>
            </w:r>
            <w:r>
              <w:rPr>
                <w:sz w:val="24"/>
                <w:szCs w:val="24"/>
                <w:rtl/>
              </w:rPr>
              <w:t>مَن قام بالفعل: «الطفلُ»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اكتبوا جملة اسميّة واحدة وجملة فعليّة واحدة.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 – الجملة الاسميّة والجملة الفعليّة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3،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يلعبُ الولدُ.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نامَ الطفلُ.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كتبَ سامي الدرسَ.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الشمسُ مشرقةٌ.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الجوُّ جميلٌ.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البحرُ واسعٌ.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 – الإجابات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0F7A4F"/>
          <w:sz w:val="36"/>
          <w:szCs w:val="36"/>
          <w:rtl/>
        </w:rPr>
        <w:t>الإجابات – الجملة الاسميّة والجملة الفعليّة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الجمل.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الشمسُ مشرقةٌ., البيتُ كبيرٌ., الماءُ باردٌ.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لعبَ الأولادُ., يقرأُ أحمدُ., سافرَ أبي.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نوع الجملة.</w:t>
      </w:r>
    </w:p>
    <w:p>
      <w:pPr>
        <w:bidi/>
        <w:spacing w:before="0" w:after="20"/>
        <w:jc w:val="both"/>
      </w:pPr>
      <w:r>
        <w:rPr>
          <w:rtl/>
        </w:rPr>
        <w:t>أ. الحقلُ أخضرُ.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اسميّة</w:t>
      </w:r>
    </w:p>
    <w:p>
      <w:pPr>
        <w:bidi/>
        <w:spacing w:before="0" w:after="20"/>
        <w:jc w:val="both"/>
      </w:pPr>
      <w:r>
        <w:rPr>
          <w:rtl/>
        </w:rPr>
        <w:t>ب. غرّدَ العصفورُ.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فعليّة</w:t>
      </w:r>
    </w:p>
    <w:p>
      <w:pPr>
        <w:bidi/>
        <w:spacing w:before="0" w:after="20"/>
        <w:jc w:val="both"/>
      </w:pPr>
      <w:r>
        <w:rPr>
          <w:rtl/>
        </w:rPr>
        <w:t>ج. الكتابُ مفيدٌ.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اسميّة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حدّد المبتدأ والخبر.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المبتدأ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الوردةُ حمراءُ.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الوردةُ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حمراءُ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القطارُ سريعٌ.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القطارُ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سريعٌ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الجدّةُ طيّبةٌ.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الجدّةُ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طيّبةٌ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حدّد الفعل والفاعل.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نامَ الطفلُ.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نامَ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الطفلُ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نجحَتْ مريمُ.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نجحَتْ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مريمُ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يسبحُ السمكُ.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يسبحُ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السمكُ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الجملة الاسميّة بخبر مناسب من البنك.</w:t>
      </w:r>
    </w:p>
    <w:p>
      <w:pPr>
        <w:bidi/>
        <w:spacing w:before="0" w:after="40"/>
        <w:jc w:val="both"/>
      </w:pPr>
      <w:r>
        <w:rPr>
          <w:rtl/>
        </w:rPr>
        <w:t>أ. الجبلُ عالٍ.</w:t>
      </w:r>
    </w:p>
    <w:p>
      <w:pPr>
        <w:bidi/>
        <w:spacing w:before="0" w:after="40"/>
        <w:jc w:val="both"/>
      </w:pPr>
      <w:r>
        <w:rPr>
          <w:rtl/>
        </w:rPr>
        <w:t>ب. الصفُّ نظيفٌ.</w:t>
      </w:r>
    </w:p>
    <w:p>
      <w:pPr>
        <w:bidi/>
        <w:spacing w:before="0" w:after="40"/>
        <w:jc w:val="both"/>
      </w:pPr>
      <w:r>
        <w:rPr>
          <w:rtl/>
        </w:rPr>
        <w:t>ج. الخبزُ لذيذٌ.</w:t>
      </w:r>
    </w:p>
    <w:p>
      <w:pPr>
        <w:bidi/>
        <w:spacing w:before="0" w:after="40"/>
        <w:jc w:val="both"/>
      </w:pPr>
      <w:r>
        <w:rPr>
          <w:rtl/>
        </w:rPr>
        <w:t>د. الساحةُ واسعةٌ.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الجملة الفعليّة بفاعل مناسب من البنك.</w:t>
      </w:r>
    </w:p>
    <w:p>
      <w:pPr>
        <w:bidi/>
        <w:spacing w:before="0" w:after="40"/>
        <w:jc w:val="both"/>
      </w:pPr>
      <w:r>
        <w:rPr>
          <w:rtl/>
        </w:rPr>
        <w:t>أ. نبحَ الكلبُ.</w:t>
      </w:r>
    </w:p>
    <w:p>
      <w:pPr>
        <w:bidi/>
        <w:spacing w:before="0" w:after="40"/>
        <w:jc w:val="both"/>
      </w:pPr>
      <w:r>
        <w:rPr>
          <w:rtl/>
        </w:rPr>
        <w:t>ب. رنَّ الجرسُ.</w:t>
      </w:r>
    </w:p>
    <w:p>
      <w:pPr>
        <w:bidi/>
        <w:spacing w:before="0" w:after="40"/>
        <w:jc w:val="both"/>
      </w:pPr>
      <w:r>
        <w:rPr>
          <w:rtl/>
        </w:rPr>
        <w:t>ج. نزلَ المطرُ.</w:t>
      </w:r>
    </w:p>
    <w:p>
      <w:pPr>
        <w:bidi/>
        <w:spacing w:before="0" w:after="40"/>
        <w:jc w:val="both"/>
      </w:pPr>
      <w:r>
        <w:rPr>
          <w:rtl/>
        </w:rPr>
        <w:t>د. شرحَ المعلّمُ الدرسَ.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صِل المبتدأ بالخبر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الثلجُ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ضخمٌ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العسلُ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زرقاءُ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الفيلُ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حلوٌ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السماءُ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أبيضُ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الجملة الفعليّة تبدأ باسم. – خطأ – تبدأ بفعل</w:t>
      </w:r>
    </w:p>
    <w:p>
      <w:pPr>
        <w:bidi/>
        <w:spacing w:before="0" w:after="40"/>
        <w:jc w:val="both"/>
      </w:pPr>
      <w:r>
        <w:rPr>
          <w:rtl/>
        </w:rPr>
        <w:t>ب. في «الحديقةُ جميلةٌ» المبتدأ: الحديقةُ. – صحيح</w:t>
      </w:r>
    </w:p>
    <w:p>
      <w:pPr>
        <w:bidi/>
        <w:spacing w:before="0" w:after="40"/>
        <w:jc w:val="both"/>
      </w:pPr>
      <w:r>
        <w:rPr>
          <w:rtl/>
        </w:rPr>
        <w:t>ج. الفاعل يأتي قبل الفعل في الجملة الفعليّة. – خطأ – الفاعل يأتي بعد الفعل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اكتب المفعول به في كلّ جملة.</w:t>
      </w:r>
    </w:p>
    <w:p>
      <w:pPr>
        <w:bidi/>
        <w:spacing w:before="0" w:after="100"/>
        <w:jc w:val="both"/>
      </w:pPr>
      <w:r>
        <w:rPr>
          <w:rtl/>
        </w:rPr>
        <w:t>أ. أكلَ الولدُ التفّاحةَ.  ← التفّاحةَ</w:t>
      </w:r>
    </w:p>
    <w:p>
      <w:pPr>
        <w:bidi/>
        <w:spacing w:before="0" w:after="100"/>
        <w:jc w:val="both"/>
      </w:pPr>
      <w:r>
        <w:rPr>
          <w:rtl/>
        </w:rPr>
        <w:t>ب. رسمَتْ نورُ الشجرةَ.  ← الشجرةَ</w:t>
      </w:r>
    </w:p>
    <w:p>
      <w:pPr>
        <w:bidi/>
        <w:spacing w:before="0" w:after="100"/>
        <w:jc w:val="both"/>
      </w:pPr>
      <w:r>
        <w:rPr>
          <w:rtl/>
        </w:rPr>
        <w:t>ج. فتحَ أبي النافذةَ.  ← النافذةَ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صنّف الجمل من نصّ «صباح في القرية».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الصباحُ جميلٌ., الهواءُ نقيٌّ.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استيقظَ الفلّاحُ مبكّرًا., حلبَتِ الأمُّ البقرةَ.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من النصّ: «حملَ عمرُ الحليبَ». أكمل.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حملَ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عمرُ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الحليبَ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اسميّة عن الطقس، وجملة فعليّة عن شيء فعلته اليوم.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الطقسُ باردٌ. / لبستُ المعطفَ.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صِف حيوانًا تحبّه بجملتين اسميّتين وجملتين فعليّتين.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القطّةُ صغيرةٌ. فروُها ناعمٌ. تشربُ القطّةُ الحليبَ. تلعبُ بالكرة.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قُصّوا بطاقات الجمل، وألصقوا كلّ جملة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اسميّة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فعليّة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الجوُّ جميلٌ.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الشمسُ مشرقةٌ.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كتبَ سامي الدرسَ.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نامَ الطفلُ.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البحرُ واسعٌ.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يلعبُ الولدُ.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المبتدأ – </w:t>
            </w:r>
            <w:r>
              <w:rPr>
                <w:sz w:val="24"/>
                <w:szCs w:val="24"/>
                <w:rtl/>
              </w:rPr>
              <w:t>اسم في أوّل الجملة الاسميّة: «الجوُّ»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الخبر – </w:t>
            </w:r>
            <w:r>
              <w:rPr>
                <w:sz w:val="24"/>
                <w:szCs w:val="24"/>
                <w:rtl/>
              </w:rPr>
              <w:t>يُكمل معنى المبتدأ: «جميلٌ»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الفعل – </w:t>
            </w:r>
            <w:r>
              <w:rPr>
                <w:sz w:val="24"/>
                <w:szCs w:val="24"/>
                <w:rtl/>
              </w:rPr>
              <w:t>تبدأ به الجملة الفعليّة: «نامَ»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الفاعل – </w:t>
            </w:r>
            <w:r>
              <w:rPr>
                <w:sz w:val="24"/>
                <w:szCs w:val="24"/>
                <w:rtl/>
              </w:rPr>
              <w:t>مَن قام بالفعل: «الطفلُ»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اكتبوا جملة اسميّة واحدة وجملة فعليّة واحدة. إجابة شخصيّة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