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كتابة قصّة قصيرة وعلامات الترقيم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صِل علامة الترقيم باسمها.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الفاصلة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النقطة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،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علامة التعجّب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علامة الاستفهام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: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النقطتان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ضع علامة الترقيم المناسبة: (. أو ؟ أو !)</w:t>
      </w:r>
    </w:p>
    <w:p>
      <w:pPr>
        <w:bidi/>
        <w:spacing w:before="0" w:after="60"/>
        <w:jc w:val="both"/>
      </w:pPr>
      <w:r>
        <w:rPr>
          <w:rtl/>
        </w:rPr>
        <w:t>أ. أين وضعتَ الكتاب__________</w:t>
      </w:r>
    </w:p>
    <w:p>
      <w:pPr>
        <w:bidi/>
        <w:spacing w:before="0" w:after="60"/>
        <w:jc w:val="both"/>
      </w:pPr>
      <w:r>
        <w:rPr>
          <w:rtl/>
        </w:rPr>
        <w:t>ب. ذهبتُ إلى المكتبة__________</w:t>
      </w:r>
    </w:p>
    <w:p>
      <w:pPr>
        <w:bidi/>
        <w:spacing w:before="0" w:after="60"/>
        <w:jc w:val="both"/>
      </w:pPr>
      <w:r>
        <w:rPr>
          <w:rtl/>
        </w:rPr>
        <w:t>ج. ما أجملَ الربيعَ__________</w:t>
      </w:r>
    </w:p>
    <w:p>
      <w:pPr>
        <w:bidi/>
        <w:spacing w:before="0" w:after="60"/>
        <w:jc w:val="both"/>
      </w:pPr>
      <w:r>
        <w:rPr>
          <w:rtl/>
        </w:rPr>
        <w:t>د. هل أنهيتَ واجبك__________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ضع الفاصلة (،) في مكانها.</w:t>
      </w:r>
    </w:p>
    <w:p>
      <w:pPr>
        <w:bidi/>
        <w:spacing w:before="0" w:after="60"/>
        <w:jc w:val="both"/>
      </w:pPr>
      <w:r>
        <w:rPr>
          <w:rtl/>
        </w:rPr>
        <w:t>أ. استيقظتُ__________ ثمّ غسلتُ وجهي.</w:t>
      </w:r>
    </w:p>
    <w:p>
      <w:pPr>
        <w:bidi/>
        <w:spacing w:before="0" w:after="60"/>
        <w:jc w:val="both"/>
      </w:pPr>
      <w:r>
        <w:rPr>
          <w:rtl/>
        </w:rPr>
        <w:t>ب. في الحقيبة دفتر__________ وقلم.</w:t>
      </w:r>
    </w:p>
    <w:p>
      <w:pPr>
        <w:bidi/>
        <w:spacing w:before="0" w:after="60"/>
        <w:jc w:val="both"/>
      </w:pPr>
      <w:r>
        <w:rPr>
          <w:rtl/>
        </w:rPr>
        <w:t>ج. زرتُ جدّي__________ ولعبتُ مع أولاد عمّي.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الجملة المكتوبة بترقيم صحيح.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قالت المعلّمة «افتحوا الكتب.»      ○ قالت المعلّمة: «افتحوا الكتب.»      ○ قالت المعلّمة؟ افتحوا الكتب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كم عمرك؟      ○ كم عمرك!      ○ كم عمرك،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العناصر حسب نوعها.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الجدّة  |  حديقة البيت  |  في المساء  |  الطفل سامي  |  السوق  |  يوم الجمعة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شخصيّة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مكان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زمان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رتّب أجزاء القصّة: اكتب رقم الترتيب (1–3).</w:t>
      </w:r>
    </w:p>
    <w:p>
      <w:pPr>
        <w:bidi/>
        <w:spacing w:before="0" w:after="100"/>
        <w:jc w:val="both"/>
      </w:pPr>
      <w:r>
        <w:rPr>
          <w:rtl/>
        </w:rPr>
        <w:t>أ. وأخيرًا وجد الطائر عشّه وفرح كثيرًا.</w:t>
      </w:r>
    </w:p>
    <w:p>
      <w:pPr>
        <w:bidi/>
        <w:spacing w:before="0" w:after="100"/>
        <w:jc w:val="both"/>
      </w:pPr>
      <w:r>
        <w:rPr>
          <w:rtl/>
        </w:rPr>
        <w:t>ب. في يوم من الأيّام خرج طائر صغير من عشّه ليلعب.</w:t>
      </w:r>
    </w:p>
    <w:p>
      <w:pPr>
        <w:bidi/>
        <w:spacing w:before="0" w:after="100"/>
        <w:jc w:val="both"/>
      </w:pPr>
      <w:r>
        <w:rPr>
          <w:rtl/>
        </w:rPr>
        <w:t>ج. فجأة هبّت ريح قويّة، فضلّ الطائر طريقه.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نضع علامة التعجّب بعد السؤال.      صحيح / خطأ</w:t>
      </w:r>
    </w:p>
    <w:p>
      <w:pPr>
        <w:bidi/>
        <w:spacing w:before="0" w:after="60"/>
        <w:jc w:val="both"/>
      </w:pPr>
      <w:r>
        <w:rPr>
          <w:rtl/>
        </w:rPr>
        <w:t>ب. في بداية القصّة نعرّف بالشخصيّات والمكان.      صحيح / خطأ</w:t>
      </w:r>
    </w:p>
    <w:p>
      <w:pPr>
        <w:bidi/>
        <w:spacing w:before="0" w:after="60"/>
        <w:jc w:val="both"/>
      </w:pPr>
      <w:r>
        <w:rPr>
          <w:rtl/>
        </w:rPr>
        <w:t>ج. المشكلة تُحَلّ في بداية القصّة.      صحيح / خطأ</w:t>
      </w:r>
    </w:p>
    <w:p>
      <w:pPr>
        <w:bidi/>
        <w:spacing w:before="120" w:after="40"/>
        <w:jc w:val="center"/>
      </w:pPr>
      <w:r>
        <w:rPr>
          <w:rFonts w:ascii="Traditional Arabic" w:hAnsi="Traditional Arabic" w:cs="Traditional Arabic"/>
          <w:b/>
          <w:bCs/>
          <w:color w:val="9F1239"/>
          <w:sz w:val="30"/>
          <w:szCs w:val="30"/>
          <w:rtl/>
        </w:rPr>
        <w:t>القطّة الضائعة</w:t>
      </w:r>
    </w:p>
    <w:p>
      <w:pPr>
        <w:bidi/>
        <w:spacing w:before="0" w:after="80"/>
        <w:jc w:val="both"/>
      </w:pPr>
      <w:r>
        <w:rPr>
          <w:rtl/>
        </w:rPr>
        <w:t>في مساء يوم بارد، سمعت مريم صوتًا ضعيفًا قرب باب البيت. فتحت الباب، فوجدت قطّة صغيرة ترتجف من البرد.</w:t>
      </w:r>
    </w:p>
    <w:p>
      <w:pPr>
        <w:bidi/>
        <w:spacing w:before="0" w:after="80"/>
        <w:jc w:val="both"/>
      </w:pPr>
      <w:r>
        <w:rPr>
          <w:rtl/>
        </w:rPr>
        <w:t>حملت مريم القطّة، وأدخلتها إلى البيت، وقدّمت لها الحليب الدافئ. قالت أمّها: «سنبحث غدًا عن صاحبها.»</w:t>
      </w:r>
    </w:p>
    <w:p>
      <w:pPr>
        <w:bidi/>
        <w:spacing w:before="0" w:after="80"/>
        <w:jc w:val="both"/>
      </w:pPr>
      <w:r>
        <w:rPr>
          <w:rtl/>
        </w:rPr>
        <w:t>في الصباح ألصقت مريم وأخوها ورقة على شجرة في الحيّ. بعد ساعة جاء ولد يركض وقال: «هذه قطّتي!» شكر الولد مريم، وعاد مع قطّته فرحًا.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عناصر قصّة «القطّة الضائعة».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العنصر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 القصّة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الزمان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أسئلة على قصّة «القطّة الضائعة».</w:t>
      </w:r>
    </w:p>
    <w:p>
      <w:pPr>
        <w:bidi/>
        <w:spacing w:before="0" w:after="20"/>
        <w:jc w:val="both"/>
      </w:pPr>
      <w:r>
        <w:rPr>
          <w:rtl/>
        </w:rPr>
        <w:t>أ. لماذا كانت القطّة ترتجف؟</w:t>
      </w:r>
    </w:p>
    <w:p>
      <w:pPr>
        <w:bidi/>
        <w:spacing w:before="0" w:after="80"/>
        <w:jc w:val="both"/>
      </w:pPr>
      <w:r>
        <w:rPr>
          <w:rtl/>
        </w:rPr>
        <w:t xml:space="preserve">   ○ من الخوف من الكلب      ○ من البرد      ○ من الجوع فقط</w:t>
      </w:r>
    </w:p>
    <w:p>
      <w:pPr>
        <w:bidi/>
        <w:spacing w:before="0" w:after="20"/>
        <w:jc w:val="both"/>
      </w:pPr>
      <w:r>
        <w:rPr>
          <w:rtl/>
        </w:rPr>
        <w:t>ب. لماذا وضع الكاتب علامة التعجّب في «هذه قطّتي!»؟</w:t>
      </w:r>
    </w:p>
    <w:p>
      <w:pPr>
        <w:bidi/>
        <w:spacing w:before="0" w:after="80"/>
        <w:jc w:val="both"/>
      </w:pPr>
      <w:r>
        <w:rPr>
          <w:rtl/>
        </w:rPr>
        <w:t xml:space="preserve">   ○ لأنّ الولد يسأل      ○ لأنّ الولد فرح ومتفاجئ      ○ لأنّ الجملة انتهت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أعد كتابة الجملة مع علامات الترقيم الصحيحة.</w:t>
      </w:r>
    </w:p>
    <w:p>
      <w:pPr>
        <w:bidi/>
        <w:spacing w:before="0" w:after="100"/>
        <w:jc w:val="both"/>
      </w:pPr>
      <w:r>
        <w:rPr>
          <w:rtl/>
        </w:rPr>
        <w:t>أ. قال أحمد لأمّه متى نزور جدّتي</w:t>
      </w:r>
    </w:p>
    <w:p>
      <w:pPr>
        <w:bidi/>
        <w:spacing w:before="0" w:after="100"/>
        <w:jc w:val="both"/>
      </w:pPr>
      <w:r>
        <w:rPr>
          <w:rtl/>
        </w:rPr>
        <w:t>ب. يا لها من رحلة رائعة</w:t>
      </w:r>
    </w:p>
    <w:p>
      <w:pPr>
        <w:bidi/>
        <w:spacing w:before="0" w:after="100"/>
        <w:jc w:val="both"/>
      </w:pPr>
      <w:r>
        <w:rPr>
          <w:rtl/>
        </w:rPr>
        <w:t>ج. اشترى أبي خبزًا وجبنًا وزيتونًا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 القصّة بكلمة ربط مناسبة من البنك.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بنك الكلمات: فجأة  |  في يوم من الأيّام  |  وأخيرًا  |  ثمّ</w:t>
      </w:r>
    </w:p>
    <w:p>
      <w:pPr>
        <w:bidi/>
        <w:spacing w:before="0" w:after="60"/>
        <w:jc w:val="both"/>
      </w:pPr>
      <w:r>
        <w:rPr>
          <w:rtl/>
        </w:rPr>
        <w:t>أ. __________ ذهب كريم إلى البحر.</w:t>
      </w:r>
    </w:p>
    <w:p>
      <w:pPr>
        <w:bidi/>
        <w:spacing w:before="0" w:after="60"/>
        <w:jc w:val="both"/>
      </w:pPr>
      <w:r>
        <w:rPr>
          <w:rtl/>
        </w:rPr>
        <w:t>ب. بنى قصرًا من الرمل، __________ جلس يستريح.</w:t>
      </w:r>
    </w:p>
    <w:p>
      <w:pPr>
        <w:bidi/>
        <w:spacing w:before="0" w:after="60"/>
        <w:jc w:val="both"/>
      </w:pPr>
      <w:r>
        <w:rPr>
          <w:rtl/>
        </w:rPr>
        <w:t>ج. __________ جاءت موجة كبيرة وهدمت القصر.</w:t>
      </w:r>
    </w:p>
    <w:p>
      <w:pPr>
        <w:bidi/>
        <w:spacing w:before="0" w:after="60"/>
        <w:jc w:val="both"/>
      </w:pPr>
      <w:r>
        <w:rPr>
          <w:rtl/>
        </w:rPr>
        <w:t>د. __________ بنى كريم قصرًا جديدًا بعيدًا عن الماء.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نهاية أخرى لقصّة «القطّة الضائعة» في جملتين أو ثلاث.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قصّة قصيرة (4 جمل) عنوانها «الكرة فوق الشجرة»، فيها بداية ومشكلة وحلّ، واستعمل علامة استفهام أو تعجّب.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بطاقات علامات الترقيم، وألصقوا العلامة المناسبة في نهاية كلّ جملة.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اسمُك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ذهبتُ إلى السوق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أجملَ البحرَ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أين حقيبتي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قرأتُ قصّة جميلة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🏠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النهاية ظهر قوس قزح.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فتح سامي المظلّة.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الصباح خرج سامي من البيت.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فجأة بدأ المطر يهطل.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كتابة قصّة قصيرة وعلامات الترقيم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4،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؟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؟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0F7A4F"/>
          <w:sz w:val="36"/>
          <w:szCs w:val="36"/>
          <w:rtl/>
        </w:rPr>
        <w:t>الإجابات – كتابة قصّة قصيرة وعلامات الترقيم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صِل علامة الترقيم باسمها.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الفاصلة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النقطة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،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علامة التعجّب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علامة الاستفهام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: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النقطتان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ضع علامة الترقيم المناسبة: (. أو ؟ أو !)</w:t>
      </w:r>
    </w:p>
    <w:p>
      <w:pPr>
        <w:bidi/>
        <w:spacing w:before="0" w:after="40"/>
        <w:jc w:val="both"/>
      </w:pPr>
      <w:r>
        <w:rPr>
          <w:rtl/>
        </w:rPr>
        <w:t>أ. أين وضعتَ الكتاب؟</w:t>
      </w:r>
    </w:p>
    <w:p>
      <w:pPr>
        <w:bidi/>
        <w:spacing w:before="0" w:after="40"/>
        <w:jc w:val="both"/>
      </w:pPr>
      <w:r>
        <w:rPr>
          <w:rtl/>
        </w:rPr>
        <w:t>ب. ذهبتُ إلى المكتبة.</w:t>
      </w:r>
    </w:p>
    <w:p>
      <w:pPr>
        <w:bidi/>
        <w:spacing w:before="0" w:after="40"/>
        <w:jc w:val="both"/>
      </w:pPr>
      <w:r>
        <w:rPr>
          <w:rtl/>
        </w:rPr>
        <w:t>ج. ما أجملَ الربيعَ!</w:t>
      </w:r>
    </w:p>
    <w:p>
      <w:pPr>
        <w:bidi/>
        <w:spacing w:before="0" w:after="40"/>
        <w:jc w:val="both"/>
      </w:pPr>
      <w:r>
        <w:rPr>
          <w:rtl/>
        </w:rPr>
        <w:t>د. هل أنهيتَ واجبك؟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ضع الفاصلة (،) في مكانها.</w:t>
      </w:r>
    </w:p>
    <w:p>
      <w:pPr>
        <w:bidi/>
        <w:spacing w:before="0" w:after="40"/>
        <w:jc w:val="both"/>
      </w:pPr>
      <w:r>
        <w:rPr>
          <w:rtl/>
        </w:rPr>
        <w:t>أ. استيقظتُ، ثمّ غسلتُ وجهي.</w:t>
      </w:r>
    </w:p>
    <w:p>
      <w:pPr>
        <w:bidi/>
        <w:spacing w:before="0" w:after="40"/>
        <w:jc w:val="both"/>
      </w:pPr>
      <w:r>
        <w:rPr>
          <w:rtl/>
        </w:rPr>
        <w:t>ب. في الحقيبة دفتر، وقلم.</w:t>
      </w:r>
    </w:p>
    <w:p>
      <w:pPr>
        <w:bidi/>
        <w:spacing w:before="0" w:after="40"/>
        <w:jc w:val="both"/>
      </w:pPr>
      <w:r>
        <w:rPr>
          <w:rtl/>
        </w:rPr>
        <w:t>ج. زرتُ جدّي، ولعبتُ مع أولاد عمّي.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الجملة المكتوبة بترقيم صحيح.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قالت المعلّمة: «افتحوا الكتب.»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كم عمرك؟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العناصر حسب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شخصيّة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مكان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زمان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الجدّة, الطفل سامي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حديقة البيت, السوق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المساء, يوم الجمعة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رتّب أجزاء القصّة: اكتب رقم الترتيب (1–3).</w:t>
      </w:r>
    </w:p>
    <w:p>
      <w:pPr>
        <w:bidi/>
        <w:spacing w:before="0" w:after="100"/>
        <w:jc w:val="both"/>
      </w:pPr>
      <w:r>
        <w:rPr>
          <w:rtl/>
        </w:rPr>
        <w:t>أ. وأخيرًا وجد الطائر عشّه وفرح كثيرًا.  ← 3</w:t>
      </w:r>
    </w:p>
    <w:p>
      <w:pPr>
        <w:bidi/>
        <w:spacing w:before="0" w:after="100"/>
        <w:jc w:val="both"/>
      </w:pPr>
      <w:r>
        <w:rPr>
          <w:rtl/>
        </w:rPr>
        <w:t>ب. في يوم من الأيّام خرج طائر صغير من عشّه ليلعب.  ← 1</w:t>
      </w:r>
    </w:p>
    <w:p>
      <w:pPr>
        <w:bidi/>
        <w:spacing w:before="0" w:after="100"/>
        <w:jc w:val="both"/>
      </w:pPr>
      <w:r>
        <w:rPr>
          <w:rtl/>
        </w:rPr>
        <w:t>ج. فجأة هبّت ريح قويّة، فضلّ الطائر طريقه.  ← 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نضع علامة التعجّب بعد السؤال. – خطأ – نضع بعد السؤال علامة الاستفهام</w:t>
      </w:r>
    </w:p>
    <w:p>
      <w:pPr>
        <w:bidi/>
        <w:spacing w:before="0" w:after="40"/>
        <w:jc w:val="both"/>
      </w:pPr>
      <w:r>
        <w:rPr>
          <w:rtl/>
        </w:rPr>
        <w:t>ب. في بداية القصّة نعرّف بالشخصيّات والمكان. – صحيح</w:t>
      </w:r>
    </w:p>
    <w:p>
      <w:pPr>
        <w:bidi/>
        <w:spacing w:before="0" w:after="40"/>
        <w:jc w:val="both"/>
      </w:pPr>
      <w:r>
        <w:rPr>
          <w:rtl/>
        </w:rPr>
        <w:t>ج. المشكلة تُحَلّ في بداية القصّة. – خطأ – تُحَلّ في نهاية القصّة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عناصر قصّة «القطّة الضائعة».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العنصر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 القصّة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مريم، القطّة، الأمّ، الأخ، الولد صاحب القطّة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البيت والحيّ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الزمان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مساء يوم بارد، ثمّ الصباح التالي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قطّة صغيرة ضائعة ترتجف من البرد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ألصقت مريم ورقة، فجاء صاحب القطّة وأخذها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أسئلة على قصّة «القطّة الضائعة».</w:t>
      </w:r>
    </w:p>
    <w:p>
      <w:pPr>
        <w:bidi/>
        <w:spacing w:before="0" w:after="20"/>
        <w:jc w:val="both"/>
      </w:pPr>
      <w:r>
        <w:rPr>
          <w:rtl/>
        </w:rPr>
        <w:t>أ. لماذا كانت القطّة ترتجف؟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من البرد</w:t>
      </w:r>
    </w:p>
    <w:p>
      <w:pPr>
        <w:bidi/>
        <w:spacing w:before="0" w:after="20"/>
        <w:jc w:val="both"/>
      </w:pPr>
      <w:r>
        <w:rPr>
          <w:rtl/>
        </w:rPr>
        <w:t>ب. لماذا وضع الكاتب علامة التعجّب في «هذه قطّتي!»؟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لأنّ الولد فرح ومتفاجئ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أعد كتابة الجملة مع علامات الترقيم الصحيحة.</w:t>
      </w:r>
    </w:p>
    <w:p>
      <w:pPr>
        <w:bidi/>
        <w:spacing w:before="0" w:after="100"/>
        <w:jc w:val="both"/>
      </w:pPr>
      <w:r>
        <w:rPr>
          <w:rtl/>
        </w:rPr>
        <w:t>أ. قال أحمد لأمّه متى نزور جدّتي  ← قال أحمد لأمّه: «متى نزور جدّتي؟»</w:t>
      </w:r>
    </w:p>
    <w:p>
      <w:pPr>
        <w:bidi/>
        <w:spacing w:before="0" w:after="100"/>
        <w:jc w:val="both"/>
      </w:pPr>
      <w:r>
        <w:rPr>
          <w:rtl/>
        </w:rPr>
        <w:t>ب. يا لها من رحلة رائعة  ← يا لها من رحلة رائعة!</w:t>
      </w:r>
    </w:p>
    <w:p>
      <w:pPr>
        <w:bidi/>
        <w:spacing w:before="0" w:after="100"/>
        <w:jc w:val="both"/>
      </w:pPr>
      <w:r>
        <w:rPr>
          <w:rtl/>
        </w:rPr>
        <w:t>ج. اشترى أبي خبزًا وجبنًا وزيتونًا  ← اشترى أبي خبزًا، وجبنًا، وزيتونًا.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 القصّة بكلمة ربط مناسبة من البنك.</w:t>
      </w:r>
    </w:p>
    <w:p>
      <w:pPr>
        <w:bidi/>
        <w:spacing w:before="0" w:after="40"/>
        <w:jc w:val="both"/>
      </w:pPr>
      <w:r>
        <w:rPr>
          <w:rtl/>
        </w:rPr>
        <w:t>أ. في يوم من الأيّام ذهب كريم إلى البحر.</w:t>
      </w:r>
    </w:p>
    <w:p>
      <w:pPr>
        <w:bidi/>
        <w:spacing w:before="0" w:after="40"/>
        <w:jc w:val="both"/>
      </w:pPr>
      <w:r>
        <w:rPr>
          <w:rtl/>
        </w:rPr>
        <w:t>ب. بنى قصرًا من الرمل، ثمّ جلس يستريح.</w:t>
      </w:r>
    </w:p>
    <w:p>
      <w:pPr>
        <w:bidi/>
        <w:spacing w:before="0" w:after="40"/>
        <w:jc w:val="both"/>
      </w:pPr>
      <w:r>
        <w:rPr>
          <w:rtl/>
        </w:rPr>
        <w:t>ج. فجأة جاءت موجة كبيرة وهدمت القصر.</w:t>
      </w:r>
    </w:p>
    <w:p>
      <w:pPr>
        <w:bidi/>
        <w:spacing w:before="0" w:after="40"/>
        <w:jc w:val="both"/>
      </w:pPr>
      <w:r>
        <w:rPr>
          <w:rtl/>
        </w:rPr>
        <w:t>د. وأخيرًا بنى كريم قصرًا جديدًا بعيدًا عن الماء.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نهاية أخرى لقصّة «القطّة الضائعة» في جملتين أو ثلاث.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لم يأتِ أحد ليأخذ القطّة. فطلبت مريم من أمّها أن تبقى القطّة عندهم، فوافقت الأمّ، وسمّتها مريم «ثلجة».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قصّة قصيرة (4 جمل) عنوانها «الكرة فوق الشجرة»، فيها بداية ومشكلة وحلّ، واستعمل علامة استفهام أو تعجّب.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يوم مشمس لعب عمر وسامي بالكرة في الحديقة. فجأة طارت الكرة وعلقت فوق الشجرة. قال سامي: «كيف ننزلها؟» ثمّ جاء الجدّ بسلّم طويل وأنزلها، ففرح الولدان.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بطاقات علامات الترقيم، وألصقوا العلامة المناسبة في نهاية كلّ جملة.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اسمُك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ذهبتُ إلى السوق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أجملَ البحرَ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أين حقيبتي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قرأتُ قصّة جميلة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🏠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في النهاية ظهر قوس قزح.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فتح سامي المظلّة.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في الصباح خرج سامي من البيت.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فجأة بدأ المطر يهطل.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