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240" w:after="80"/>
        <w:jc w:val="center"/>
      </w:pPr>
      <w:r>
        <w:rPr>
          <w:rFonts w:ascii="Arial" w:hAnsi="Arial" w:cs="Arial"/>
          <w:color w:val="0F766E"/>
          <w:sz w:val="36"/>
          <w:szCs w:val="36"/>
          <w:rtl/>
        </w:rPr>
        <w:t>كرّاسة عمل</w:t>
      </w:r>
    </w:p>
    <w:p>
      <w:pPr>
        <w:bidi/>
        <w:spacing w:before="0" w:after="80"/>
        <w:jc w:val="center"/>
      </w:pPr>
      <w:r>
        <w:rPr>
          <w:rFonts w:ascii="Tahoma" w:hAnsi="Tahoma" w:cs="Tahoma"/>
          <w:b/>
          <w:bCs/>
          <w:color w:val="0F766E"/>
          <w:sz w:val="88"/>
          <w:szCs w:val="88"/>
          <w:rtl/>
        </w:rPr>
        <w:t>اللغة العربيّة</w:t>
      </w:r>
    </w:p>
    <w:p>
      <w:pPr>
        <w:bidi/>
        <w:spacing w:before="0" w:after="80"/>
        <w:jc w:val="center"/>
      </w:pPr>
      <w:r>
        <w:rPr>
          <w:sz w:val="44"/>
          <w:szCs w:val="44"/>
          <w:rtl/>
        </w:rPr>
        <w:t>الصف الثالث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8"/>
          <w:szCs w:val="48"/>
          <w:rtl/>
        </w:rPr>
        <w:t>المحتويات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978"/>
      </w:tblGrid>
      <w:tr>
        <w:tc>
          <w:tcPr>
            <w:tcW w:type="dxa" w:w="9978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الموضوع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مقدّمة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الفصل 1: فهم المقروء: الفكرة الرئيسة والتفاصيل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الفصل 2: أقسام الكلام: الاسم والفعل والحرف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الفصل 3: المفرد والمثنّى والجمع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الفصل 4: المذكّر والمؤنّث والتاء المربوطة والمفتوحة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الفصل 5: اللام الشمسيّة واللام القمريّة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الفصل 6: الجملة الاسميّة والجملة الفعليّة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الفصل 7: كتابة قصّة قصيرة وعلامات الترقيم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مراجعة – ماذا تعلّمنا؟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صفحات القصّ واللصق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الإجابات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8"/>
          <w:szCs w:val="48"/>
          <w:rtl/>
        </w:rPr>
        <w:t>مقدّمة</w:t>
      </w:r>
    </w:p>
    <w:p>
      <w:pPr>
        <w:bidi/>
        <w:spacing w:before="0" w:after="120"/>
        <w:jc w:val="both"/>
      </w:pPr>
      <w:r>
        <w:rPr>
          <w:rtl/>
        </w:rPr>
        <w:t>أهلًا وسهلًا بتلاميذ الصفّ الثالث وتلميذاته!</w:t>
      </w:r>
    </w:p>
    <w:p>
      <w:pPr>
        <w:bidi/>
        <w:spacing w:before="0" w:after="120"/>
        <w:jc w:val="both"/>
      </w:pPr>
      <w:r>
        <w:rPr>
          <w:rtl/>
        </w:rPr>
        <w:t>في هذه الكرّاسة نقرأ نصوصًا وقصصًا، ونفهمها، ونتعلّم أقسام الكلام، والمفرد والمثنّى والجمع، والمذكّر والمؤنّث، والتاء المربوطة والمفتوحة، واللام الشمسيّة والقمريّة، ونوعَي الجملة، ونكتب قصصًا قصيرة بعلامات ترقيم صحيحة.</w:t>
      </w:r>
    </w:p>
    <w:p>
      <w:pPr>
        <w:bidi/>
        <w:spacing w:before="0" w:after="120"/>
        <w:jc w:val="both"/>
      </w:pPr>
      <w:r>
        <w:rPr>
          <w:rtl/>
        </w:rPr>
        <w:t>في كلّ وحدة شرح قصير وأمثلة، ثمّ تمارين متنوّعة تبدأ سهلة وتصبح أصعب قليلًا. اقرأ بتمعّن، وفكّر قبل أن تجيب، وراجع ورقة التلخيص كلّما احتجت إليها. بالتوفيق!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الفصل 1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الفصل 1: فهم المقروء: الفكرة الرئيسة والتفاصيل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الفكرة الرئيسة والتفاصيل</w:t>
      </w:r>
    </w:p>
    <w:p>
      <w:pPr>
        <w:bidi/>
        <w:spacing w:before="0" w:after="40"/>
        <w:jc w:val="both"/>
      </w:pPr>
      <w:r>
        <w:rPr>
          <w:rtl/>
        </w:rPr>
        <w:t>لكلّ نصّ فكرة رئيسة واحدة، وتفاصيل كثيرة تدعمها.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المصطلح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معناه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سؤال يساعدني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الفكرة الرئيسة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أهمّ ما في النصّ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عمّ يتحدّث النصّ كلّه؟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التفاصيل الداعمة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معلومات توضّح الفكرة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مَن؟ ماذا؟ متى؟ أين؟ لماذا؟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العنوان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 قصير للنصّ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هل يدلّ على النصّ كلّه؟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خطوات القراءة الجيّدة</w:t>
      </w:r>
    </w:p>
    <w:p>
      <w:pPr>
        <w:bidi/>
        <w:spacing w:before="0" w:after="20"/>
        <w:jc w:val="both"/>
      </w:pPr>
      <w:r>
        <w:rPr>
          <w:rtl/>
        </w:rPr>
        <w:t>1. أقرأ العنوان وأتوقّع موضوع النصّ.</w:t>
      </w:r>
    </w:p>
    <w:p>
      <w:pPr>
        <w:bidi/>
        <w:spacing w:before="0" w:after="20"/>
        <w:jc w:val="both"/>
      </w:pPr>
      <w:r>
        <w:rPr>
          <w:rtl/>
        </w:rPr>
        <w:t>2. أقرأ النصّ كلّه قراءة أولى.</w:t>
      </w:r>
    </w:p>
    <w:p>
      <w:pPr>
        <w:bidi/>
        <w:spacing w:before="0" w:after="20"/>
        <w:jc w:val="both"/>
      </w:pPr>
      <w:r>
        <w:rPr>
          <w:rtl/>
        </w:rPr>
        <w:t>3. أسأل: ما الفكرة الرئيسة؟</w:t>
      </w:r>
    </w:p>
    <w:p>
      <w:pPr>
        <w:bidi/>
        <w:spacing w:before="0" w:after="20"/>
        <w:jc w:val="both"/>
      </w:pPr>
      <w:r>
        <w:rPr>
          <w:rtl/>
        </w:rPr>
        <w:t>4. أقرأ مرّة ثانية وأضع خطًّا تحت التفاصيل المهمّة.</w:t>
      </w:r>
    </w:p>
    <w:p>
      <w:pPr>
        <w:bidi/>
        <w:spacing w:before="0" w:after="20"/>
        <w:jc w:val="both"/>
      </w:pPr>
      <w:r>
        <w:rPr>
          <w:rtl/>
        </w:rPr>
        <w:t>5. أجيب عن الأسئلة وأعود إلى النصّ لأتأكّد.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كلمات الترتيب</w:t>
      </w:r>
    </w:p>
    <w:p>
      <w:pPr>
        <w:bidi/>
        <w:spacing w:before="0" w:after="40"/>
        <w:jc w:val="both"/>
      </w:pPr>
      <w:r>
        <w:rPr>
          <w:rtl/>
        </w:rPr>
        <w:t>تساعدني هذه الكلمات على ترتيب الأحداث: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أوّلًا غسلت سلمى يديها، ثمّ عجنت العجين، بعد ذلك خبزته، وأخيرًا قدّمت الخبز لأسرتها.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رحلة إلى شاطئ البحر</w:t>
      </w:r>
    </w:p>
    <w:p>
      <w:pPr>
        <w:bidi/>
        <w:spacing w:before="0" w:after="80"/>
        <w:jc w:val="both"/>
      </w:pPr>
      <w:r>
        <w:rPr>
          <w:rtl/>
        </w:rPr>
        <w:t>في يوم الجمعة الماضي خرجت عائلة سامي في رحلة إلى شاطئ البحر. حملوا معهم الطعام والماء ومظلّة كبيرة.</w:t>
      </w:r>
    </w:p>
    <w:p>
      <w:pPr>
        <w:bidi/>
        <w:spacing w:before="0" w:after="80"/>
        <w:jc w:val="both"/>
      </w:pPr>
      <w:r>
        <w:rPr>
          <w:rtl/>
        </w:rPr>
        <w:t>بنى سامي وأخته نور قصرًا من الرمل، وجمعا الأصداف الملوّنة. أمّا الأب فجلس تحت المظلّة يقرأ كتابًا.</w:t>
      </w:r>
    </w:p>
    <w:p>
      <w:pPr>
        <w:bidi/>
        <w:spacing w:before="0" w:after="80"/>
        <w:jc w:val="both"/>
      </w:pPr>
      <w:r>
        <w:rPr>
          <w:rtl/>
        </w:rPr>
        <w:t>قبل الغروب نظّفت العائلة المكان، ووضعت النفايات في الحاوية. عاد الجميع إلى البيت متعبين وسعداء.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اختر الإجابة الصحيحة حسب النصّ.</w:t>
      </w:r>
    </w:p>
    <w:p>
      <w:pPr>
        <w:bidi/>
        <w:spacing w:before="0" w:after="20"/>
        <w:jc w:val="both"/>
      </w:pPr>
      <w:r>
        <w:rPr>
          <w:rtl/>
        </w:rPr>
        <w:t>أ. متى خرجت العائلة في الرحلة؟</w:t>
      </w:r>
    </w:p>
    <w:p>
      <w:pPr>
        <w:bidi/>
        <w:spacing w:before="0" w:after="80"/>
        <w:jc w:val="both"/>
      </w:pPr>
      <w:r>
        <w:rPr>
          <w:rtl/>
        </w:rPr>
        <w:t xml:space="preserve">   ○ يوم السبت      ○ يوم الجمعة      ○ يوم الأحد</w:t>
      </w:r>
    </w:p>
    <w:p>
      <w:pPr>
        <w:bidi/>
        <w:spacing w:before="0" w:after="20"/>
        <w:jc w:val="both"/>
      </w:pPr>
      <w:r>
        <w:rPr>
          <w:rtl/>
        </w:rPr>
        <w:t>ب. ماذا جمع سامي ونور؟</w:t>
      </w:r>
    </w:p>
    <w:p>
      <w:pPr>
        <w:bidi/>
        <w:spacing w:before="0" w:after="80"/>
        <w:jc w:val="both"/>
      </w:pPr>
      <w:r>
        <w:rPr>
          <w:rtl/>
        </w:rPr>
        <w:t xml:space="preserve">   ○ الأصداف      ○ الحجارة      ○ الأزهار</w:t>
      </w:r>
    </w:p>
    <w:p>
      <w:pPr>
        <w:bidi/>
        <w:spacing w:before="0" w:after="20"/>
        <w:jc w:val="both"/>
      </w:pPr>
      <w:r>
        <w:rPr>
          <w:rtl/>
        </w:rPr>
        <w:t>ج. ماذا فعل الأب؟</w:t>
      </w:r>
    </w:p>
    <w:p>
      <w:pPr>
        <w:bidi/>
        <w:spacing w:before="0" w:after="80"/>
        <w:jc w:val="both"/>
      </w:pPr>
      <w:r>
        <w:rPr>
          <w:rtl/>
        </w:rPr>
        <w:t xml:space="preserve">   ○ سبح في البحر      ○ بنى قصرًا      ○ قرأ كتابًا تحت المظلّة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أكمل حسب النصّ.</w:t>
      </w:r>
    </w:p>
    <w:p>
      <w:pPr>
        <w:bidi/>
        <w:spacing w:before="0" w:after="60"/>
        <w:jc w:val="both"/>
      </w:pPr>
      <w:r>
        <w:rPr>
          <w:rtl/>
        </w:rPr>
        <w:t>أ. حملت العائلة الطعام والماء و__________ كبيرة.</w:t>
      </w:r>
    </w:p>
    <w:p>
      <w:pPr>
        <w:bidi/>
        <w:spacing w:before="0" w:after="60"/>
        <w:jc w:val="both"/>
      </w:pPr>
      <w:r>
        <w:rPr>
          <w:rtl/>
        </w:rPr>
        <w:t>ب. بنى سامي ونور قصرًا من __________.</w:t>
      </w:r>
    </w:p>
    <w:p>
      <w:pPr>
        <w:bidi/>
        <w:spacing w:before="0" w:after="60"/>
        <w:jc w:val="both"/>
      </w:pPr>
      <w:r>
        <w:rPr>
          <w:rtl/>
        </w:rPr>
        <w:t>ج. وضعت العائلة النفايات في __________.</w:t>
      </w:r>
    </w:p>
    <w:p>
      <w:pPr>
        <w:bidi/>
        <w:spacing w:before="0" w:after="60"/>
        <w:jc w:val="both"/>
      </w:pPr>
      <w:r>
        <w:rPr>
          <w:rtl/>
        </w:rPr>
        <w:t>د. عاد الجميع إلى البيت متعبين و__________.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صحّ أم خطأ حسب النصّ؟ صحّح الخطأ.</w:t>
      </w:r>
    </w:p>
    <w:p>
      <w:pPr>
        <w:bidi/>
        <w:spacing w:before="0" w:after="60"/>
        <w:jc w:val="both"/>
      </w:pPr>
      <w:r>
        <w:rPr>
          <w:rtl/>
        </w:rPr>
        <w:t>أ. ذهبت العائلة إلى الجبل.      صحيح / خطأ</w:t>
      </w:r>
    </w:p>
    <w:p>
      <w:pPr>
        <w:bidi/>
        <w:spacing w:before="0" w:after="60"/>
        <w:jc w:val="both"/>
      </w:pPr>
      <w:r>
        <w:rPr>
          <w:rtl/>
        </w:rPr>
        <w:t>ب. نظّفت العائلة المكان قبل الغروب.      صحيح / خطأ</w:t>
      </w:r>
    </w:p>
    <w:p>
      <w:pPr>
        <w:bidi/>
        <w:spacing w:before="0" w:after="60"/>
        <w:jc w:val="both"/>
      </w:pPr>
      <w:r>
        <w:rPr>
          <w:rtl/>
        </w:rPr>
        <w:t>ج. تركت العائلة النفايات على الرمل.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لماذا نظّفت العائلة المكان قبل أن تعود؟ ماذا تتعلّم من ذلك؟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اختر العنوان الأنسب لنصّ «رحلة إلى شاطئ البحر» إذا أردنا عنوانًا آخر.</w:t>
      </w:r>
    </w:p>
    <w:p>
      <w:pPr>
        <w:bidi/>
        <w:spacing w:before="0" w:after="20"/>
        <w:jc w:val="both"/>
      </w:pPr>
      <w:r>
        <w:rPr>
          <w:rtl/>
        </w:rPr>
        <w:t>أ. العنوان الأنسب هو:</w:t>
      </w:r>
    </w:p>
    <w:p>
      <w:pPr>
        <w:bidi/>
        <w:spacing w:before="0" w:after="80"/>
        <w:jc w:val="both"/>
      </w:pPr>
      <w:r>
        <w:rPr>
          <w:rtl/>
        </w:rPr>
        <w:t xml:space="preserve">   ○ المظلّة الكبيرة      ○ يوم جميل مع العائلة على الشاطئ      ○ الحاوية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صِل كلّ فقرة من النصّ بما تتحدّث عنه.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الفقرة الأولى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خروج العائلة وما حملته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الفقرة الثانية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تنظيف المكان والعودة إلى البيت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الفقرة الثالثة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ما فعله كلّ واحد على الشاطئ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صنّف الجمل: فكرة رئيسة أم تفصيل؟ (الفقرة عن الربيع)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الربيع فصل جميل.  |  تتفتّح الأزهار في الحقول.  |  تغرّد العصافير على الأشجار.  |  يصبح الجوّ معتدلًا.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فكرة رئيسة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تفصيل داعم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اقرأ: «في المساء ساعدت مريم أمّها في المطبخ، لأنّ الضيوف سيأتون.» ثمّ أكمل.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السؤال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الجواب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ماذا فعلت؟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أين؟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متى؟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لماذا؟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رتّب مراحل تحضير الشاي: اكتب رقم الترتيب (1–4).</w:t>
      </w:r>
    </w:p>
    <w:p>
      <w:pPr>
        <w:bidi/>
        <w:spacing w:before="0" w:after="100"/>
        <w:jc w:val="both"/>
      </w:pPr>
      <w:r>
        <w:rPr>
          <w:rtl/>
        </w:rPr>
        <w:t>أ. نضع الشاي في الإبريق.</w:t>
      </w:r>
    </w:p>
    <w:p>
      <w:pPr>
        <w:bidi/>
        <w:spacing w:before="0" w:after="100"/>
        <w:jc w:val="both"/>
      </w:pPr>
      <w:r>
        <w:rPr>
          <w:rtl/>
        </w:rPr>
        <w:t>ب. نسكب الشاي في الكؤوس.</w:t>
      </w:r>
    </w:p>
    <w:p>
      <w:pPr>
        <w:bidi/>
        <w:spacing w:before="0" w:after="100"/>
        <w:jc w:val="both"/>
      </w:pPr>
      <w:r>
        <w:rPr>
          <w:rtl/>
        </w:rPr>
        <w:t>ج. نغلي الماء.</w:t>
      </w:r>
    </w:p>
    <w:p>
      <w:pPr>
        <w:bidi/>
        <w:spacing w:before="0" w:after="100"/>
        <w:jc w:val="both"/>
      </w:pPr>
      <w:r>
        <w:rPr>
          <w:rtl/>
        </w:rPr>
        <w:t>د. نترك الشاي قليلًا حتّى ينضج.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أكمل بكلمة الترتيب المناسبة: (أوّلًا، ثمّ، بعد ذلك، أخيرًا)</w:t>
      </w:r>
    </w:p>
    <w:p>
      <w:pPr>
        <w:bidi/>
        <w:spacing w:before="0" w:after="60"/>
        <w:jc w:val="both"/>
      </w:pPr>
      <w:r>
        <w:rPr>
          <w:rtl/>
        </w:rPr>
        <w:t>أ. __________ فتح أحمد حقيبته.</w:t>
      </w:r>
    </w:p>
    <w:p>
      <w:pPr>
        <w:bidi/>
        <w:spacing w:before="0" w:after="60"/>
        <w:jc w:val="both"/>
      </w:pPr>
      <w:r>
        <w:rPr>
          <w:rtl/>
        </w:rPr>
        <w:t>ب. __________ أخرج الكتاب والدفتر.</w:t>
      </w:r>
    </w:p>
    <w:p>
      <w:pPr>
        <w:bidi/>
        <w:spacing w:before="0" w:after="60"/>
        <w:jc w:val="both"/>
      </w:pPr>
      <w:r>
        <w:rPr>
          <w:rtl/>
        </w:rPr>
        <w:t>ج. __________ كتب الوظيفة.</w:t>
      </w:r>
    </w:p>
    <w:p>
      <w:pPr>
        <w:bidi/>
        <w:spacing w:before="0" w:after="60"/>
        <w:jc w:val="both"/>
      </w:pPr>
      <w:r>
        <w:rPr>
          <w:rtl/>
        </w:rPr>
        <w:t>د. __________ أعاد الأدوات إلى الحقيبة.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في كلّ مجموعة جملة واحدة لا تناسب الفكرة الرئيسة. اكتب «لا تناسب» أو «تناسب». الفكرة: «الرياضة مفيدة للجسم».</w:t>
      </w:r>
    </w:p>
    <w:p>
      <w:pPr>
        <w:bidi/>
        <w:spacing w:before="0" w:after="100"/>
        <w:jc w:val="both"/>
      </w:pPr>
      <w:r>
        <w:rPr>
          <w:rtl/>
        </w:rPr>
        <w:t>أ. الرياضة تقوّي العضلات.</w:t>
      </w:r>
    </w:p>
    <w:p>
      <w:pPr>
        <w:bidi/>
        <w:spacing w:before="0" w:after="100"/>
        <w:jc w:val="both"/>
      </w:pPr>
      <w:r>
        <w:rPr>
          <w:rtl/>
        </w:rPr>
        <w:t>ب. تساعدنا الرياضة على النوم الجيّد.</w:t>
      </w:r>
    </w:p>
    <w:p>
      <w:pPr>
        <w:bidi/>
        <w:spacing w:before="0" w:after="100"/>
        <w:jc w:val="both"/>
      </w:pPr>
      <w:r>
        <w:rPr>
          <w:rtl/>
        </w:rPr>
        <w:t>ج. أحبّ أكل البرتقال.</w:t>
      </w:r>
    </w:p>
    <w:p>
      <w:pPr>
        <w:bidi/>
        <w:spacing w:before="0" w:after="100"/>
        <w:jc w:val="both"/>
      </w:pPr>
      <w:r>
        <w:rPr>
          <w:rtl/>
        </w:rPr>
        <w:t>د. المشي اليوميّ يحافظ على صحّة القلب.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صحّ أم خطأ؟</w:t>
      </w:r>
    </w:p>
    <w:p>
      <w:pPr>
        <w:bidi/>
        <w:spacing w:before="0" w:after="60"/>
        <w:jc w:val="both"/>
      </w:pPr>
      <w:r>
        <w:rPr>
          <w:rtl/>
        </w:rPr>
        <w:t>أ. «أخيرًا» كلمة تدلّ على أوّل حدث.      صحيح / خطأ</w:t>
      </w:r>
    </w:p>
    <w:p>
      <w:pPr>
        <w:bidi/>
        <w:spacing w:before="0" w:after="60"/>
        <w:jc w:val="both"/>
      </w:pPr>
      <w:r>
        <w:rPr>
          <w:rtl/>
        </w:rPr>
        <w:t>ب. الفقرة الواحدة تدور حول فكرة واحدة.      صحيح / خطأ</w:t>
      </w:r>
    </w:p>
    <w:p>
      <w:pPr>
        <w:bidi/>
        <w:spacing w:before="0" w:after="60"/>
        <w:jc w:val="both"/>
      </w:pPr>
      <w:r>
        <w:rPr>
          <w:rtl/>
        </w:rPr>
        <w:t>ج. نستطيع أن نجد التفاصيل بالأسئلة: مَن؟ أين؟ متى؟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عنوانًا جديدًا مناسبًا لنصّ «رحلة إلى شاطئ البحر»، واشرح لماذا اخترته.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فقرة قصيرة (3–4 جمل) عن يوم في مدرستك، فيها فكرة رئيسة وتفاصيل.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قُصّوا بطاقات القصّة، وألصقوها حسب ترتيب الأحداث: البداية، الوسط، النهاية.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2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16. صِلوا الصورة بالجملة: اكتبوا رقم الصورة في المربّع.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🐝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🐜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العصفور يبني عشًّا.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النملة تجمع الطعام.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النحلة تصنع العسل.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السمكة تسبح في الماء.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الفصل 2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الفصل 2: أقسام الكلام: الاسم والفعل والحرف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أقسام الكلام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القسم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ماذا يدلّ عليه؟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أمثلة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الاسم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إنسان، حيوان، نبات، جماد، مكان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ولد، قطّة، شجرة، قلم، بيت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الفعل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عمل أو حدث في زمن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جلسَ، يقرأُ، اِفتحْ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الحرف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معنى يتمّ مع غيره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في، من، إلى، على، هل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علامات تساعدني</w:t>
      </w:r>
    </w:p>
    <w:p>
      <w:pPr>
        <w:bidi/>
        <w:spacing w:before="0" w:after="20"/>
        <w:jc w:val="both"/>
      </w:pPr>
      <w:r>
        <w:rPr>
          <w:rtl/>
        </w:rPr>
        <w:t>1. الاسم يقبل «ال»: البيت، الوردة.</w:t>
      </w:r>
    </w:p>
    <w:p>
      <w:pPr>
        <w:bidi/>
        <w:spacing w:before="0" w:after="20"/>
        <w:jc w:val="both"/>
      </w:pPr>
      <w:r>
        <w:rPr>
          <w:rtl/>
        </w:rPr>
        <w:t>2. الفعل الماضي يقبل تاء الفاعل: كتبْتُ، لعبْتُ.</w:t>
      </w:r>
    </w:p>
    <w:p>
      <w:pPr>
        <w:bidi/>
        <w:spacing w:before="0" w:after="20"/>
        <w:jc w:val="both"/>
      </w:pPr>
      <w:r>
        <w:rPr>
          <w:rtl/>
        </w:rPr>
        <w:t>3. الفعل المضارع يبدأ غالبًا بأحد الحروف: أ، ن، ي، ت.</w:t>
      </w:r>
    </w:p>
    <w:p>
      <w:pPr>
        <w:bidi/>
        <w:spacing w:before="0" w:after="20"/>
        <w:jc w:val="both"/>
      </w:pPr>
      <w:r>
        <w:rPr>
          <w:rtl/>
        </w:rPr>
        <w:t>4. الحرف لا يقبل «ال» ولا يدلّ على زمن.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مثال من جملة</w:t>
      </w:r>
    </w:p>
    <w:p>
      <w:pPr>
        <w:bidi/>
        <w:spacing w:before="0" w:after="40"/>
        <w:jc w:val="both"/>
      </w:pPr>
      <w:r>
        <w:rPr>
          <w:rtl/>
        </w:rPr>
        <w:t>في الجملة الواحدة قد نجد الأقسام الثلاثة معًا.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ذهبَ (فعل) الولدُ (اسم) إلى (حرف) المدرسةِ (اسم).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حصان  |  سبحَ  |  عن  |  وردة  |  يكتبُ  |  هل  |  نافذة  |  ركضَ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فعل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حرف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الكلمة بنوعها.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بحر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فعل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قفزَ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حرف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إلى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اسم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يغنّي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فعل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تفّاحة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اسم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اختر الكلمة التي تقبل «ال».</w:t>
      </w:r>
    </w:p>
    <w:p>
      <w:pPr>
        <w:bidi/>
        <w:spacing w:before="0" w:after="20"/>
        <w:jc w:val="both"/>
      </w:pPr>
      <w:r>
        <w:rPr>
          <w:rtl/>
        </w:rPr>
        <w:t>أ. أيّ كلمة تقبل «ال»؟</w:t>
      </w:r>
    </w:p>
    <w:p>
      <w:pPr>
        <w:bidi/>
        <w:spacing w:before="0" w:after="80"/>
        <w:jc w:val="both"/>
      </w:pPr>
      <w:r>
        <w:rPr>
          <w:rtl/>
        </w:rPr>
        <w:t xml:space="preserve">   ○ جلسَ      ○ سيّارة      ○ على</w:t>
      </w:r>
    </w:p>
    <w:p>
      <w:pPr>
        <w:bidi/>
        <w:spacing w:before="0" w:after="20"/>
        <w:jc w:val="both"/>
      </w:pPr>
      <w:r>
        <w:rPr>
          <w:rtl/>
        </w:rPr>
        <w:t>ب. أيّ كلمة تقبل «ال»؟</w:t>
      </w:r>
    </w:p>
    <w:p>
      <w:pPr>
        <w:bidi/>
        <w:spacing w:before="0" w:after="80"/>
        <w:jc w:val="both"/>
      </w:pPr>
      <w:r>
        <w:rPr>
          <w:rtl/>
        </w:rPr>
        <w:t xml:space="preserve">   ○ يلعبُ      ○ من      ○ نهر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بحرف مناسب: (في، من، إلى، على، عن)</w:t>
      </w:r>
    </w:p>
    <w:p>
      <w:pPr>
        <w:bidi/>
        <w:spacing w:before="0" w:after="60"/>
        <w:jc w:val="both"/>
      </w:pPr>
      <w:r>
        <w:rPr>
          <w:rtl/>
        </w:rPr>
        <w:t>أ. خرج التلاميذ __________ الصفّ.</w:t>
      </w:r>
    </w:p>
    <w:p>
      <w:pPr>
        <w:bidi/>
        <w:spacing w:before="0" w:after="60"/>
        <w:jc w:val="both"/>
      </w:pPr>
      <w:r>
        <w:rPr>
          <w:rtl/>
        </w:rPr>
        <w:t>ب. وضعت الكتاب __________ الرفّ.</w:t>
      </w:r>
    </w:p>
    <w:p>
      <w:pPr>
        <w:bidi/>
        <w:spacing w:before="0" w:after="60"/>
        <w:jc w:val="both"/>
      </w:pPr>
      <w:r>
        <w:rPr>
          <w:rtl/>
        </w:rPr>
        <w:t>ج. تحدّث المعلّم __________ الفضاء.</w:t>
      </w:r>
    </w:p>
    <w:p>
      <w:pPr>
        <w:bidi/>
        <w:spacing w:before="0" w:after="60"/>
        <w:jc w:val="both"/>
      </w:pPr>
      <w:r>
        <w:rPr>
          <w:rtl/>
        </w:rPr>
        <w:t>د. مشى أحمد __________ البيت.</w:t>
      </w:r>
    </w:p>
    <w:p>
      <w:pPr>
        <w:bidi/>
        <w:spacing w:before="0" w:after="60"/>
        <w:jc w:val="both"/>
      </w:pPr>
      <w:r>
        <w:rPr>
          <w:rtl/>
        </w:rPr>
        <w:t>هـ. الطيور __________ العشّ.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باسم مناسب من البنك.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بنك الكلمات: القمر  |  الطبيب  |  البرتقال  |  الحقيبة</w:t>
      </w:r>
    </w:p>
    <w:p>
      <w:pPr>
        <w:bidi/>
        <w:spacing w:before="0" w:after="60"/>
        <w:jc w:val="both"/>
      </w:pPr>
      <w:r>
        <w:rPr>
          <w:rtl/>
        </w:rPr>
        <w:t>أ. يعالج __________ المرضى.</w:t>
      </w:r>
    </w:p>
    <w:p>
      <w:pPr>
        <w:bidi/>
        <w:spacing w:before="0" w:after="60"/>
        <w:jc w:val="both"/>
      </w:pPr>
      <w:r>
        <w:rPr>
          <w:rtl/>
        </w:rPr>
        <w:t>ب. يظهر __________ في الليل.</w:t>
      </w:r>
    </w:p>
    <w:p>
      <w:pPr>
        <w:bidi/>
        <w:spacing w:before="0" w:after="60"/>
        <w:jc w:val="both"/>
      </w:pPr>
      <w:r>
        <w:rPr>
          <w:rtl/>
        </w:rPr>
        <w:t>ج. أضع كتبي في __________.</w:t>
      </w:r>
    </w:p>
    <w:p>
      <w:pPr>
        <w:bidi/>
        <w:spacing w:before="0" w:after="60"/>
        <w:jc w:val="both"/>
      </w:pPr>
      <w:r>
        <w:rPr>
          <w:rtl/>
        </w:rPr>
        <w:t>د. عصير __________ لذيذ.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صحّ أم خطأ؟</w:t>
      </w:r>
    </w:p>
    <w:p>
      <w:pPr>
        <w:bidi/>
        <w:spacing w:before="0" w:after="60"/>
        <w:jc w:val="both"/>
      </w:pPr>
      <w:r>
        <w:rPr>
          <w:rtl/>
        </w:rPr>
        <w:t>أ. «يسبحُ» فعل يدلّ على حدث يحدث الآن.      صحيح / خطأ</w:t>
      </w:r>
    </w:p>
    <w:p>
      <w:pPr>
        <w:bidi/>
        <w:spacing w:before="0" w:after="60"/>
        <w:jc w:val="both"/>
      </w:pPr>
      <w:r>
        <w:rPr>
          <w:rtl/>
        </w:rPr>
        <w:t>ب. «مدينة» حرف.      صحيح / خطأ</w:t>
      </w:r>
    </w:p>
    <w:p>
      <w:pPr>
        <w:bidi/>
        <w:spacing w:before="0" w:after="60"/>
        <w:jc w:val="both"/>
      </w:pPr>
      <w:r>
        <w:rPr>
          <w:rtl/>
        </w:rPr>
        <w:t>ج. «لم» حرف.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اكتب نوع الكلمة التي بين القوسين.</w:t>
      </w:r>
    </w:p>
    <w:p>
      <w:pPr>
        <w:bidi/>
        <w:spacing w:before="0" w:after="100"/>
        <w:jc w:val="both"/>
      </w:pPr>
      <w:r>
        <w:rPr>
          <w:rtl/>
        </w:rPr>
        <w:t>أ. (تطيرُ) الحمامة عاليًا.</w:t>
      </w:r>
    </w:p>
    <w:p>
      <w:pPr>
        <w:bidi/>
        <w:spacing w:before="0" w:after="100"/>
        <w:jc w:val="both"/>
      </w:pPr>
      <w:r>
        <w:rPr>
          <w:rtl/>
        </w:rPr>
        <w:t>ب. الكتاب (على) المكتب.</w:t>
      </w:r>
    </w:p>
    <w:p>
      <w:pPr>
        <w:bidi/>
        <w:spacing w:before="0" w:after="100"/>
        <w:jc w:val="both"/>
      </w:pPr>
      <w:r>
        <w:rPr>
          <w:rtl/>
        </w:rPr>
        <w:t>ج. (النهر) طويل.</w:t>
      </w:r>
    </w:p>
    <w:p>
      <w:pPr>
        <w:bidi/>
        <w:spacing w:before="0" w:after="100"/>
        <w:jc w:val="both"/>
      </w:pPr>
      <w:r>
        <w:rPr>
          <w:rtl/>
        </w:rPr>
        <w:t>د. (هل) أنهيت واجبك؟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اكتب نوع كلّ كلمة في الجملة: «سافرَ أبي إلى القدسِ».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نوعها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سافرَ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أبي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إلى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القدسِ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العصفور الصغير</w:t>
      </w:r>
    </w:p>
    <w:p>
      <w:pPr>
        <w:bidi/>
        <w:spacing w:before="0" w:after="80"/>
        <w:jc w:val="both"/>
      </w:pPr>
      <w:r>
        <w:rPr>
          <w:rtl/>
        </w:rPr>
        <w:t>وقف عصفور صغير على غصن الشجرة. نظر إلى السماء، ثمّ طار إلى العشّ. وجد أمّه في انتظاره، فأطعمته حبّة قمح.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استخرج من نصّ «العصفور الصغير» كلمتين من كلّ قسم.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القسم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الأولى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الثانية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فعل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حرف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اكتب الكلمة المختلفة في كلّ مجموعة.</w:t>
      </w:r>
    </w:p>
    <w:p>
      <w:pPr>
        <w:bidi/>
        <w:spacing w:before="0" w:after="100"/>
        <w:jc w:val="both"/>
      </w:pPr>
      <w:r>
        <w:rPr>
          <w:rtl/>
        </w:rPr>
        <w:t>أ. قطّة – أسد – يأكلُ – غزال</w:t>
      </w:r>
    </w:p>
    <w:p>
      <w:pPr>
        <w:bidi/>
        <w:spacing w:before="0" w:after="100"/>
        <w:jc w:val="both"/>
      </w:pPr>
      <w:r>
        <w:rPr>
          <w:rtl/>
        </w:rPr>
        <w:t>ب. من – عن – في – شربَ</w:t>
      </w:r>
    </w:p>
    <w:p>
      <w:pPr>
        <w:bidi/>
        <w:spacing w:before="0" w:after="100"/>
        <w:jc w:val="both"/>
      </w:pPr>
      <w:r>
        <w:rPr>
          <w:rtl/>
        </w:rPr>
        <w:t>ج. نامَ – قعدَ – سيّارة – وقفَ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حوّل الفعل إلى ما يحدث الآن: (كتبَ ← يكتبُ)</w:t>
      </w:r>
    </w:p>
    <w:p>
      <w:pPr>
        <w:bidi/>
        <w:spacing w:before="0" w:after="60"/>
        <w:jc w:val="both"/>
      </w:pPr>
      <w:r>
        <w:rPr>
          <w:rtl/>
        </w:rPr>
        <w:t>أ. لعبَ: __________</w:t>
      </w:r>
    </w:p>
    <w:p>
      <w:pPr>
        <w:bidi/>
        <w:spacing w:before="0" w:after="60"/>
        <w:jc w:val="both"/>
      </w:pPr>
      <w:r>
        <w:rPr>
          <w:rtl/>
        </w:rPr>
        <w:t>ب. شربَ: __________</w:t>
      </w:r>
    </w:p>
    <w:p>
      <w:pPr>
        <w:bidi/>
        <w:spacing w:before="0" w:after="60"/>
        <w:jc w:val="both"/>
      </w:pPr>
      <w:r>
        <w:rPr>
          <w:rtl/>
        </w:rPr>
        <w:t>ج. رسمَ: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جملة تبدأ بفعل، وجملة تبدأ باسم.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حيوان تحبّه، واستعمل فيها حرفين على الأقلّ من: في، على، إلى، من.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بطاقات الكلمات، وألصقوا كلّ كلمة في العمود المناسب.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اسم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فعل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حرف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صِلوا بخطّ بين القسم وما يناسبه.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الاسم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أ. لا يتمّ معناه إلّا مع غيره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الفعل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ب. يدلّ على عمل في زمن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الحرف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ج. أمثلة على أفعال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كتبَ – يلعبُ – اِشربْ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د. يدلّ على إنسان أو حيوان أو نبات أو شيء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في – مِن – على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ه. أمثلة على حروف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الفصل 3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الفصل 3: المفرد والمثنّى والجمع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العدد في الأسماء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النوع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يدلّ على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كيف نصوغه؟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المفرد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واحد أو واحدة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الكلمة كما هي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باب، وردة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المثنّى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اثنين أو اثنتين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نزيد «ان» أو «ين»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بابان، وردتان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المذكّر السالم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أكثر من اثنين من الذكور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نزيد «ون» أو «ين»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فلّاحون، فلّاحين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المؤنّث السالم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أكثر من اثنتين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نزيد «ات»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فلّاحات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التكسير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أكثر من اثنين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تتغيّر صورة المفرد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أبواب، ورود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انتبه إلى التاء المربوطة</w:t>
      </w:r>
    </w:p>
    <w:p>
      <w:pPr>
        <w:bidi/>
        <w:spacing w:before="0" w:after="20"/>
        <w:jc w:val="both"/>
      </w:pPr>
      <w:r>
        <w:rPr>
          <w:rtl/>
        </w:rPr>
        <w:t>1. في المثنّى تصبح التاء المربوطة تاءً مفتوحة: حديقة، حديقتان.</w:t>
      </w:r>
    </w:p>
    <w:p>
      <w:pPr>
        <w:bidi/>
        <w:spacing w:before="0" w:after="20"/>
        <w:jc w:val="both"/>
      </w:pPr>
      <w:r>
        <w:rPr>
          <w:rtl/>
        </w:rPr>
        <w:t>2. في جمع المؤنّث السالم نحذف التاء المربوطة ونزيد «ات»: معلّمة، معلّمات.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المثنّى والجمع في الجملة</w:t>
      </w:r>
    </w:p>
    <w:p>
      <w:pPr>
        <w:bidi/>
        <w:spacing w:before="0" w:after="40"/>
        <w:jc w:val="both"/>
      </w:pPr>
      <w:r>
        <w:rPr>
          <w:rtl/>
        </w:rPr>
        <w:t>نستعمل «ان» و«ون» عادة عندما يكون الاسم فاعلًا أو مبتدأً، و«ين» بعد حروف الجرّ أو عندما يكون مفعولًا به.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أمثلة: حضر الطالبان. سلّمتُ على الطالبَين. · المزارعون نشيطون. شكرتُ المزارعين.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المفرد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المثنّى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طالبة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معلّم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كتاب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ولد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الجمع الصحيح.</w:t>
      </w:r>
    </w:p>
    <w:p>
      <w:pPr>
        <w:bidi/>
        <w:spacing w:before="0" w:after="20"/>
        <w:jc w:val="both"/>
      </w:pPr>
      <w:r>
        <w:rPr>
          <w:rtl/>
        </w:rPr>
        <w:t>أ. جمع «نجمة»:</w:t>
      </w:r>
    </w:p>
    <w:p>
      <w:pPr>
        <w:bidi/>
        <w:spacing w:before="0" w:after="80"/>
        <w:jc w:val="both"/>
      </w:pPr>
      <w:r>
        <w:rPr>
          <w:rtl/>
        </w:rPr>
        <w:t xml:space="preserve">   ○ نجمون      ○ نجمات      ○ نجمتان</w:t>
      </w:r>
    </w:p>
    <w:p>
      <w:pPr>
        <w:bidi/>
        <w:spacing w:before="0" w:after="20"/>
        <w:jc w:val="both"/>
      </w:pPr>
      <w:r>
        <w:rPr>
          <w:rtl/>
        </w:rPr>
        <w:t>ب. جمع «سائق»:</w:t>
      </w:r>
    </w:p>
    <w:p>
      <w:pPr>
        <w:bidi/>
        <w:spacing w:before="0" w:after="80"/>
        <w:jc w:val="both"/>
      </w:pPr>
      <w:r>
        <w:rPr>
          <w:rtl/>
        </w:rPr>
        <w:t xml:space="preserve">   ○ سائقون      ○ سائقات      ○ سائقتان</w:t>
      </w:r>
    </w:p>
    <w:p>
      <w:pPr>
        <w:bidi/>
        <w:spacing w:before="0" w:after="20"/>
        <w:jc w:val="both"/>
      </w:pPr>
      <w:r>
        <w:rPr>
          <w:rtl/>
        </w:rPr>
        <w:t>ج. جمع «جبل»:</w:t>
      </w:r>
    </w:p>
    <w:p>
      <w:pPr>
        <w:bidi/>
        <w:spacing w:before="0" w:after="80"/>
        <w:jc w:val="both"/>
      </w:pPr>
      <w:r>
        <w:rPr>
          <w:rtl/>
        </w:rPr>
        <w:t xml:space="preserve">   ○ جبلون      ○ جبال      ○ جبلتان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المفرد بالمثنّى.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باب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يدان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سمكة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بابان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عين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عينان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حديقة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سمكتان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يد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حديقتان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بالمثنّى.</w:t>
      </w:r>
    </w:p>
    <w:p>
      <w:pPr>
        <w:bidi/>
        <w:spacing w:before="0" w:after="60"/>
        <w:jc w:val="both"/>
      </w:pPr>
      <w:r>
        <w:rPr>
          <w:rtl/>
        </w:rPr>
        <w:t>أ. نهر: __________</w:t>
      </w:r>
    </w:p>
    <w:p>
      <w:pPr>
        <w:bidi/>
        <w:spacing w:before="0" w:after="60"/>
        <w:jc w:val="both"/>
      </w:pPr>
      <w:r>
        <w:rPr>
          <w:rtl/>
        </w:rPr>
        <w:t>ب. غرفة: __________</w:t>
      </w:r>
    </w:p>
    <w:p>
      <w:pPr>
        <w:bidi/>
        <w:spacing w:before="0" w:after="60"/>
        <w:jc w:val="both"/>
      </w:pPr>
      <w:r>
        <w:rPr>
          <w:rtl/>
        </w:rPr>
        <w:t>ج. صديق: __________</w:t>
      </w:r>
    </w:p>
    <w:p>
      <w:pPr>
        <w:bidi/>
        <w:spacing w:before="0" w:after="60"/>
        <w:jc w:val="both"/>
      </w:pPr>
      <w:r>
        <w:rPr>
          <w:rtl/>
        </w:rPr>
        <w:t>د. بطّة: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صنّف الكلمات.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مهندسون  |  نجمات  |  جبال  |  عاملون  |  حافلات  |  كُتُب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مذكّر سالم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مؤنّث سالم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تكسير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صحّ أم خطأ؟</w:t>
      </w:r>
    </w:p>
    <w:p>
      <w:pPr>
        <w:bidi/>
        <w:spacing w:before="0" w:after="60"/>
        <w:jc w:val="both"/>
      </w:pPr>
      <w:r>
        <w:rPr>
          <w:rtl/>
        </w:rPr>
        <w:t>أ. جمع «معلّمة»: معلّمات.      صحيح / خطأ</w:t>
      </w:r>
    </w:p>
    <w:p>
      <w:pPr>
        <w:bidi/>
        <w:spacing w:before="0" w:after="60"/>
        <w:jc w:val="both"/>
      </w:pPr>
      <w:r>
        <w:rPr>
          <w:rtl/>
        </w:rPr>
        <w:t>ب. «لاعبون» جمع تكسير.      صحيح / خطأ</w:t>
      </w:r>
    </w:p>
    <w:p>
      <w:pPr>
        <w:bidi/>
        <w:spacing w:before="0" w:after="60"/>
        <w:jc w:val="both"/>
      </w:pPr>
      <w:r>
        <w:rPr>
          <w:rtl/>
        </w:rPr>
        <w:t>ج. في جمع التكسير تتغيّر صورة المفرد.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اكتب مفرد كلّ جمع.</w:t>
      </w:r>
    </w:p>
    <w:p>
      <w:pPr>
        <w:bidi/>
        <w:spacing w:before="0" w:after="100"/>
        <w:jc w:val="both"/>
      </w:pPr>
      <w:r>
        <w:rPr>
          <w:rtl/>
        </w:rPr>
        <w:t>أ. جبال</w:t>
      </w:r>
    </w:p>
    <w:p>
      <w:pPr>
        <w:bidi/>
        <w:spacing w:before="0" w:after="100"/>
        <w:jc w:val="both"/>
      </w:pPr>
      <w:r>
        <w:rPr>
          <w:rtl/>
        </w:rPr>
        <w:t>ب. نجوم</w:t>
      </w:r>
    </w:p>
    <w:p>
      <w:pPr>
        <w:bidi/>
        <w:spacing w:before="0" w:after="100"/>
        <w:jc w:val="both"/>
      </w:pPr>
      <w:r>
        <w:rPr>
          <w:rtl/>
        </w:rPr>
        <w:t>ج. سيّارات</w:t>
      </w:r>
    </w:p>
    <w:p>
      <w:pPr>
        <w:bidi/>
        <w:spacing w:before="0" w:after="100"/>
        <w:jc w:val="both"/>
      </w:pPr>
      <w:r>
        <w:rPr>
          <w:rtl/>
        </w:rPr>
        <w:t>د. مهندسون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الجملة بالجمع من الكلمة التي بين القوسين.</w:t>
      </w:r>
    </w:p>
    <w:p>
      <w:pPr>
        <w:bidi/>
        <w:spacing w:before="0" w:after="60"/>
        <w:jc w:val="both"/>
      </w:pPr>
      <w:r>
        <w:rPr>
          <w:rtl/>
        </w:rPr>
        <w:t>أ. تغرّد __________ على الشجرة. (عصفور)</w:t>
      </w:r>
    </w:p>
    <w:p>
      <w:pPr>
        <w:bidi/>
        <w:spacing w:before="0" w:after="60"/>
        <w:jc w:val="both"/>
      </w:pPr>
      <w:r>
        <w:rPr>
          <w:rtl/>
        </w:rPr>
        <w:t>ب. حضرت __________ إلى الاجتماع. (أمّ)</w:t>
      </w:r>
    </w:p>
    <w:p>
      <w:pPr>
        <w:bidi/>
        <w:spacing w:before="0" w:after="60"/>
        <w:jc w:val="both"/>
      </w:pPr>
      <w:r>
        <w:rPr>
          <w:rtl/>
        </w:rPr>
        <w:t>ج. يعمل __________ في الحقل. (فلّاح)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يوم المكتبة</w:t>
      </w:r>
    </w:p>
    <w:p>
      <w:pPr>
        <w:bidi/>
        <w:spacing w:before="0" w:after="80"/>
        <w:jc w:val="both"/>
      </w:pPr>
      <w:r>
        <w:rPr>
          <w:rtl/>
        </w:rPr>
        <w:t>في يوم المكتبة جاءت أمّهات التلاميذ إلى المدرسة. حملت كلّ أمّ قصّتين للأطفال، ووضعت المعلّمات الكتب على الرفوف. قرأ التلاميذ القصص في الساحة، ثمّ شكروا الأمّهات والمعلّمات.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استخرج من نصّ «يوم المكتبة» ما يأتي.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المطلوب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من النصّ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مثنّى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مؤنّث سالم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تكسير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مفرد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صحّح الخطأ في الكلمة التي بين القوسين (المعلّمون ذكور).</w:t>
      </w:r>
    </w:p>
    <w:p>
      <w:pPr>
        <w:bidi/>
        <w:spacing w:before="0" w:after="100"/>
        <w:jc w:val="both"/>
      </w:pPr>
      <w:r>
        <w:rPr>
          <w:rtl/>
        </w:rPr>
        <w:t>أ. في الحديقة (شجرةان).</w:t>
      </w:r>
    </w:p>
    <w:p>
      <w:pPr>
        <w:bidi/>
        <w:spacing w:before="0" w:after="100"/>
        <w:jc w:val="both"/>
      </w:pPr>
      <w:r>
        <w:rPr>
          <w:rtl/>
        </w:rPr>
        <w:t>ب. حضر (المعلّمتون) الاجتماع.</w:t>
      </w:r>
    </w:p>
    <w:p>
      <w:pPr>
        <w:bidi/>
        <w:spacing w:before="0" w:after="100"/>
        <w:jc w:val="both"/>
      </w:pPr>
      <w:r>
        <w:rPr>
          <w:rtl/>
        </w:rPr>
        <w:t>ج. قرأتُ (كتابون) كثيرة في العطلة.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حوّل من المفرد إلى المثنّى: «في الحقيبة دفتر.»</w:t>
      </w:r>
    </w:p>
    <w:p>
      <w:pPr>
        <w:bidi/>
        <w:spacing w:before="0" w:after="60"/>
        <w:jc w:val="both"/>
      </w:pPr>
      <w:r>
        <w:rPr>
          <w:rtl/>
        </w:rPr>
        <w:t>أ. في الحقيبة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جملة فيها جمع مذكّر سالم، وجملة فيها جمع تكسير.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عائلتك، واستعمل فيها مثنّى وجمعًا.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البطاقات، وألصقوا بجانب كلّ كلمة صيغتها المطلوبة.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كتاب ← المثنّى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شجرة ← المثنّى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معلّم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معلّمة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قلم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اِقرؤوا معاني الكلمات.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معاني الكلمات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المفرد – </w:t>
            </w:r>
            <w:r>
              <w:rPr>
                <w:sz w:val="24"/>
                <w:szCs w:val="24"/>
                <w:rtl/>
              </w:rPr>
              <w:t>يدلّ على واحد: كتاب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المثنّى – </w:t>
            </w:r>
            <w:r>
              <w:rPr>
                <w:sz w:val="24"/>
                <w:szCs w:val="24"/>
                <w:rtl/>
              </w:rPr>
              <w:t>يدلّ على اثنين، وينتهي بـ«ان» أو «ين»: كتابان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المذكّر السالم – </w:t>
            </w:r>
            <w:r>
              <w:rPr>
                <w:sz w:val="24"/>
                <w:szCs w:val="24"/>
                <w:rtl/>
              </w:rPr>
              <w:t>ينتهي بـ«ون» أو «ين»: معلّمون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المؤنّث السالم – </w:t>
            </w:r>
            <w:r>
              <w:rPr>
                <w:sz w:val="24"/>
                <w:szCs w:val="24"/>
                <w:rtl/>
              </w:rPr>
              <w:t>ينتهي بـ«ات»: معلّمات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التكسير – </w:t>
            </w:r>
            <w:r>
              <w:rPr>
                <w:sz w:val="24"/>
                <w:szCs w:val="24"/>
                <w:rtl/>
              </w:rPr>
              <w:t>تتغيّر فيه صورة المفرد: أقلام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اِختاروا كلمتين من المعاني، واكتبوا جملة مع كلّ واحدة منهما.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الفصل 4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الفصل 4: المذكّر والمؤنّث والتاء المربوطة والمفتوحة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المذكّر والمؤنّث</w:t>
      </w:r>
    </w:p>
    <w:p>
      <w:pPr>
        <w:bidi/>
        <w:spacing w:before="0" w:after="40"/>
        <w:jc w:val="both"/>
      </w:pPr>
      <w:r>
        <w:rPr>
          <w:rtl/>
        </w:rPr>
        <w:t>نصوغ المؤنّث غالبًا بزيادة تاء مربوطة، ونؤنّث الفعل الماضي بتاء ساكنة.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المذكّر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طالب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طالبة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ممرّض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ممرّضة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جلسَ الولد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جلسَت البنت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التاء المربوطة والتاء المفتوحة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التاء المربوطة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التاء المفتوحة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شكلها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ة / ـة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 / ـت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لفظها عند الوقف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هاء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تاء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أين نجدها؟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آخر أسماء مؤنّثة كثيرة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الأفعال، وجمع المؤنّث السالم، وأسماء مثل: بيت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أمثلة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وردة، مدينة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سكتَتْ، وردات، صوت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طريقة الوقف</w:t>
      </w:r>
    </w:p>
    <w:p>
      <w:pPr>
        <w:bidi/>
        <w:spacing w:before="0" w:after="20"/>
        <w:jc w:val="both"/>
      </w:pPr>
      <w:r>
        <w:rPr>
          <w:rtl/>
        </w:rPr>
        <w:t>1. أقرأ الكلمة وأقف عليها.</w:t>
      </w:r>
    </w:p>
    <w:p>
      <w:pPr>
        <w:bidi/>
        <w:spacing w:before="0" w:after="20"/>
        <w:jc w:val="both"/>
      </w:pPr>
      <w:r>
        <w:rPr>
          <w:rtl/>
        </w:rPr>
        <w:t>2. إذا سمعتُ هاءً أكتب تاءً مربوطة: قصّة.</w:t>
      </w:r>
    </w:p>
    <w:p>
      <w:pPr>
        <w:bidi/>
        <w:spacing w:before="0" w:after="20"/>
        <w:jc w:val="both"/>
      </w:pPr>
      <w:r>
        <w:rPr>
          <w:rtl/>
        </w:rPr>
        <w:t>3. إذا سمعتُ تاءً أكتب تاءً مفتوحة: نبات.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المذكّر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مهندس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رسّامة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جار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طبّاخة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صنّف الأسماء.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كرسيّ  |  ليلى  |  سمكة  |  نهر  |  سماء  |  دفتر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مذكّر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اختر علامة التأنيث في الكلمة.</w:t>
      </w:r>
    </w:p>
    <w:p>
      <w:pPr>
        <w:bidi/>
        <w:spacing w:before="0" w:after="20"/>
        <w:jc w:val="both"/>
      </w:pPr>
      <w:r>
        <w:rPr>
          <w:rtl/>
        </w:rPr>
        <w:t>أ. صحراء</w:t>
      </w:r>
    </w:p>
    <w:p>
      <w:pPr>
        <w:bidi/>
        <w:spacing w:before="0" w:after="80"/>
        <w:jc w:val="both"/>
      </w:pPr>
      <w:r>
        <w:rPr>
          <w:rtl/>
        </w:rPr>
        <w:t xml:space="preserve">   ○ التاء المربوطة      ○ الألف الممدودة      ○ الألف المقصورة</w:t>
      </w:r>
    </w:p>
    <w:p>
      <w:pPr>
        <w:bidi/>
        <w:spacing w:before="0" w:after="20"/>
        <w:jc w:val="both"/>
      </w:pPr>
      <w:r>
        <w:rPr>
          <w:rtl/>
        </w:rPr>
        <w:t>ب. سلمى</w:t>
      </w:r>
    </w:p>
    <w:p>
      <w:pPr>
        <w:bidi/>
        <w:spacing w:before="0" w:after="80"/>
        <w:jc w:val="both"/>
      </w:pPr>
      <w:r>
        <w:rPr>
          <w:rtl/>
        </w:rPr>
        <w:t xml:space="preserve">   ○ التاء المربوطة      ○ الألف الممدودة      ○ الألف المقصورة</w:t>
      </w:r>
    </w:p>
    <w:p>
      <w:pPr>
        <w:bidi/>
        <w:spacing w:before="0" w:after="20"/>
        <w:jc w:val="both"/>
      </w:pPr>
      <w:r>
        <w:rPr>
          <w:rtl/>
        </w:rPr>
        <w:t>ج. زرافة</w:t>
      </w:r>
    </w:p>
    <w:p>
      <w:pPr>
        <w:bidi/>
        <w:spacing w:before="0" w:after="80"/>
        <w:jc w:val="both"/>
      </w:pPr>
      <w:r>
        <w:rPr>
          <w:rtl/>
        </w:rPr>
        <w:t xml:space="preserve">   ○ التاء المربوطة      ○ الألف الممدودة      ○ الألف المقصورة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صنّف الكلمات حسب التاء.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نافذة  |  توت  |  ساعة  |  سكتَت  |  طاولة  |  بنت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تاء مربوطة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تاء مفتوحة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بالتاء المناسبة (ة أو ت).</w:t>
      </w:r>
    </w:p>
    <w:p>
      <w:pPr>
        <w:bidi/>
        <w:spacing w:before="0" w:after="60"/>
        <w:jc w:val="both"/>
      </w:pPr>
      <w:r>
        <w:rPr>
          <w:rtl/>
        </w:rPr>
        <w:t>أ. غرف__________</w:t>
      </w:r>
    </w:p>
    <w:p>
      <w:pPr>
        <w:bidi/>
        <w:spacing w:before="0" w:after="60"/>
        <w:jc w:val="both"/>
      </w:pPr>
      <w:r>
        <w:rPr>
          <w:rtl/>
        </w:rPr>
        <w:t>ب. مسافرا__________ (جمع)</w:t>
      </w:r>
    </w:p>
    <w:p>
      <w:pPr>
        <w:bidi/>
        <w:spacing w:before="0" w:after="60"/>
        <w:jc w:val="both"/>
      </w:pPr>
      <w:r>
        <w:rPr>
          <w:rtl/>
        </w:rPr>
        <w:t>ج. فراش__________</w:t>
      </w:r>
    </w:p>
    <w:p>
      <w:pPr>
        <w:bidi/>
        <w:spacing w:before="0" w:after="60"/>
        <w:jc w:val="both"/>
      </w:pPr>
      <w:r>
        <w:rPr>
          <w:rtl/>
        </w:rPr>
        <w:t>د. ضحكَ__________ نور.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صِل الكلمة بنوع التاء فيها.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جزيرة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تاء مفتوحة لأنّها في آخر فعل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معلّمات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تاء مربوطة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قرأَت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تاء مفتوحة في اسم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زيت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تاء مفتوحة لأنّها جمع مؤنّث سالم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حوّل الفعل إلى المؤنّث.</w:t>
      </w:r>
    </w:p>
    <w:p>
      <w:pPr>
        <w:bidi/>
        <w:spacing w:before="0" w:after="60"/>
        <w:jc w:val="both"/>
      </w:pPr>
      <w:r>
        <w:rPr>
          <w:rtl/>
        </w:rPr>
        <w:t>أ. رسمَ يوسف. __________ مريم.</w:t>
      </w:r>
    </w:p>
    <w:p>
      <w:pPr>
        <w:bidi/>
        <w:spacing w:before="0" w:after="60"/>
        <w:jc w:val="both"/>
      </w:pPr>
      <w:r>
        <w:rPr>
          <w:rtl/>
        </w:rPr>
        <w:t>ب. ضحكَ الطفل. __________ الطفلة.</w:t>
      </w:r>
    </w:p>
    <w:p>
      <w:pPr>
        <w:bidi/>
        <w:spacing w:before="0" w:after="60"/>
        <w:jc w:val="both"/>
      </w:pPr>
      <w:r>
        <w:rPr>
          <w:rtl/>
        </w:rPr>
        <w:t>ج. سبحَ كريم. __________ سلمى.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صحّ أم خطأ؟</w:t>
      </w:r>
    </w:p>
    <w:p>
      <w:pPr>
        <w:bidi/>
        <w:spacing w:before="0" w:after="60"/>
        <w:jc w:val="both"/>
      </w:pPr>
      <w:r>
        <w:rPr>
          <w:rtl/>
        </w:rPr>
        <w:t>أ. التاء المفتوحة نلفظها تاءً في الوقف والوصل.      صحيح / خطأ</w:t>
      </w:r>
    </w:p>
    <w:p>
      <w:pPr>
        <w:bidi/>
        <w:spacing w:before="0" w:after="60"/>
        <w:jc w:val="both"/>
      </w:pPr>
      <w:r>
        <w:rPr>
          <w:rtl/>
        </w:rPr>
        <w:t>ب. التاء في «معلّمات» تاء مربوطة.      صحيح / خطأ</w:t>
      </w:r>
    </w:p>
    <w:p>
      <w:pPr>
        <w:bidi/>
        <w:spacing w:before="0" w:after="60"/>
        <w:jc w:val="both"/>
      </w:pPr>
      <w:r>
        <w:rPr>
          <w:rtl/>
        </w:rPr>
        <w:t>ج. مؤنّث «جار» هو «جارة».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صحّح الكلمة الخاطئة في كلّ جملة.</w:t>
      </w:r>
    </w:p>
    <w:p>
      <w:pPr>
        <w:bidi/>
        <w:spacing w:before="0" w:after="100"/>
        <w:jc w:val="both"/>
      </w:pPr>
      <w:r>
        <w:rPr>
          <w:rtl/>
        </w:rPr>
        <w:t>أ. في البيت نافذت كبيرة.</w:t>
      </w:r>
    </w:p>
    <w:p>
      <w:pPr>
        <w:bidi/>
        <w:spacing w:before="0" w:after="100"/>
        <w:jc w:val="both"/>
      </w:pPr>
      <w:r>
        <w:rPr>
          <w:rtl/>
        </w:rPr>
        <w:t>ب. قرأَة سلمى القصّة.</w:t>
      </w:r>
    </w:p>
    <w:p>
      <w:pPr>
        <w:bidi/>
        <w:spacing w:before="0" w:after="100"/>
        <w:jc w:val="both"/>
      </w:pPr>
      <w:r>
        <w:rPr>
          <w:rtl/>
        </w:rPr>
        <w:t>ج. في الحديقه أزهار كثيرة.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المعلّمة الجديدة</w:t>
      </w:r>
    </w:p>
    <w:p>
      <w:pPr>
        <w:bidi/>
        <w:spacing w:before="0" w:after="80"/>
        <w:jc w:val="both"/>
      </w:pPr>
      <w:r>
        <w:rPr>
          <w:rtl/>
        </w:rPr>
        <w:t>في بداية السنة جاءت إلى صفّنا معلّمة جديدة. دخلت الصفّ مبتسمة، وكتبت اسمها على اللوح. قالت: «أنا معلّمة اللغة العربيّة، وأحبّ القصص.» فرح التلاميذ والتلميذات بها كثيرًا.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نصّ «المعلّمة الجديدة» ما يأتي.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المطلوب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من النصّ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فعل في آخره تاء مفتوحة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 في آخره تاء مربوطة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مؤنّث سالم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 مذكّر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حوّل الجملة إلى المؤنّث.</w:t>
      </w:r>
    </w:p>
    <w:p>
      <w:pPr>
        <w:bidi/>
        <w:spacing w:before="0" w:after="60"/>
        <w:jc w:val="both"/>
      </w:pPr>
      <w:r>
        <w:rPr>
          <w:rtl/>
        </w:rPr>
        <w:t>أ. المعلّم يشرح الدرس. __________ تشرح الدرس.</w:t>
      </w:r>
    </w:p>
    <w:p>
      <w:pPr>
        <w:bidi/>
        <w:spacing w:before="0" w:after="60"/>
        <w:jc w:val="both"/>
      </w:pPr>
      <w:r>
        <w:rPr>
          <w:rtl/>
        </w:rPr>
        <w:t>ب. الولد الصغير نائم. البنت __________ نائمة.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حوّل الجملة إلى المؤنّث: «دخلَ الطبيب إلى الغرفة، وفحصَ المريض.»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امرأة تعمل في قريتك أو مدينتك، واستعمل فيها أفعالًا مؤنّثة.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البطاقات، وألصقوا كلّ كلمة في العمود المناسب: مذكّر أو مؤنّث.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مذكّر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مؤنّث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صِلوا الصورة بالجملة، ثمّ ضعوا دائرة حول التاء المربوطة.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🌹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🚗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القطّةُ تشرب الحليب.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هذه شجرةٌ كبيرة.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السيّارةُ سريعة.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في الحديقة وردةٌ حمراء.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الفصل 5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الفصل 5: اللام الشمسيّة واللام القمريّة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المقارنة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اللام القمريّة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اللام الشمسيّة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هل تُكتب؟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نعم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نعم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هل تُلفَظ؟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نعم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علامتها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سكون على اللام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شدّة على الحرف بعدها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أمثلة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القلم، الباب، الولد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الشمس، الطاولة، النهر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الحروف</w:t>
      </w:r>
    </w:p>
    <w:p>
      <w:pPr>
        <w:bidi/>
        <w:spacing w:before="0" w:after="20"/>
        <w:jc w:val="both"/>
      </w:pPr>
      <w:r>
        <w:rPr>
          <w:rtl/>
        </w:rPr>
        <w:t>1. الحروف القمريّة (14): أ ب غ ح ج ك و خ ف ع ق ي م هـ، ويجمعها قولنا «اِبغِ حجّك وخَفْ عقيمَه».</w:t>
      </w:r>
    </w:p>
    <w:p>
      <w:pPr>
        <w:bidi/>
        <w:spacing w:before="0" w:after="20"/>
        <w:jc w:val="both"/>
      </w:pPr>
      <w:r>
        <w:rPr>
          <w:rtl/>
        </w:rPr>
        <w:t>2. الحروف الشمسيّة (14): ت ث د ذ ر ز س ش ص ض ط ظ ل ن.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تذكّر</w:t>
      </w:r>
    </w:p>
    <w:p>
      <w:pPr>
        <w:bidi/>
        <w:spacing w:before="0" w:after="40"/>
        <w:jc w:val="both"/>
      </w:pPr>
      <w:r>
        <w:rPr>
          <w:rtl/>
        </w:rPr>
        <w:t>نكتب «ال» دائمًا، حتّى لو لم نلفظ اللام.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أمثلة: نقول: «أَشّمس» ونكتب: «الشمس». · نقول: «أَنّور» ونكتب: «النور».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حسب نوع اللام.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الجبل  |  الدجاجة  |  الكرة  |  الزهرة  |  الولد  |  الطبيب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في أيّ كلمة لام شمسيّة؟</w:t>
      </w:r>
    </w:p>
    <w:p>
      <w:pPr>
        <w:bidi/>
        <w:spacing w:before="0" w:after="20"/>
        <w:jc w:val="both"/>
      </w:pPr>
      <w:r>
        <w:rPr>
          <w:rtl/>
        </w:rPr>
        <w:t>أ. اختر:</w:t>
      </w:r>
    </w:p>
    <w:p>
      <w:pPr>
        <w:bidi/>
        <w:spacing w:before="0" w:after="80"/>
        <w:jc w:val="both"/>
      </w:pPr>
      <w:r>
        <w:rPr>
          <w:rtl/>
        </w:rPr>
        <w:t xml:space="preserve">   ○ القلب      ○ الشارع      ○ الهواء</w:t>
      </w:r>
    </w:p>
    <w:p>
      <w:pPr>
        <w:bidi/>
        <w:spacing w:before="0" w:after="20"/>
        <w:jc w:val="both"/>
      </w:pPr>
      <w:r>
        <w:rPr>
          <w:rtl/>
        </w:rPr>
        <w:t>ب. اختر:</w:t>
      </w:r>
    </w:p>
    <w:p>
      <w:pPr>
        <w:bidi/>
        <w:spacing w:before="0" w:after="80"/>
        <w:jc w:val="both"/>
      </w:pPr>
      <w:r>
        <w:rPr>
          <w:rtl/>
        </w:rPr>
        <w:t xml:space="preserve">   ○ الضوء      ○ العسل      ○ الغزال</w:t>
      </w:r>
    </w:p>
    <w:p>
      <w:pPr>
        <w:bidi/>
        <w:spacing w:before="0" w:after="20"/>
        <w:jc w:val="both"/>
      </w:pPr>
      <w:r>
        <w:rPr>
          <w:rtl/>
        </w:rPr>
        <w:t>ج. اختر:</w:t>
      </w:r>
    </w:p>
    <w:p>
      <w:pPr>
        <w:bidi/>
        <w:spacing w:before="0" w:after="80"/>
        <w:jc w:val="both"/>
      </w:pPr>
      <w:r>
        <w:rPr>
          <w:rtl/>
        </w:rPr>
        <w:t xml:space="preserve">   ○ الفجر      ○ الأمّ      ○ الثوب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أدخل «ال» على الكلمة.</w:t>
      </w:r>
    </w:p>
    <w:p>
      <w:pPr>
        <w:bidi/>
        <w:spacing w:before="0" w:after="60"/>
        <w:jc w:val="both"/>
      </w:pPr>
      <w:r>
        <w:rPr>
          <w:rtl/>
        </w:rPr>
        <w:t>أ. نخلة: __________</w:t>
      </w:r>
    </w:p>
    <w:p>
      <w:pPr>
        <w:bidi/>
        <w:spacing w:before="0" w:after="60"/>
        <w:jc w:val="both"/>
      </w:pPr>
      <w:r>
        <w:rPr>
          <w:rtl/>
        </w:rPr>
        <w:t>ب. ورقة: __________</w:t>
      </w:r>
    </w:p>
    <w:p>
      <w:pPr>
        <w:bidi/>
        <w:spacing w:before="0" w:after="60"/>
        <w:jc w:val="both"/>
      </w:pPr>
      <w:r>
        <w:rPr>
          <w:rtl/>
        </w:rPr>
        <w:t>ج. ضفدع: __________</w:t>
      </w:r>
    </w:p>
    <w:p>
      <w:pPr>
        <w:bidi/>
        <w:spacing w:before="0" w:after="60"/>
        <w:jc w:val="both"/>
      </w:pPr>
      <w:r>
        <w:rPr>
          <w:rtl/>
        </w:rPr>
        <w:t>د. هدهد: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صِل الكلمة بطريقة لفظها.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الريح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أَسّوق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القطار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أَلغابة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السوق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أَرّيح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الغابة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أَلقطار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صحّ أم خطأ؟</w:t>
      </w:r>
    </w:p>
    <w:p>
      <w:pPr>
        <w:bidi/>
        <w:spacing w:before="0" w:after="60"/>
        <w:jc w:val="both"/>
      </w:pPr>
      <w:r>
        <w:rPr>
          <w:rtl/>
        </w:rPr>
        <w:t>أ. «ال» نكتبها دائمًا في أوّل الاسم المعرّف بها.      صحيح / خطأ</w:t>
      </w:r>
    </w:p>
    <w:p>
      <w:pPr>
        <w:bidi/>
        <w:spacing w:before="0" w:after="60"/>
        <w:jc w:val="both"/>
      </w:pPr>
      <w:r>
        <w:rPr>
          <w:rtl/>
        </w:rPr>
        <w:t>ب. في «الكرسيّ» لام شمسيّة.      صحيح / خطأ</w:t>
      </w:r>
    </w:p>
    <w:p>
      <w:pPr>
        <w:bidi/>
        <w:spacing w:before="0" w:after="60"/>
        <w:jc w:val="both"/>
      </w:pPr>
      <w:r>
        <w:rPr>
          <w:rtl/>
        </w:rPr>
        <w:t>ج. الحروف الشمسيّة أربعة عشر حرفًا.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اكتب نوع اللام، وضع الشدّة إذا كانت شمسيّة.</w:t>
      </w:r>
    </w:p>
    <w:p>
      <w:pPr>
        <w:bidi/>
        <w:spacing w:before="0" w:after="100"/>
        <w:jc w:val="both"/>
      </w:pPr>
      <w:r>
        <w:rPr>
          <w:rtl/>
        </w:rPr>
        <w:t>أ. الدب</w:t>
      </w:r>
    </w:p>
    <w:p>
      <w:pPr>
        <w:bidi/>
        <w:spacing w:before="0" w:after="100"/>
        <w:jc w:val="both"/>
      </w:pPr>
      <w:r>
        <w:rPr>
          <w:rtl/>
        </w:rPr>
        <w:t>ب. الثعلب</w:t>
      </w:r>
    </w:p>
    <w:p>
      <w:pPr>
        <w:bidi/>
        <w:spacing w:before="0" w:after="100"/>
        <w:jc w:val="both"/>
      </w:pPr>
      <w:r>
        <w:rPr>
          <w:rtl/>
        </w:rPr>
        <w:t>ج. الفراشة</w:t>
      </w:r>
    </w:p>
    <w:p>
      <w:pPr>
        <w:bidi/>
        <w:spacing w:before="0" w:after="100"/>
        <w:jc w:val="both"/>
      </w:pPr>
      <w:r>
        <w:rPr>
          <w:rtl/>
        </w:rPr>
        <w:t>د. الصقر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الحرف بعد «ال»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 اللام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الثوم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الكعك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الذرة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الملعقة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بكلمة من البنك تبدأ بلام قمريّة.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بنك الكلمات: القمر  |  البحر  |  الأرض  |  الغيوم</w:t>
      </w:r>
    </w:p>
    <w:p>
      <w:pPr>
        <w:bidi/>
        <w:spacing w:before="0" w:after="60"/>
        <w:jc w:val="both"/>
      </w:pPr>
      <w:r>
        <w:rPr>
          <w:rtl/>
        </w:rPr>
        <w:t>أ. يسبح السمك في __________.</w:t>
      </w:r>
    </w:p>
    <w:p>
      <w:pPr>
        <w:bidi/>
        <w:spacing w:before="0" w:after="60"/>
        <w:jc w:val="both"/>
      </w:pPr>
      <w:r>
        <w:rPr>
          <w:rtl/>
        </w:rPr>
        <w:t>ب. يضيء __________ في الليل.</w:t>
      </w:r>
    </w:p>
    <w:p>
      <w:pPr>
        <w:bidi/>
        <w:spacing w:before="0" w:after="60"/>
        <w:jc w:val="both"/>
      </w:pPr>
      <w:r>
        <w:rPr>
          <w:rtl/>
        </w:rPr>
        <w:t>ج. تحمل __________ المطر.</w:t>
      </w:r>
    </w:p>
    <w:p>
      <w:pPr>
        <w:bidi/>
        <w:spacing w:before="0" w:after="60"/>
        <w:jc w:val="both"/>
      </w:pPr>
      <w:r>
        <w:rPr>
          <w:rtl/>
        </w:rPr>
        <w:t>د. نزرع البذور في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صحّح الكتابة الخاطئة.</w:t>
      </w:r>
    </w:p>
    <w:p>
      <w:pPr>
        <w:bidi/>
        <w:spacing w:before="0" w:after="100"/>
        <w:jc w:val="both"/>
      </w:pPr>
      <w:r>
        <w:rPr>
          <w:rtl/>
        </w:rPr>
        <w:t>أ. أكلتُ أتّفّاح.</w:t>
      </w:r>
    </w:p>
    <w:p>
      <w:pPr>
        <w:bidi/>
        <w:spacing w:before="0" w:after="100"/>
        <w:jc w:val="both"/>
      </w:pPr>
      <w:r>
        <w:rPr>
          <w:rtl/>
        </w:rPr>
        <w:t>ب. أرّجل يمشي في الشارع.</w:t>
      </w:r>
    </w:p>
    <w:p>
      <w:pPr>
        <w:bidi/>
        <w:spacing w:before="0" w:after="100"/>
        <w:jc w:val="both"/>
      </w:pPr>
      <w:r>
        <w:rPr>
          <w:rtl/>
        </w:rPr>
        <w:t>ج. لمع أنّجم في السماء.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العصفور والشجرة</w:t>
      </w:r>
    </w:p>
    <w:p>
      <w:pPr>
        <w:bidi/>
        <w:spacing w:before="0" w:after="80"/>
        <w:jc w:val="both"/>
      </w:pPr>
      <w:r>
        <w:rPr>
          <w:rtl/>
        </w:rPr>
        <w:t>وقف العصفور على الغصن، ونظر إلى السماء. كانت الشمس دافئة، والنسيم لطيفًا. غنّى العصفور أغنية جميلة، فرقصت الأوراق، وابتسمت الأزهار.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نصّ «العصفور والشجرة» كلمات بـ«ال».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صنّف حسب نوع اللام.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الطريق  |  الحديقة  |  السيّارة  |  البيت  |  الشاي  |  الإبريق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أربع كلمات بلام قمريّة لأشياء في المطبخ.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يوم ماطر، فيها كلمات بلام شمسيّة وأخرى بلام قمريّة، وضع الشدّة حيث يلزم.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البطاقات، وألصقوا كلّ كلمة في العمود المناسب: لام شمسيّة أو لام قمريّة.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اللام الشمسيّة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اللام القمريّة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صِلوا بخطّ بين الكلمة وطريقة لفظها.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الشمس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أ. أَلْقمر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القمر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ب. أَنّور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النور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ج. أَلْباب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الباب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د. أَرّسم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الرسم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ه. أَشّمس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الفصل 6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الفصل 6: الجملة الاسميّة والجملة الفعليّة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نوعا الجملة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النوع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تبدأ بـ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ركناها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الجملة الاسميّة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المبتدأ والخبر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الجوُّ باردٌ.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الجملة الفعليّة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فعل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الفعل والفاعل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سقطَ المطرُ.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أسئلة تساعدني</w:t>
      </w:r>
    </w:p>
    <w:p>
      <w:pPr>
        <w:bidi/>
        <w:spacing w:before="0" w:after="20"/>
        <w:jc w:val="both"/>
      </w:pPr>
      <w:r>
        <w:rPr>
          <w:rtl/>
        </w:rPr>
        <w:t>1. مَن قام بالفعل؟ الجواب هو الفاعل.</w:t>
      </w:r>
    </w:p>
    <w:p>
      <w:pPr>
        <w:bidi/>
        <w:spacing w:before="0" w:after="20"/>
        <w:jc w:val="both"/>
      </w:pPr>
      <w:r>
        <w:rPr>
          <w:rtl/>
        </w:rPr>
        <w:t>2. ماذا فعل؟ أو مَن وقع عليه الفعل؟ الجواب هو المفعول به.</w:t>
      </w:r>
    </w:p>
    <w:p>
      <w:pPr>
        <w:bidi/>
        <w:spacing w:before="0" w:after="20"/>
        <w:jc w:val="both"/>
      </w:pPr>
      <w:r>
        <w:rPr>
          <w:rtl/>
        </w:rPr>
        <w:t>3. عمّن نتحدّث؟ الجواب هو المبتدأ.</w:t>
      </w:r>
    </w:p>
    <w:p>
      <w:pPr>
        <w:bidi/>
        <w:spacing w:before="0" w:after="20"/>
        <w:jc w:val="both"/>
      </w:pPr>
      <w:r>
        <w:rPr>
          <w:rtl/>
        </w:rPr>
        <w:t>4. ماذا نقول عنه؟ الجواب هو الخبر.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العلامات</w:t>
      </w:r>
    </w:p>
    <w:p>
      <w:pPr>
        <w:bidi/>
        <w:spacing w:before="0" w:after="40"/>
        <w:jc w:val="both"/>
      </w:pPr>
      <w:r>
        <w:rPr>
          <w:rtl/>
        </w:rPr>
        <w:t>المبتدأ والخبر والفاعل مرفوعة بالضمّة غالبًا، والمفعول به منصوب بالفتحة.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أمثلة: البحرُ هادئٌ. · قطفَ الفلّاحُ الزيتونَ.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الجمل.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النهرُ طويلٌ.  |  طارَ الحمامُ.  |  التفّاحُ لذيذٌ.  |  وصلَ الضيفُ.  |  الطريقُ مزدحمٌ.  |  تكتبُ ليلى.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اسميّة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فعليّة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الإجابة الصحيحة.</w:t>
      </w:r>
    </w:p>
    <w:p>
      <w:pPr>
        <w:bidi/>
        <w:spacing w:before="0" w:after="20"/>
        <w:jc w:val="both"/>
      </w:pPr>
      <w:r>
        <w:rPr>
          <w:rtl/>
        </w:rPr>
        <w:t>أ. في «القمرُ منيرٌ» كلمة «منيرٌ»:</w:t>
      </w:r>
    </w:p>
    <w:p>
      <w:pPr>
        <w:bidi/>
        <w:spacing w:before="0" w:after="80"/>
        <w:jc w:val="both"/>
      </w:pPr>
      <w:r>
        <w:rPr>
          <w:rtl/>
        </w:rPr>
        <w:t xml:space="preserve">   ○ مبتدأ      ○ خبر      ○ فاعل</w:t>
      </w:r>
    </w:p>
    <w:p>
      <w:pPr>
        <w:bidi/>
        <w:spacing w:before="0" w:after="20"/>
        <w:jc w:val="both"/>
      </w:pPr>
      <w:r>
        <w:rPr>
          <w:rtl/>
        </w:rPr>
        <w:t>ب. في «جلسَ الجدُّ» كلمة «الجدُّ»:</w:t>
      </w:r>
    </w:p>
    <w:p>
      <w:pPr>
        <w:bidi/>
        <w:spacing w:before="0" w:after="80"/>
        <w:jc w:val="both"/>
      </w:pPr>
      <w:r>
        <w:rPr>
          <w:rtl/>
        </w:rPr>
        <w:t xml:space="preserve">   ○ مبتدأ      ○ فعل      ○ فاعل</w:t>
      </w:r>
    </w:p>
    <w:p>
      <w:pPr>
        <w:bidi/>
        <w:spacing w:before="0" w:after="20"/>
        <w:jc w:val="both"/>
      </w:pPr>
      <w:r>
        <w:rPr>
          <w:rtl/>
        </w:rPr>
        <w:t>ج. في «غسلَ كريمٌ الصحنَ» كلمة «الصحنَ»:</w:t>
      </w:r>
    </w:p>
    <w:p>
      <w:pPr>
        <w:bidi/>
        <w:spacing w:before="0" w:after="80"/>
        <w:jc w:val="both"/>
      </w:pPr>
      <w:r>
        <w:rPr>
          <w:rtl/>
        </w:rPr>
        <w:t xml:space="preserve">   ○ فاعل      ○ مفعول به      ○ خبر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حدّد المبتدأ والخبر.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المبتدأ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الشارعُ هادئٌ.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الزيتونُ أخضرُ.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المدرسةُ قريبةٌ.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حدّد الفعل والفاعل والمفعول به.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المفعول به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قطفَ الفلّاحُ الزيتونَ.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شربَتِ القطّةُ الحليبَ.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يحملُ يوسفُ الحقيبةَ.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بخبر مناسب يطابق المبتدأ (مذكّر أو مؤنّث).</w:t>
      </w:r>
    </w:p>
    <w:p>
      <w:pPr>
        <w:bidi/>
        <w:spacing w:before="0" w:after="60"/>
        <w:jc w:val="both"/>
      </w:pPr>
      <w:r>
        <w:rPr>
          <w:rtl/>
        </w:rPr>
        <w:t>أ. الولدُ نشيطٌ، والبنتُ __________.</w:t>
      </w:r>
    </w:p>
    <w:p>
      <w:pPr>
        <w:bidi/>
        <w:spacing w:before="0" w:after="60"/>
        <w:jc w:val="both"/>
      </w:pPr>
      <w:r>
        <w:rPr>
          <w:rtl/>
        </w:rPr>
        <w:t>ب. البيتُ جديدٌ، والسيّارةُ __________.</w:t>
      </w:r>
    </w:p>
    <w:p>
      <w:pPr>
        <w:bidi/>
        <w:spacing w:before="0" w:after="60"/>
        <w:jc w:val="both"/>
      </w:pPr>
      <w:r>
        <w:rPr>
          <w:rtl/>
        </w:rPr>
        <w:t>ج. القلمُ صغيرٌ، والممحاةُ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أكمل بفعل مناسب من البنك لتصير الجملة فعليّة.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بنك الكلمات: صهلَ  |  هبَّتِ  |  أشرقَتِ  |  زأرَ</w:t>
      </w:r>
    </w:p>
    <w:p>
      <w:pPr>
        <w:bidi/>
        <w:spacing w:before="0" w:after="60"/>
        <w:jc w:val="both"/>
      </w:pPr>
      <w:r>
        <w:rPr>
          <w:rtl/>
        </w:rPr>
        <w:t>أ. __________ الشمسُ.</w:t>
      </w:r>
    </w:p>
    <w:p>
      <w:pPr>
        <w:bidi/>
        <w:spacing w:before="0" w:after="60"/>
        <w:jc w:val="both"/>
      </w:pPr>
      <w:r>
        <w:rPr>
          <w:rtl/>
        </w:rPr>
        <w:t>ب. __________ الحصانُ.</w:t>
      </w:r>
    </w:p>
    <w:p>
      <w:pPr>
        <w:bidi/>
        <w:spacing w:before="0" w:after="60"/>
        <w:jc w:val="both"/>
      </w:pPr>
      <w:r>
        <w:rPr>
          <w:rtl/>
        </w:rPr>
        <w:t>ج. __________ الريحُ.</w:t>
      </w:r>
    </w:p>
    <w:p>
      <w:pPr>
        <w:bidi/>
        <w:spacing w:before="0" w:after="60"/>
        <w:jc w:val="both"/>
      </w:pPr>
      <w:r>
        <w:rPr>
          <w:rtl/>
        </w:rPr>
        <w:t>د. __________ الأسدُ.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صِل الفعل بالفاعل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نبحَ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الفلّاحُ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غرّدَ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البلبلُ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خبزَتْ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الأمُّ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حرثَ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الكلبُ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صحّ أم خطأ؟</w:t>
      </w:r>
    </w:p>
    <w:p>
      <w:pPr>
        <w:bidi/>
        <w:spacing w:before="0" w:after="60"/>
        <w:jc w:val="both"/>
      </w:pPr>
      <w:r>
        <w:rPr>
          <w:rtl/>
        </w:rPr>
        <w:t>أ. «يلعبُ الأطفالُ» جملة فعليّة.      صحيح / خطأ</w:t>
      </w:r>
    </w:p>
    <w:p>
      <w:pPr>
        <w:bidi/>
        <w:spacing w:before="0" w:after="60"/>
        <w:jc w:val="both"/>
      </w:pPr>
      <w:r>
        <w:rPr>
          <w:rtl/>
        </w:rPr>
        <w:t>ب. الخبر يطابق المبتدأ في التذكير والتأنيث.      صحيح / خطأ</w:t>
      </w:r>
    </w:p>
    <w:p>
      <w:pPr>
        <w:bidi/>
        <w:spacing w:before="0" w:after="60"/>
        <w:jc w:val="both"/>
      </w:pPr>
      <w:r>
        <w:rPr>
          <w:rtl/>
        </w:rPr>
        <w:t>ج. المفعول به مرفوع بالضمّة.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حوّل الجملة الاسميّة إلى جملة فعليّة بتقديم الفعل.</w:t>
      </w:r>
    </w:p>
    <w:p>
      <w:pPr>
        <w:bidi/>
        <w:spacing w:before="0" w:after="100"/>
        <w:jc w:val="both"/>
      </w:pPr>
      <w:r>
        <w:rPr>
          <w:rtl/>
        </w:rPr>
        <w:t>أ. الطفلُ ينامُ.</w:t>
      </w:r>
    </w:p>
    <w:p>
      <w:pPr>
        <w:bidi/>
        <w:spacing w:before="0" w:after="100"/>
        <w:jc w:val="both"/>
      </w:pPr>
      <w:r>
        <w:rPr>
          <w:rtl/>
        </w:rPr>
        <w:t>ب. الحصانُ يركضُ.</w:t>
      </w:r>
    </w:p>
    <w:p>
      <w:pPr>
        <w:bidi/>
        <w:spacing w:before="0" w:after="100"/>
        <w:jc w:val="both"/>
      </w:pPr>
      <w:r>
        <w:rPr>
          <w:rtl/>
        </w:rPr>
        <w:t>ج. ليلى تقرأُ.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في الملعب</w:t>
      </w:r>
    </w:p>
    <w:p>
      <w:pPr>
        <w:bidi/>
        <w:spacing w:before="0" w:after="80"/>
        <w:jc w:val="both"/>
      </w:pPr>
      <w:r>
        <w:rPr>
          <w:rtl/>
        </w:rPr>
        <w:t>الملعبُ واسعٌ وأخضرُ. ركضَ اللاعبون وراء الكرة، وصفّقَ الجمهورُ بحماس. سجّلَ كريمٌ هدفًا جميلًا. الفريقُ سعيدٌ بالفوز.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صنّف الجمل من نصّ «في الملعب».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الملعبُ واسعٌ وأخضرُ.  |  صفّقَ الجمهورُ بحماس.  |  سجّلَ كريمٌ هدفًا جميلًا.  |  الفريقُ سعيدٌ بالفوز.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اسميّة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فعليّة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من النصّ: «سجّلَ كريمٌ هدفًا». أكمل.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المفعول به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جملة فعليّة فيها فعل وفاعل ومفعول به، ثمّ حدّد كلّ واحد منها.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أربع جمل عن مدرستك: اثنتين اسميّتين واثنتين فعليّتين.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بطاقات الجمل، وألصقوا كلّ جملة في العمود المناسب.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جملة اسميّة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جملة فعليّة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اِقرؤوا معاني الكلمات.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معاني الكلمات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المبتدأ – </w:t>
            </w:r>
            <w:r>
              <w:rPr>
                <w:sz w:val="24"/>
                <w:szCs w:val="24"/>
                <w:rtl/>
              </w:rPr>
              <w:t>اسم في أوّل الجملة الاسميّة: «الجوُّ»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الخبر – </w:t>
            </w:r>
            <w:r>
              <w:rPr>
                <w:sz w:val="24"/>
                <w:szCs w:val="24"/>
                <w:rtl/>
              </w:rPr>
              <w:t>يُكمل معنى المبتدأ: «جميلٌ»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الفعل – </w:t>
            </w:r>
            <w:r>
              <w:rPr>
                <w:sz w:val="24"/>
                <w:szCs w:val="24"/>
                <w:rtl/>
              </w:rPr>
              <w:t>تبدأ به الجملة الفعليّة: «نامَ»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الفاعل – </w:t>
            </w:r>
            <w:r>
              <w:rPr>
                <w:sz w:val="24"/>
                <w:szCs w:val="24"/>
                <w:rtl/>
              </w:rPr>
              <w:t>مَن قام بالفعل: «الطفلُ»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اكتبوا جملة اسميّة واحدة وجملة فعليّة واحدة.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الفصل 7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الفصل 7: كتابة قصّة قصيرة وعلامات الترقيم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خطّة القصّة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الجزء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ماذا أكتب فيه؟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كلمات تساعدني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البداية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الشخصيّات، المكان، الزمان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يوم من الأيّام، كان هناك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الوسط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المشكلة والأحداث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فجأة، ثمّ، بعد ذلك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النهاية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حلّ المشكلة ومشاعر الشخصيّات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وأخيرًا، وفي النهاية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علامات الترقيم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العلامة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اسمها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متى نستعملها؟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النقطة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نهاية الجملة التامّة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،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الفاصلة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بين الجمل القصيرة والكلمات المتتابعة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علامة الاستفهام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بعد السؤال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!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علامة التعجّب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بعد الفرح أو الدهشة أو الحزن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: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النقطتان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قبل الكلام المنقول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 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علامتا التنصيص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حول الكلام المنقول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قصّة جيّدة</w:t>
      </w:r>
    </w:p>
    <w:p>
      <w:pPr>
        <w:bidi/>
        <w:spacing w:before="0" w:after="20"/>
        <w:jc w:val="both"/>
      </w:pPr>
      <w:r>
        <w:rPr>
          <w:rtl/>
        </w:rPr>
        <w:t>1. لها عنوان مناسب.</w:t>
      </w:r>
    </w:p>
    <w:p>
      <w:pPr>
        <w:bidi/>
        <w:spacing w:before="0" w:after="20"/>
        <w:jc w:val="both"/>
      </w:pPr>
      <w:r>
        <w:rPr>
          <w:rtl/>
        </w:rPr>
        <w:t>2. فيها بداية ووسط ونهاية.</w:t>
      </w:r>
    </w:p>
    <w:p>
      <w:pPr>
        <w:bidi/>
        <w:spacing w:before="0" w:after="20"/>
        <w:jc w:val="both"/>
      </w:pPr>
      <w:r>
        <w:rPr>
          <w:rtl/>
        </w:rPr>
        <w:t>3. الأحداث مرتّبة ومترابطة.</w:t>
      </w:r>
    </w:p>
    <w:p>
      <w:pPr>
        <w:bidi/>
        <w:spacing w:before="0" w:after="20"/>
        <w:jc w:val="both"/>
      </w:pPr>
      <w:r>
        <w:rPr>
          <w:rtl/>
        </w:rPr>
        <w:t>4. فيها وصف وحوار قصير.</w:t>
      </w:r>
    </w:p>
    <w:p>
      <w:pPr>
        <w:bidi/>
        <w:spacing w:before="0" w:after="20"/>
        <w:jc w:val="both"/>
      </w:pPr>
      <w:r>
        <w:rPr>
          <w:rtl/>
        </w:rPr>
        <w:t>5. علامات الترقيم في مكانها، والكتابة صحيحة.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ضع علامة الترقيم المناسبة: (. أو ؟ أو !)</w:t>
      </w:r>
    </w:p>
    <w:p>
      <w:pPr>
        <w:bidi/>
        <w:spacing w:before="0" w:after="60"/>
        <w:jc w:val="both"/>
      </w:pPr>
      <w:r>
        <w:rPr>
          <w:rtl/>
        </w:rPr>
        <w:t>أ. لماذا تأخّرتَ اليوم__________</w:t>
      </w:r>
    </w:p>
    <w:p>
      <w:pPr>
        <w:bidi/>
        <w:spacing w:before="0" w:after="60"/>
        <w:jc w:val="both"/>
      </w:pPr>
      <w:r>
        <w:rPr>
          <w:rtl/>
        </w:rPr>
        <w:t>ب. يا له من يوم جميل__________</w:t>
      </w:r>
    </w:p>
    <w:p>
      <w:pPr>
        <w:bidi/>
        <w:spacing w:before="0" w:after="60"/>
        <w:jc w:val="both"/>
      </w:pPr>
      <w:r>
        <w:rPr>
          <w:rtl/>
        </w:rPr>
        <w:t>ج. نزل المطر في الليل__________</w:t>
      </w:r>
    </w:p>
    <w:p>
      <w:pPr>
        <w:bidi/>
        <w:spacing w:before="0" w:after="60"/>
        <w:jc w:val="both"/>
      </w:pPr>
      <w:r>
        <w:rPr>
          <w:rtl/>
        </w:rPr>
        <w:t>د. مَن رسم هذه الصورة__________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الجملة بالعلامة التي تنقصها في آخرها.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هل تحبّ القراءة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ما أروعَ هذا المنظرَ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النقطتان :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تشرق الشمس من الشرق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!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قال المعلّم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ضع الفاصلة (،) في مكانها.</w:t>
      </w:r>
    </w:p>
    <w:p>
      <w:pPr>
        <w:bidi/>
        <w:spacing w:before="0" w:after="60"/>
        <w:jc w:val="both"/>
      </w:pPr>
      <w:r>
        <w:rPr>
          <w:rtl/>
        </w:rPr>
        <w:t>أ. زرعنا الورد__________ والنعناع في الحديقة.</w:t>
      </w:r>
    </w:p>
    <w:p>
      <w:pPr>
        <w:bidi/>
        <w:spacing w:before="0" w:after="60"/>
        <w:jc w:val="both"/>
      </w:pPr>
      <w:r>
        <w:rPr>
          <w:rtl/>
        </w:rPr>
        <w:t>ب. فتح أحمد الباب__________ ودخل الصفّ.</w:t>
      </w:r>
    </w:p>
    <w:p>
      <w:pPr>
        <w:bidi/>
        <w:spacing w:before="0" w:after="60"/>
        <w:jc w:val="both"/>
      </w:pPr>
      <w:r>
        <w:rPr>
          <w:rtl/>
        </w:rPr>
        <w:t>ج. في الصباح نأكل الخبز__________ والزيتون.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صحّ أم خطأ؟</w:t>
      </w:r>
    </w:p>
    <w:p>
      <w:pPr>
        <w:bidi/>
        <w:spacing w:before="0" w:after="60"/>
        <w:jc w:val="both"/>
      </w:pPr>
      <w:r>
        <w:rPr>
          <w:rtl/>
        </w:rPr>
        <w:t>أ. نضع الكلام المنقول بين علامتي التنصيص «».      صحيح / خطأ</w:t>
      </w:r>
    </w:p>
    <w:p>
      <w:pPr>
        <w:bidi/>
        <w:spacing w:before="0" w:after="60"/>
        <w:jc w:val="both"/>
      </w:pPr>
      <w:r>
        <w:rPr>
          <w:rtl/>
        </w:rPr>
        <w:t>ب. الفاصلة تأتي في نهاية القصّة فقط.      صحيح / خطأ</w:t>
      </w:r>
    </w:p>
    <w:p>
      <w:pPr>
        <w:bidi/>
        <w:spacing w:before="0" w:after="60"/>
        <w:jc w:val="both"/>
      </w:pPr>
      <w:r>
        <w:rPr>
          <w:rtl/>
        </w:rPr>
        <w:t>ج. لكلّ قصّة شخصيّات ومكان وزمان وأحداث.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صنّف الجمل حسب مكانها في القصّة.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كان هناك ولد اسمه يوسف يحبّ الرسم.  |  فجأة انكسر قلمه الوحيد.  |  وفي النهاية رسم أجمل صورة في الصفّ.  |  أعطاه صديقه قلمًا جديدًا.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البداية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الوسط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النهاية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اكتب العنصر الذي تدلّ عليه كلّ عبارة: شخصيّة أو مكان أو زمان.</w:t>
      </w:r>
    </w:p>
    <w:p>
      <w:pPr>
        <w:bidi/>
        <w:spacing w:before="0" w:after="100"/>
        <w:jc w:val="both"/>
      </w:pPr>
      <w:r>
        <w:rPr>
          <w:rtl/>
        </w:rPr>
        <w:t>أ. في ليلة شتويّة</w:t>
      </w:r>
    </w:p>
    <w:p>
      <w:pPr>
        <w:bidi/>
        <w:spacing w:before="0" w:after="100"/>
        <w:jc w:val="both"/>
      </w:pPr>
      <w:r>
        <w:rPr>
          <w:rtl/>
        </w:rPr>
        <w:t>ب. المعلّمة سلمى</w:t>
      </w:r>
    </w:p>
    <w:p>
      <w:pPr>
        <w:bidi/>
        <w:spacing w:before="0" w:after="100"/>
        <w:jc w:val="both"/>
      </w:pPr>
      <w:r>
        <w:rPr>
          <w:rtl/>
        </w:rPr>
        <w:t>ج. على شاطئ البحر</w:t>
      </w:r>
    </w:p>
    <w:p>
      <w:pPr>
        <w:bidi/>
        <w:spacing w:before="0" w:after="100"/>
        <w:jc w:val="both"/>
      </w:pPr>
      <w:r>
        <w:rPr>
          <w:rtl/>
        </w:rPr>
        <w:t>د. الصيّاد العجوز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اختر الجملة المكتوبة بترقيم صحيح.</w:t>
      </w:r>
    </w:p>
    <w:p>
      <w:pPr>
        <w:bidi/>
        <w:spacing w:before="0" w:after="20"/>
        <w:jc w:val="both"/>
      </w:pPr>
      <w:r>
        <w:rPr>
          <w:rtl/>
        </w:rPr>
        <w:t>أ. اختر:</w:t>
      </w:r>
    </w:p>
    <w:p>
      <w:pPr>
        <w:bidi/>
        <w:spacing w:before="0" w:after="80"/>
        <w:jc w:val="both"/>
      </w:pPr>
      <w:r>
        <w:rPr>
          <w:rtl/>
        </w:rPr>
        <w:t xml:space="preserve">   ○ سألت نور: «أين قلمي؟»      ○ سألت نور «أين قلمي.»      ○ سألت نور: أين قلمي!</w:t>
      </w:r>
    </w:p>
    <w:p>
      <w:pPr>
        <w:bidi/>
        <w:spacing w:before="0" w:after="20"/>
        <w:jc w:val="both"/>
      </w:pPr>
      <w:r>
        <w:rPr>
          <w:rtl/>
        </w:rPr>
        <w:t>ب. اختر:</w:t>
      </w:r>
    </w:p>
    <w:p>
      <w:pPr>
        <w:bidi/>
        <w:spacing w:before="0" w:after="80"/>
        <w:jc w:val="both"/>
      </w:pPr>
      <w:r>
        <w:rPr>
          <w:rtl/>
        </w:rPr>
        <w:t xml:space="preserve">   ○ ما أطيبَ الكعكَ؟      ○ ما أطيبَ الكعكَ!      ○ ما أطيبَ الكعكَ،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الشجرة العطشى</w:t>
      </w:r>
    </w:p>
    <w:p>
      <w:pPr>
        <w:bidi/>
        <w:spacing w:before="0" w:after="80"/>
        <w:jc w:val="both"/>
      </w:pPr>
      <w:r>
        <w:rPr>
          <w:rtl/>
        </w:rPr>
        <w:t>في قرية صغيرة كانت هناك شجرة ليمون قرب المدرسة. في أحد أيّام الصيف الحارّة، لاحظ كريم أنّ أوراقها صفراء ومتدلّية.</w:t>
      </w:r>
    </w:p>
    <w:p>
      <w:pPr>
        <w:bidi/>
        <w:spacing w:before="0" w:after="80"/>
        <w:jc w:val="both"/>
      </w:pPr>
      <w:r>
        <w:rPr>
          <w:rtl/>
        </w:rPr>
        <w:t>قال كريم لصديقه عمر: «يبدو أنّ الشجرة عطشى!» فسأله عمر: «ماذا نفعل؟»</w:t>
      </w:r>
    </w:p>
    <w:p>
      <w:pPr>
        <w:bidi/>
        <w:spacing w:before="0" w:after="80"/>
        <w:jc w:val="both"/>
      </w:pPr>
      <w:r>
        <w:rPr>
          <w:rtl/>
        </w:rPr>
        <w:t>أحضر الولدان دلوًا وملآه بالماء، وسقيا الشجرة كلّ يوم. بعد أسبوعين عادت أوراقها خضراء، وظهرت عليها أزهار بيضاء. ابتسم الولدان وقالا: «لقد أنقذنا الشجرة.»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عناصر قصّة «الشجرة العطشى».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العنصر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من القصّة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الشخصيّات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المكان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الزمان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المشكلة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الحلّ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لماذا وضع الكاتب علامة الاستفهام بعد «ماذا نفعل»؟ ولماذا وضع النقطتين بعد «فسأله عمر»؟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أعد كتابة الجملة مع علامات الترقيم الصحيحة.</w:t>
      </w:r>
    </w:p>
    <w:p>
      <w:pPr>
        <w:bidi/>
        <w:spacing w:before="0" w:after="100"/>
        <w:jc w:val="both"/>
      </w:pPr>
      <w:r>
        <w:rPr>
          <w:rtl/>
        </w:rPr>
        <w:t>أ. قالت الجدّة للأولاد اجلسوا لأحكي لكم حكاية</w:t>
      </w:r>
    </w:p>
    <w:p>
      <w:pPr>
        <w:bidi/>
        <w:spacing w:before="0" w:after="100"/>
        <w:jc w:val="both"/>
      </w:pPr>
      <w:r>
        <w:rPr>
          <w:rtl/>
        </w:rPr>
        <w:t>ب. هل رأيت القمر الليلة</w:t>
      </w:r>
    </w:p>
    <w:p>
      <w:pPr>
        <w:bidi/>
        <w:spacing w:before="0" w:after="100"/>
        <w:jc w:val="both"/>
      </w:pPr>
      <w:r>
        <w:rPr>
          <w:rtl/>
        </w:rPr>
        <w:t>ج. ما أكبرَ هذه الشجرةَ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اختر عنوانًا مناسبًا من البنك لكلّ قصّة.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بنك الكلمات: الشجرة العطشى  |  الكرة الضائعة  |  يوم في المزرعة</w:t>
      </w:r>
    </w:p>
    <w:p>
      <w:pPr>
        <w:bidi/>
        <w:spacing w:before="0" w:after="60"/>
        <w:jc w:val="both"/>
      </w:pPr>
      <w:r>
        <w:rPr>
          <w:rtl/>
        </w:rPr>
        <w:t>أ. قصّة عن ولدين سقيا شجرة: __________</w:t>
      </w:r>
    </w:p>
    <w:p>
      <w:pPr>
        <w:bidi/>
        <w:spacing w:before="0" w:after="60"/>
        <w:jc w:val="both"/>
      </w:pPr>
      <w:r>
        <w:rPr>
          <w:rtl/>
        </w:rPr>
        <w:t>ب. قصّة عن ولد يبحث عن كرته: __________</w:t>
      </w:r>
    </w:p>
    <w:p>
      <w:pPr>
        <w:bidi/>
        <w:spacing w:before="0" w:after="60"/>
        <w:jc w:val="both"/>
      </w:pPr>
      <w:r>
        <w:rPr>
          <w:rtl/>
        </w:rPr>
        <w:t>ج. قصّة عن رحلة إلى الحيوانات والحقول: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خطّط لقصّة عنوانها «يوم المطر»: اكتب الشخصيّات، والمكان، والزمان، والمشكلة، والحلّ.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قصّة «يوم المطر» حسب خطّتك (4 جمل)، واستعمل حوارًا قصيرًا بين علامتي تنصيص.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بطاقات علامات الترقيم، وألصقوا العلامة المناسبة في نهاية كلّ جملة.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ما اسمُك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ذهبتُ إلى السوق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ما أجملَ البحرَ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أين حقيبتي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قرأتُ قصّة جميلة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أَلصِقوا هنا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صِلوا الصورة بالجملة: اكتبوا رقم الصورة في المربّع.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🏠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🌧️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☂️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في النهاية ظهر قوس قزح.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فتح سامي المظلّة.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في الصباح خرج سامي من البيت.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فجأة بدأ المطر يهطل.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مراجعة – ماذا تعلّمنا؟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حسب نوعها.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الكلمات: زيتونة  |  قطفَ  |  على  |  سوق  |  يكتبُ  |  من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فعل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حرف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المفرد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المثنّى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معلّمة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لاعب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قلم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أكمل.</w:t>
      </w:r>
    </w:p>
    <w:p>
      <w:pPr>
        <w:bidi/>
        <w:spacing w:before="0" w:after="60"/>
        <w:jc w:val="both"/>
      </w:pPr>
      <w:r>
        <w:rPr>
          <w:rtl/>
        </w:rPr>
        <w:t>أ. مؤنّث «صديق»: __________.</w:t>
      </w:r>
    </w:p>
    <w:p>
      <w:pPr>
        <w:bidi/>
        <w:spacing w:before="0" w:after="60"/>
        <w:jc w:val="both"/>
      </w:pPr>
      <w:r>
        <w:rPr>
          <w:rtl/>
        </w:rPr>
        <w:t>ب. التاء في «صوت» تاء __________.</w:t>
      </w:r>
    </w:p>
    <w:p>
      <w:pPr>
        <w:bidi/>
        <w:spacing w:before="0" w:after="60"/>
        <w:jc w:val="both"/>
      </w:pPr>
      <w:r>
        <w:rPr>
          <w:rtl/>
        </w:rPr>
        <w:t>ج. في «النور» اللام __________.</w:t>
      </w:r>
    </w:p>
    <w:p>
      <w:pPr>
        <w:bidi/>
        <w:spacing w:before="0" w:after="60"/>
        <w:jc w:val="both"/>
      </w:pPr>
      <w:r>
        <w:rPr>
          <w:rtl/>
        </w:rPr>
        <w:t>د. «المطرُ غزيرٌ» جملة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الإجابة الصحيحة.</w:t>
      </w:r>
    </w:p>
    <w:p>
      <w:pPr>
        <w:bidi/>
        <w:spacing w:before="0" w:after="20"/>
        <w:jc w:val="both"/>
      </w:pPr>
      <w:r>
        <w:rPr>
          <w:rtl/>
        </w:rPr>
        <w:t>أ. في «فتحَ يوسفُ البابَ» الفاعل:</w:t>
      </w:r>
    </w:p>
    <w:p>
      <w:pPr>
        <w:bidi/>
        <w:spacing w:before="0" w:after="80"/>
        <w:jc w:val="both"/>
      </w:pPr>
      <w:r>
        <w:rPr>
          <w:rtl/>
        </w:rPr>
        <w:t xml:space="preserve">   ○ فتحَ      ○ يوسفُ      ○ البابَ</w:t>
      </w:r>
    </w:p>
    <w:p>
      <w:pPr>
        <w:bidi/>
        <w:spacing w:before="0" w:after="20"/>
        <w:jc w:val="both"/>
      </w:pPr>
      <w:r>
        <w:rPr>
          <w:rtl/>
        </w:rPr>
        <w:t>ب. جمع «سيّارة»:</w:t>
      </w:r>
    </w:p>
    <w:p>
      <w:pPr>
        <w:bidi/>
        <w:spacing w:before="0" w:after="80"/>
        <w:jc w:val="both"/>
      </w:pPr>
      <w:r>
        <w:rPr>
          <w:rtl/>
        </w:rPr>
        <w:t xml:space="preserve">   ○ سيّارون      ○ سيّارات      ○ سيّارتان</w:t>
      </w:r>
    </w:p>
    <w:p>
      <w:pPr>
        <w:bidi/>
        <w:spacing w:before="0" w:after="20"/>
        <w:jc w:val="both"/>
      </w:pPr>
      <w:r>
        <w:rPr>
          <w:rtl/>
        </w:rPr>
        <w:t>ج. في أيّ كلمة لام قمريّة؟</w:t>
      </w:r>
    </w:p>
    <w:p>
      <w:pPr>
        <w:bidi/>
        <w:spacing w:before="0" w:after="80"/>
        <w:jc w:val="both"/>
      </w:pPr>
      <w:r>
        <w:rPr>
          <w:rtl/>
        </w:rPr>
        <w:t xml:space="preserve">   ○ الشمس      ○ الكتاب      ○ الدرس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صحّ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الفكرة الرئيسة هي أهمّ ما في النصّ.      صحيح / خطأ</w:t>
      </w:r>
    </w:p>
    <w:p>
      <w:pPr>
        <w:bidi/>
        <w:spacing w:before="0" w:after="60"/>
        <w:jc w:val="both"/>
      </w:pPr>
      <w:r>
        <w:rPr>
          <w:rtl/>
        </w:rPr>
        <w:t>ب. «أولاد» جمع مذكّر سالم.      صحيح / خطأ</w:t>
      </w:r>
    </w:p>
    <w:p>
      <w:pPr>
        <w:bidi/>
        <w:spacing w:before="0" w:after="60"/>
        <w:jc w:val="both"/>
      </w:pPr>
      <w:r>
        <w:rPr>
          <w:rtl/>
        </w:rPr>
        <w:t>ج. نضع علامة الاستفهام بعد السؤال.      صحيح / خطأ</w:t>
      </w:r>
    </w:p>
    <w:p>
      <w:pPr>
        <w:bidi/>
        <w:spacing w:before="0" w:after="60"/>
        <w:jc w:val="both"/>
      </w:pPr>
      <w:r>
        <w:rPr>
          <w:rtl/>
        </w:rPr>
        <w:t>د. الجملة الفعليّة تبدأ باسم.      صحيح / خطأ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سوق الخميس</w:t>
      </w:r>
    </w:p>
    <w:p>
      <w:pPr>
        <w:bidi/>
        <w:spacing w:before="0" w:after="80"/>
        <w:jc w:val="both"/>
      </w:pPr>
      <w:r>
        <w:rPr>
          <w:rtl/>
        </w:rPr>
        <w:t>في كلّ يوم خميس يُقام في بلدتنا سوق كبير. يأتي إليه الباعة من القرى المجاورة. يبيعون الخضار والفواكه والملابس والألعاب.</w:t>
      </w:r>
    </w:p>
    <w:p>
      <w:pPr>
        <w:bidi/>
        <w:spacing w:before="0" w:after="80"/>
        <w:jc w:val="both"/>
      </w:pPr>
      <w:r>
        <w:rPr>
          <w:rtl/>
        </w:rPr>
        <w:t>ذهبتُ مع أمّي إلى السوق. اشترت أمّي الطماطم والخيار، واشتريتُ أنا كرة حمراء. قال البائع: «هذه أجمل كرة عندي!»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أجب عن الأسئلة حسب نصّ «سوق الخميس».</w:t>
      </w:r>
    </w:p>
    <w:p>
      <w:pPr>
        <w:bidi/>
        <w:spacing w:before="0" w:after="100"/>
        <w:jc w:val="both"/>
      </w:pPr>
      <w:r>
        <w:rPr>
          <w:rtl/>
        </w:rPr>
        <w:t>أ. متى يُقام السوق؟</w:t>
      </w:r>
    </w:p>
    <w:p>
      <w:pPr>
        <w:bidi/>
        <w:spacing w:before="0" w:after="100"/>
        <w:jc w:val="both"/>
      </w:pPr>
      <w:r>
        <w:rPr>
          <w:rtl/>
        </w:rPr>
        <w:t>ب. ما الفكرة الرئيسة للفقرة الأولى؟</w:t>
      </w:r>
    </w:p>
    <w:p>
      <w:pPr>
        <w:bidi/>
        <w:spacing w:before="0" w:after="100"/>
        <w:jc w:val="both"/>
      </w:pPr>
      <w:r>
        <w:rPr>
          <w:rtl/>
        </w:rPr>
        <w:t>ج. استخرج من النصّ جمع تكسير.</w:t>
      </w:r>
    </w:p>
    <w:p>
      <w:pPr>
        <w:bidi/>
        <w:spacing w:before="0" w:after="100"/>
        <w:jc w:val="both"/>
      </w:pPr>
      <w:r>
        <w:rPr>
          <w:rtl/>
        </w:rPr>
        <w:t>د. استخرج كلمة بلام شمسيّة.</w:t>
      </w:r>
    </w:p>
    <w:p>
      <w:pPr>
        <w:bidi/>
        <w:spacing w:before="0" w:after="100"/>
        <w:jc w:val="both"/>
      </w:pPr>
      <w:r>
        <w:rPr>
          <w:rtl/>
        </w:rPr>
        <w:t>هـ. لماذا جاءت النقطتان بعد «قال البائع»؟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اكتب ثلاث جمل عن زيارة إلى السوق: جملة اسميّة، وجملة فعليّة، وجملة فيها كلام منقول بين علامتي تنصيص.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480" w:after="80"/>
        <w:jc w:val="center"/>
      </w:pPr>
      <w:r>
        <w:rPr>
          <w:rFonts w:ascii="Tahoma" w:hAnsi="Tahoma" w:cs="Tahoma"/>
          <w:b/>
          <w:bCs/>
          <w:color w:val="0F766E"/>
          <w:sz w:val="60"/>
          <w:szCs w:val="60"/>
          <w:rtl/>
        </w:rPr>
        <w:t>أحسنتم!</w:t>
      </w:r>
    </w:p>
    <w:p>
      <w:pPr>
        <w:bidi/>
        <w:spacing w:before="0" w:after="80"/>
        <w:jc w:val="center"/>
      </w:pPr>
      <w:r>
        <w:rPr>
          <w:sz w:val="32"/>
          <w:szCs w:val="32"/>
          <w:rtl/>
        </w:rPr>
        <w:t>أنهيتُ كرّاسة العمل في مادّة اللغة العربيّة للصف الثالث.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صفحة القصّ واللصق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الفصل 1: فهم المقروء: الفكرة الرئيسة والتفاصيل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7، المهمّة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🌻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صارت زهرة كبيرة.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🌿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نبتت نبتة صغيرة.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🌱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زرعت سلمى بذرة في الحديقة.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💧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سقتها كلّ يوم.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الفصل 2: أقسام الكلام: الاسم والفعل والحرف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12، المهمّة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شجرة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قلم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يلعبُ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مِن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في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🏠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بيت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كتبَ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على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شربَ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الفصل 3: المفرد والمثنّى والجمع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18، المهمّة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معلّمات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شجرتان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كتابان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أقلام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معلّمون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الفصل 4: المذكّر والمؤنّث والتاء المربوطة والمفتوحة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24، المهمّة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🚗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سيّارة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🌹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وردة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🏠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بيت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قلم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شجرة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🐕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كلب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شمس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قمر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الفصل 5: اللام الشمسيّة واللام القمريّة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29، المهمّة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🍅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الطماطم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🚪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الباب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📖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الكتاب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⭐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النجم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🏖️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الرمل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الشمس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🐘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الفيل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القمر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الفصل 6: الجملة الاسميّة والجملة الفعليّة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35، المهمّة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يلعبُ الولدُ.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نامَ الطفلُ.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كتبَ سامي الدرسَ.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الشمسُ مشرقةٌ.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الجوُّ جميلٌ.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البحرُ واسعٌ.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F766E"/>
          <w:sz w:val="27"/>
          <w:szCs w:val="27"/>
          <w:rtl/>
        </w:rPr>
        <w:t>الفصل 7: كتابة قصّة قصيرة وعلامات الترقيم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قُصّوا البطاقات على طول الخطّ المتقطّع، وأَلصِقوها في الصفحة 41، المهمّة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!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.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؟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؟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44"/>
          <w:szCs w:val="44"/>
          <w:rtl/>
        </w:rPr>
        <w:t>إجابات الكرّاسة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الفصل 1: فهم المقروء: الفكرة الرئيسة والتفاصيل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اختر الإجابة الصحيحة حسب النصّ.</w:t>
      </w:r>
    </w:p>
    <w:p>
      <w:pPr>
        <w:bidi/>
        <w:spacing w:before="0" w:after="20"/>
        <w:jc w:val="both"/>
      </w:pPr>
      <w:r>
        <w:rPr>
          <w:rtl/>
        </w:rPr>
        <w:t>أ. متى خرجت العائلة في الرحلة؟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يوم الجمعة</w:t>
      </w:r>
    </w:p>
    <w:p>
      <w:pPr>
        <w:bidi/>
        <w:spacing w:before="0" w:after="20"/>
        <w:jc w:val="both"/>
      </w:pPr>
      <w:r>
        <w:rPr>
          <w:rtl/>
        </w:rPr>
        <w:t>ب. ماذا جمع سامي ونور؟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الأصداف</w:t>
      </w:r>
    </w:p>
    <w:p>
      <w:pPr>
        <w:bidi/>
        <w:spacing w:before="0" w:after="20"/>
        <w:jc w:val="both"/>
      </w:pPr>
      <w:r>
        <w:rPr>
          <w:rtl/>
        </w:rPr>
        <w:t>ج. ماذا فعل الأب؟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قرأ كتابًا تحت المظلّة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أكمل حسب النصّ.</w:t>
      </w:r>
    </w:p>
    <w:p>
      <w:pPr>
        <w:bidi/>
        <w:spacing w:before="0" w:after="40"/>
        <w:jc w:val="both"/>
      </w:pPr>
      <w:r>
        <w:rPr>
          <w:rtl/>
        </w:rPr>
        <w:t>أ. حملت العائلة الطعام والماء ومظلّة كبيرة.</w:t>
      </w:r>
    </w:p>
    <w:p>
      <w:pPr>
        <w:bidi/>
        <w:spacing w:before="0" w:after="40"/>
        <w:jc w:val="both"/>
      </w:pPr>
      <w:r>
        <w:rPr>
          <w:rtl/>
        </w:rPr>
        <w:t>ب. بنى سامي ونور قصرًا من الرمل.</w:t>
      </w:r>
    </w:p>
    <w:p>
      <w:pPr>
        <w:bidi/>
        <w:spacing w:before="0" w:after="40"/>
        <w:jc w:val="both"/>
      </w:pPr>
      <w:r>
        <w:rPr>
          <w:rtl/>
        </w:rPr>
        <w:t>ج. وضعت العائلة النفايات في الحاوية.</w:t>
      </w:r>
    </w:p>
    <w:p>
      <w:pPr>
        <w:bidi/>
        <w:spacing w:before="0" w:after="40"/>
        <w:jc w:val="both"/>
      </w:pPr>
      <w:r>
        <w:rPr>
          <w:rtl/>
        </w:rPr>
        <w:t>د. عاد الجميع إلى البيت متعبين وسعداء.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صحّ أم خطأ حسب النصّ؟ صحّح الخطأ.</w:t>
      </w:r>
    </w:p>
    <w:p>
      <w:pPr>
        <w:bidi/>
        <w:spacing w:before="0" w:after="40"/>
        <w:jc w:val="both"/>
      </w:pPr>
      <w:r>
        <w:rPr>
          <w:rtl/>
        </w:rPr>
        <w:t>أ. ذهبت العائلة إلى الجبل. – خطأ – ذهبت إلى شاطئ البحر</w:t>
      </w:r>
    </w:p>
    <w:p>
      <w:pPr>
        <w:bidi/>
        <w:spacing w:before="0" w:after="40"/>
        <w:jc w:val="both"/>
      </w:pPr>
      <w:r>
        <w:rPr>
          <w:rtl/>
        </w:rPr>
        <w:t>ب. نظّفت العائلة المكان قبل الغروب. – صحيح</w:t>
      </w:r>
    </w:p>
    <w:p>
      <w:pPr>
        <w:bidi/>
        <w:spacing w:before="0" w:after="40"/>
        <w:jc w:val="both"/>
      </w:pPr>
      <w:r>
        <w:rPr>
          <w:rtl/>
        </w:rPr>
        <w:t>ج. تركت العائلة النفايات على الرمل. – خطأ – وضعتها في الحاوية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لماذا نظّفت العائلة المكان قبل أن تعود؟ ماذا تتعلّم من ذلك؟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لأنّها تحافظ على نظافة الشاطئ والبيئة. أتعلّم أن أترك المكان نظيفًا بعد أن أستعمله.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اختر العنوان الأنسب لنصّ «رحلة إلى شاطئ البحر» إذا أردنا عنوانًا آخر.</w:t>
      </w:r>
    </w:p>
    <w:p>
      <w:pPr>
        <w:bidi/>
        <w:spacing w:before="0" w:after="20"/>
        <w:jc w:val="both"/>
      </w:pPr>
      <w:r>
        <w:rPr>
          <w:rtl/>
        </w:rPr>
        <w:t>أ. العنوان الأنسب هو: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يوم جميل مع العائلة على الشاطئ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صِل كلّ فقرة من النصّ بما تتحدّث عنه.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الفقرة الأولى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خروج العائلة وما حملته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الفقرة الثانية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تنظيف المكان والعودة إلى البيت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الفقرة الثالثة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ما فعله كلّ واحد على الشاطئ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صنّف الجمل: فكرة رئيسة أم تفصيل؟ (الفقرة عن الربيع)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فكرة رئيسة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تفصيل داعم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الربيع فصل جميل.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تتفتّح الأزهار في الحقول., تغرّد العصافير على الأشجار., يصبح الجوّ معتدلًا.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اقرأ: «في المساء ساعدت مريم أمّها في المطبخ، لأنّ الضيوف سيأتون.» ثمّ أكمل.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السؤال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الجواب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مَن؟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مريم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ماذا فعلت؟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ساعدت أمّها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أين؟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في المطبخ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متى؟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في المساء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لماذا؟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لأنّ الضيوف سيأتون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رتّب مراحل تحضير الشاي: اكتب رقم الترتيب (1–4).</w:t>
      </w:r>
    </w:p>
    <w:p>
      <w:pPr>
        <w:bidi/>
        <w:spacing w:before="0" w:after="100"/>
        <w:jc w:val="both"/>
      </w:pPr>
      <w:r>
        <w:rPr>
          <w:rtl/>
        </w:rPr>
        <w:t>أ. نضع الشاي في الإبريق.  ← 2</w:t>
      </w:r>
    </w:p>
    <w:p>
      <w:pPr>
        <w:bidi/>
        <w:spacing w:before="0" w:after="100"/>
        <w:jc w:val="both"/>
      </w:pPr>
      <w:r>
        <w:rPr>
          <w:rtl/>
        </w:rPr>
        <w:t>ب. نسكب الشاي في الكؤوس.  ← 4</w:t>
      </w:r>
    </w:p>
    <w:p>
      <w:pPr>
        <w:bidi/>
        <w:spacing w:before="0" w:after="100"/>
        <w:jc w:val="both"/>
      </w:pPr>
      <w:r>
        <w:rPr>
          <w:rtl/>
        </w:rPr>
        <w:t>ج. نغلي الماء.  ← 1</w:t>
      </w:r>
    </w:p>
    <w:p>
      <w:pPr>
        <w:bidi/>
        <w:spacing w:before="0" w:after="100"/>
        <w:jc w:val="both"/>
      </w:pPr>
      <w:r>
        <w:rPr>
          <w:rtl/>
        </w:rPr>
        <w:t>د. نترك الشاي قليلًا حتّى ينضج.  ← 3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أكمل بكلمة الترتيب المناسبة: (أوّلًا، ثمّ، بعد ذلك، أخيرًا)</w:t>
      </w:r>
    </w:p>
    <w:p>
      <w:pPr>
        <w:bidi/>
        <w:spacing w:before="0" w:after="40"/>
        <w:jc w:val="both"/>
      </w:pPr>
      <w:r>
        <w:rPr>
          <w:rtl/>
        </w:rPr>
        <w:t>أ. أوّلًا فتح أحمد حقيبته.</w:t>
      </w:r>
    </w:p>
    <w:p>
      <w:pPr>
        <w:bidi/>
        <w:spacing w:before="0" w:after="40"/>
        <w:jc w:val="both"/>
      </w:pPr>
      <w:r>
        <w:rPr>
          <w:rtl/>
        </w:rPr>
        <w:t>ب. ثمّ أخرج الكتاب والدفتر.</w:t>
      </w:r>
    </w:p>
    <w:p>
      <w:pPr>
        <w:bidi/>
        <w:spacing w:before="0" w:after="40"/>
        <w:jc w:val="both"/>
      </w:pPr>
      <w:r>
        <w:rPr>
          <w:rtl/>
        </w:rPr>
        <w:t>ج. بعد ذلك كتب الوظيفة.</w:t>
      </w:r>
    </w:p>
    <w:p>
      <w:pPr>
        <w:bidi/>
        <w:spacing w:before="0" w:after="40"/>
        <w:jc w:val="both"/>
      </w:pPr>
      <w:r>
        <w:rPr>
          <w:rtl/>
        </w:rPr>
        <w:t>د. أخيرًا أعاد الأدوات إلى الحقيبة.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في كلّ مجموعة جملة واحدة لا تناسب الفكرة الرئيسة. اكتب «لا تناسب» أو «تناسب». الفكرة: «الرياضة مفيدة للجسم».</w:t>
      </w:r>
    </w:p>
    <w:p>
      <w:pPr>
        <w:bidi/>
        <w:spacing w:before="0" w:after="100"/>
        <w:jc w:val="both"/>
      </w:pPr>
      <w:r>
        <w:rPr>
          <w:rtl/>
        </w:rPr>
        <w:t>أ. الرياضة تقوّي العضلات.  ← تناسب</w:t>
      </w:r>
    </w:p>
    <w:p>
      <w:pPr>
        <w:bidi/>
        <w:spacing w:before="0" w:after="100"/>
        <w:jc w:val="both"/>
      </w:pPr>
      <w:r>
        <w:rPr>
          <w:rtl/>
        </w:rPr>
        <w:t>ب. تساعدنا الرياضة على النوم الجيّد.  ← تناسب</w:t>
      </w:r>
    </w:p>
    <w:p>
      <w:pPr>
        <w:bidi/>
        <w:spacing w:before="0" w:after="100"/>
        <w:jc w:val="both"/>
      </w:pPr>
      <w:r>
        <w:rPr>
          <w:rtl/>
        </w:rPr>
        <w:t>ج. أحبّ أكل البرتقال.  ← لا تناسب</w:t>
      </w:r>
    </w:p>
    <w:p>
      <w:pPr>
        <w:bidi/>
        <w:spacing w:before="0" w:after="100"/>
        <w:jc w:val="both"/>
      </w:pPr>
      <w:r>
        <w:rPr>
          <w:rtl/>
        </w:rPr>
        <w:t>د. المشي اليوميّ يحافظ على صحّة القلب.  ← تناسب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صحّ أم خطأ؟</w:t>
      </w:r>
    </w:p>
    <w:p>
      <w:pPr>
        <w:bidi/>
        <w:spacing w:before="0" w:after="40"/>
        <w:jc w:val="both"/>
      </w:pPr>
      <w:r>
        <w:rPr>
          <w:rtl/>
        </w:rPr>
        <w:t>أ. «أخيرًا» كلمة تدلّ على أوّل حدث. – خطأ – تدلّ على آخر حدث</w:t>
      </w:r>
    </w:p>
    <w:p>
      <w:pPr>
        <w:bidi/>
        <w:spacing w:before="0" w:after="40"/>
        <w:jc w:val="both"/>
      </w:pPr>
      <w:r>
        <w:rPr>
          <w:rtl/>
        </w:rPr>
        <w:t>ب. الفقرة الواحدة تدور حول فكرة واحدة. – صحيح</w:t>
      </w:r>
    </w:p>
    <w:p>
      <w:pPr>
        <w:bidi/>
        <w:spacing w:before="0" w:after="40"/>
        <w:jc w:val="both"/>
      </w:pPr>
      <w:r>
        <w:rPr>
          <w:rtl/>
        </w:rPr>
        <w:t>ج. نستطيع أن نجد التفاصيل بالأسئلة: مَن؟ أين؟ متى؟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عنوانًا جديدًا مناسبًا لنصّ «رحلة إلى شاطئ البحر»، واشرح لماذا اخترته.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«يوم سعيد على الشاطئ»، لأنّه يدلّ على النصّ كلّه: الرحلة واللعب والعودة بسعادة.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اكتب فقرة قصيرة (3–4 جمل) عن يوم في مدرستك، فيها فكرة رئيسة وتفاصيل.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يوم الرياضة في مدرستي يوم ممتع. نلبس الثياب الرياضيّة ونخرج إلى الملعب. نلعب كرة القدم ونركض في السباق. وفي النهاية نحصل على الميداليات.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قُصّوا بطاقات القصّة، وألصقوها حسب ترتيب الأحداث: البداية، الوسط، النهاية.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🌱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زرعت سلمى بذرة في الحديقة.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💧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سقتها كلّ يوم.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🌿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نبتت نبتة صغيرة.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🌻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صارت زهرة كبيرة.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16. صِلوا الصورة بالجملة: اكتبوا رقم الصورة في المربّع.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🐝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🐜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العصفور يبني عشًّا.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النملة تجمع الطعام.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النحلة تصنع العسل.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السمكة تسبح في الماء.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الفصل 2: أقسام الكلام: الاسم والفعل والحرف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فعل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حرف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حصان, وردة, نافذة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سبحَ, يكتبُ, ركضَ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عن, هل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الكلمة بنوعها.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بحر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فعل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قفزَ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حرف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إلى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اسم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يغنّي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فعل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تفّاحة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اسم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اختر الكلمة التي تقبل «ال».</w:t>
      </w:r>
    </w:p>
    <w:p>
      <w:pPr>
        <w:bidi/>
        <w:spacing w:before="0" w:after="20"/>
        <w:jc w:val="both"/>
      </w:pPr>
      <w:r>
        <w:rPr>
          <w:rtl/>
        </w:rPr>
        <w:t>أ. أيّ كلمة تقبل «ال»؟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سيّارة</w:t>
      </w:r>
    </w:p>
    <w:p>
      <w:pPr>
        <w:bidi/>
        <w:spacing w:before="0" w:after="20"/>
        <w:jc w:val="both"/>
      </w:pPr>
      <w:r>
        <w:rPr>
          <w:rtl/>
        </w:rPr>
        <w:t>ب. أيّ كلمة تقبل «ال»؟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نهر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بحرف مناسب: (في، من، إلى، على، عن)</w:t>
      </w:r>
    </w:p>
    <w:p>
      <w:pPr>
        <w:bidi/>
        <w:spacing w:before="0" w:after="40"/>
        <w:jc w:val="both"/>
      </w:pPr>
      <w:r>
        <w:rPr>
          <w:rtl/>
        </w:rPr>
        <w:t>أ. خرج التلاميذ من الصفّ.</w:t>
      </w:r>
    </w:p>
    <w:p>
      <w:pPr>
        <w:bidi/>
        <w:spacing w:before="0" w:after="40"/>
        <w:jc w:val="both"/>
      </w:pPr>
      <w:r>
        <w:rPr>
          <w:rtl/>
        </w:rPr>
        <w:t>ب. وضعت الكتاب على الرفّ.</w:t>
      </w:r>
    </w:p>
    <w:p>
      <w:pPr>
        <w:bidi/>
        <w:spacing w:before="0" w:after="40"/>
        <w:jc w:val="both"/>
      </w:pPr>
      <w:r>
        <w:rPr>
          <w:rtl/>
        </w:rPr>
        <w:t>ج. تحدّث المعلّم عن الفضاء.</w:t>
      </w:r>
    </w:p>
    <w:p>
      <w:pPr>
        <w:bidi/>
        <w:spacing w:before="0" w:after="40"/>
        <w:jc w:val="both"/>
      </w:pPr>
      <w:r>
        <w:rPr>
          <w:rtl/>
        </w:rPr>
        <w:t>د. مشى أحمد إلى البيت.</w:t>
      </w:r>
    </w:p>
    <w:p>
      <w:pPr>
        <w:bidi/>
        <w:spacing w:before="0" w:after="40"/>
        <w:jc w:val="both"/>
      </w:pPr>
      <w:r>
        <w:rPr>
          <w:rtl/>
        </w:rPr>
        <w:t>هـ. الطيور في العشّ.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باسم مناسب من البنك.</w:t>
      </w:r>
    </w:p>
    <w:p>
      <w:pPr>
        <w:bidi/>
        <w:spacing w:before="0" w:after="40"/>
        <w:jc w:val="both"/>
      </w:pPr>
      <w:r>
        <w:rPr>
          <w:rtl/>
        </w:rPr>
        <w:t>أ. يعالج الطبيب المرضى.</w:t>
      </w:r>
    </w:p>
    <w:p>
      <w:pPr>
        <w:bidi/>
        <w:spacing w:before="0" w:after="40"/>
        <w:jc w:val="both"/>
      </w:pPr>
      <w:r>
        <w:rPr>
          <w:rtl/>
        </w:rPr>
        <w:t>ب. يظهر القمر في الليل.</w:t>
      </w:r>
    </w:p>
    <w:p>
      <w:pPr>
        <w:bidi/>
        <w:spacing w:before="0" w:after="40"/>
        <w:jc w:val="both"/>
      </w:pPr>
      <w:r>
        <w:rPr>
          <w:rtl/>
        </w:rPr>
        <w:t>ج. أضع كتبي في الحقيبة.</w:t>
      </w:r>
    </w:p>
    <w:p>
      <w:pPr>
        <w:bidi/>
        <w:spacing w:before="0" w:after="40"/>
        <w:jc w:val="both"/>
      </w:pPr>
      <w:r>
        <w:rPr>
          <w:rtl/>
        </w:rPr>
        <w:t>د. عصير البرتقال لذيذ.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صحّ أم خطأ؟</w:t>
      </w:r>
    </w:p>
    <w:p>
      <w:pPr>
        <w:bidi/>
        <w:spacing w:before="0" w:after="40"/>
        <w:jc w:val="both"/>
      </w:pPr>
      <w:r>
        <w:rPr>
          <w:rtl/>
        </w:rPr>
        <w:t>أ. «يسبحُ» فعل يدلّ على حدث يحدث الآن. – صحيح</w:t>
      </w:r>
    </w:p>
    <w:p>
      <w:pPr>
        <w:bidi/>
        <w:spacing w:before="0" w:after="40"/>
        <w:jc w:val="both"/>
      </w:pPr>
      <w:r>
        <w:rPr>
          <w:rtl/>
        </w:rPr>
        <w:t>ب. «مدينة» حرف. – خطأ – «مدينة» اسم مكان</w:t>
      </w:r>
    </w:p>
    <w:p>
      <w:pPr>
        <w:bidi/>
        <w:spacing w:before="0" w:after="40"/>
        <w:jc w:val="both"/>
      </w:pPr>
      <w:r>
        <w:rPr>
          <w:rtl/>
        </w:rPr>
        <w:t>ج. «لم» حرف.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اكتب نوع الكلمة التي بين القوسين.</w:t>
      </w:r>
    </w:p>
    <w:p>
      <w:pPr>
        <w:bidi/>
        <w:spacing w:before="0" w:after="100"/>
        <w:jc w:val="both"/>
      </w:pPr>
      <w:r>
        <w:rPr>
          <w:rtl/>
        </w:rPr>
        <w:t>أ. (تطيرُ) الحمامة عاليًا.  ← فعل</w:t>
      </w:r>
    </w:p>
    <w:p>
      <w:pPr>
        <w:bidi/>
        <w:spacing w:before="0" w:after="100"/>
        <w:jc w:val="both"/>
      </w:pPr>
      <w:r>
        <w:rPr>
          <w:rtl/>
        </w:rPr>
        <w:t>ب. الكتاب (على) المكتب.  ← حرف</w:t>
      </w:r>
    </w:p>
    <w:p>
      <w:pPr>
        <w:bidi/>
        <w:spacing w:before="0" w:after="100"/>
        <w:jc w:val="both"/>
      </w:pPr>
      <w:r>
        <w:rPr>
          <w:rtl/>
        </w:rPr>
        <w:t>ج. (النهر) طويل.  ← اسم</w:t>
      </w:r>
    </w:p>
    <w:p>
      <w:pPr>
        <w:bidi/>
        <w:spacing w:before="0" w:after="100"/>
        <w:jc w:val="both"/>
      </w:pPr>
      <w:r>
        <w:rPr>
          <w:rtl/>
        </w:rPr>
        <w:t>د. (هل) أنهيت واجبك؟  ← حرف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اكتب نوع كلّ كلمة في الجملة: «سافرَ أبي إلى القدسِ».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نوعها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سافرَ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فعل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أبي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اسم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إلى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حرف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القدسِ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اسم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استخرج من نصّ «العصفور الصغير» كلمتين من كلّ قسم.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القسم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الأولى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الثانية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عصفور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الشجرة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فعل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وقف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طار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حرف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على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إلى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اكتب الكلمة المختلفة في كلّ مجموعة.</w:t>
      </w:r>
    </w:p>
    <w:p>
      <w:pPr>
        <w:bidi/>
        <w:spacing w:before="0" w:after="100"/>
        <w:jc w:val="both"/>
      </w:pPr>
      <w:r>
        <w:rPr>
          <w:rtl/>
        </w:rPr>
        <w:t>أ. قطّة – أسد – يأكلُ – غزال  ← يأكلُ</w:t>
      </w:r>
    </w:p>
    <w:p>
      <w:pPr>
        <w:bidi/>
        <w:spacing w:before="0" w:after="100"/>
        <w:jc w:val="both"/>
      </w:pPr>
      <w:r>
        <w:rPr>
          <w:rtl/>
        </w:rPr>
        <w:t>ب. من – عن – في – شربَ  ← شربَ</w:t>
      </w:r>
    </w:p>
    <w:p>
      <w:pPr>
        <w:bidi/>
        <w:spacing w:before="0" w:after="100"/>
        <w:jc w:val="both"/>
      </w:pPr>
      <w:r>
        <w:rPr>
          <w:rtl/>
        </w:rPr>
        <w:t>ج. نامَ – قعدَ – سيّارة – وقفَ  ← سيّارة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حوّل الفعل إلى ما يحدث الآن: (كتبَ ← يكتبُ)</w:t>
      </w:r>
    </w:p>
    <w:p>
      <w:pPr>
        <w:bidi/>
        <w:spacing w:before="0" w:after="40"/>
        <w:jc w:val="both"/>
      </w:pPr>
      <w:r>
        <w:rPr>
          <w:rtl/>
        </w:rPr>
        <w:t>أ. لعبَ: يلعبُ</w:t>
      </w:r>
    </w:p>
    <w:p>
      <w:pPr>
        <w:bidi/>
        <w:spacing w:before="0" w:after="40"/>
        <w:jc w:val="both"/>
      </w:pPr>
      <w:r>
        <w:rPr>
          <w:rtl/>
        </w:rPr>
        <w:t>ب. شربَ: يشربُ</w:t>
      </w:r>
    </w:p>
    <w:p>
      <w:pPr>
        <w:bidi/>
        <w:spacing w:before="0" w:after="40"/>
        <w:jc w:val="both"/>
      </w:pPr>
      <w:r>
        <w:rPr>
          <w:rtl/>
        </w:rPr>
        <w:t>ج. رسمَ: يرسمُ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جملة تبدأ بفعل، وجملة تبدأ باسم.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يقرأُ يوسف القصّة. / الشمسُ ساطعة.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حيوان تحبّه، واستعمل فيها حرفين على الأقلّ من: في، على، إلى، من.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أحبّ القطّة. تنام القطّة على الأريكة. تشرب الحليب من الصحن، وتلعب في الحديقة.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بطاقات الكلمات، وألصقوا كلّ كلمة في العمود المناسب.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اسم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فعل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حرف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🏠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بيت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كتبَ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في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قلم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يلعبُ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مِن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شجرة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شربَ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على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صِلوا بخطّ بين القسم وما يناسبه.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الاسم  ←  د. يدلّ على إنسان أو حيوان أو نبات أو شيء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الفعل  ←  ب. يدلّ على عمل في زمن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الحرف  ←  أ. لا يتمّ معناه إلّا مع غيره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كتبَ – يلعبُ – اِشربْ  ←  ج. أمثلة على أفعال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في – مِن – على  ←  ه. أمثلة على حروف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الفصل 3: المفرد والمثنّى والجمع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المفرد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المثنّى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طالبة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طالبتان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طالبات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معلّم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معلّمان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معلّمون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كتاب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كتابان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كُتُب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ولد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ولدان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أولاد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الجمع الصحيح.</w:t>
      </w:r>
    </w:p>
    <w:p>
      <w:pPr>
        <w:bidi/>
        <w:spacing w:before="0" w:after="20"/>
        <w:jc w:val="both"/>
      </w:pPr>
      <w:r>
        <w:rPr>
          <w:rtl/>
        </w:rPr>
        <w:t>أ. جمع «نجمة»: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نجمات</w:t>
      </w:r>
    </w:p>
    <w:p>
      <w:pPr>
        <w:bidi/>
        <w:spacing w:before="0" w:after="20"/>
        <w:jc w:val="both"/>
      </w:pPr>
      <w:r>
        <w:rPr>
          <w:rtl/>
        </w:rPr>
        <w:t>ب. جمع «سائق»: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سائقون</w:t>
      </w:r>
    </w:p>
    <w:p>
      <w:pPr>
        <w:bidi/>
        <w:spacing w:before="0" w:after="20"/>
        <w:jc w:val="both"/>
      </w:pPr>
      <w:r>
        <w:rPr>
          <w:rtl/>
        </w:rPr>
        <w:t>ج. جمع «جبل»: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جبال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صِل المفرد بالمثنّى.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باب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يدان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سمكة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بابان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عين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عينان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حديقة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سمكتان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يد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حديقتان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أكمل بالمثنّى.</w:t>
      </w:r>
    </w:p>
    <w:p>
      <w:pPr>
        <w:bidi/>
        <w:spacing w:before="0" w:after="40"/>
        <w:jc w:val="both"/>
      </w:pPr>
      <w:r>
        <w:rPr>
          <w:rtl/>
        </w:rPr>
        <w:t>أ. نهر: نهران</w:t>
      </w:r>
    </w:p>
    <w:p>
      <w:pPr>
        <w:bidi/>
        <w:spacing w:before="0" w:after="40"/>
        <w:jc w:val="both"/>
      </w:pPr>
      <w:r>
        <w:rPr>
          <w:rtl/>
        </w:rPr>
        <w:t>ب. غرفة: غرفتان</w:t>
      </w:r>
    </w:p>
    <w:p>
      <w:pPr>
        <w:bidi/>
        <w:spacing w:before="0" w:after="40"/>
        <w:jc w:val="both"/>
      </w:pPr>
      <w:r>
        <w:rPr>
          <w:rtl/>
        </w:rPr>
        <w:t>ج. صديق: صديقان</w:t>
      </w:r>
    </w:p>
    <w:p>
      <w:pPr>
        <w:bidi/>
        <w:spacing w:before="0" w:after="40"/>
        <w:jc w:val="both"/>
      </w:pPr>
      <w:r>
        <w:rPr>
          <w:rtl/>
        </w:rPr>
        <w:t>د. بطّة: بطّتان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صنّف الكلمات.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مذكّر سالم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مؤنّث سالم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 تكسير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مهندسون, عاملون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نجمات, حافلات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جبال, كُتُب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صحّ أم خطأ؟</w:t>
      </w:r>
    </w:p>
    <w:p>
      <w:pPr>
        <w:bidi/>
        <w:spacing w:before="0" w:after="40"/>
        <w:jc w:val="both"/>
      </w:pPr>
      <w:r>
        <w:rPr>
          <w:rtl/>
        </w:rPr>
        <w:t>أ. جمع «معلّمة»: معلّمات. – صحيح</w:t>
      </w:r>
    </w:p>
    <w:p>
      <w:pPr>
        <w:bidi/>
        <w:spacing w:before="0" w:after="40"/>
        <w:jc w:val="both"/>
      </w:pPr>
      <w:r>
        <w:rPr>
          <w:rtl/>
        </w:rPr>
        <w:t>ب. «لاعبون» جمع تكسير. – خطأ – «لاعبون» جمع مذكّر سالم</w:t>
      </w:r>
    </w:p>
    <w:p>
      <w:pPr>
        <w:bidi/>
        <w:spacing w:before="0" w:after="40"/>
        <w:jc w:val="both"/>
      </w:pPr>
      <w:r>
        <w:rPr>
          <w:rtl/>
        </w:rPr>
        <w:t>ج. في جمع التكسير تتغيّر صورة المفرد.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اكتب مفرد كلّ جمع.</w:t>
      </w:r>
    </w:p>
    <w:p>
      <w:pPr>
        <w:bidi/>
        <w:spacing w:before="0" w:after="100"/>
        <w:jc w:val="both"/>
      </w:pPr>
      <w:r>
        <w:rPr>
          <w:rtl/>
        </w:rPr>
        <w:t>أ. جبال  ← جبل</w:t>
      </w:r>
    </w:p>
    <w:p>
      <w:pPr>
        <w:bidi/>
        <w:spacing w:before="0" w:after="100"/>
        <w:jc w:val="both"/>
      </w:pPr>
      <w:r>
        <w:rPr>
          <w:rtl/>
        </w:rPr>
        <w:t>ب. نجوم  ← نجم</w:t>
      </w:r>
    </w:p>
    <w:p>
      <w:pPr>
        <w:bidi/>
        <w:spacing w:before="0" w:after="100"/>
        <w:jc w:val="both"/>
      </w:pPr>
      <w:r>
        <w:rPr>
          <w:rtl/>
        </w:rPr>
        <w:t>ج. سيّارات  ← سيّارة</w:t>
      </w:r>
    </w:p>
    <w:p>
      <w:pPr>
        <w:bidi/>
        <w:spacing w:before="0" w:after="100"/>
        <w:jc w:val="both"/>
      </w:pPr>
      <w:r>
        <w:rPr>
          <w:rtl/>
        </w:rPr>
        <w:t>د. مهندسون  ← مهندس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الجملة بالجمع من الكلمة التي بين القوسين.</w:t>
      </w:r>
    </w:p>
    <w:p>
      <w:pPr>
        <w:bidi/>
        <w:spacing w:before="0" w:after="40"/>
        <w:jc w:val="both"/>
      </w:pPr>
      <w:r>
        <w:rPr>
          <w:rtl/>
        </w:rPr>
        <w:t>أ. تغرّد العصافير على الشجرة. (عصفور)</w:t>
      </w:r>
    </w:p>
    <w:p>
      <w:pPr>
        <w:bidi/>
        <w:spacing w:before="0" w:after="40"/>
        <w:jc w:val="both"/>
      </w:pPr>
      <w:r>
        <w:rPr>
          <w:rtl/>
        </w:rPr>
        <w:t>ب. حضرت الأمّهات إلى الاجتماع. (أمّ)</w:t>
      </w:r>
    </w:p>
    <w:p>
      <w:pPr>
        <w:bidi/>
        <w:spacing w:before="0" w:after="40"/>
        <w:jc w:val="both"/>
      </w:pPr>
      <w:r>
        <w:rPr>
          <w:rtl/>
        </w:rPr>
        <w:t>ج. يعمل الفلّاحون في الحقل. (فلّاح)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استخرج من نصّ «يوم المكتبة» ما يأتي.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المطلوب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من النصّ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مثنّى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قصّتين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مؤنّث سالم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المعلّمات / الأمّهات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تكسير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الكتب / الرفوف / القصص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مفرد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أمّ / المدرسة / الساحة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صحّح الخطأ في الكلمة التي بين القوسين (المعلّمون ذكور).</w:t>
      </w:r>
    </w:p>
    <w:p>
      <w:pPr>
        <w:bidi/>
        <w:spacing w:before="0" w:after="100"/>
        <w:jc w:val="both"/>
      </w:pPr>
      <w:r>
        <w:rPr>
          <w:rtl/>
        </w:rPr>
        <w:t>أ. في الحديقة (شجرةان).  ← شجرتان</w:t>
      </w:r>
    </w:p>
    <w:p>
      <w:pPr>
        <w:bidi/>
        <w:spacing w:before="0" w:after="100"/>
        <w:jc w:val="both"/>
      </w:pPr>
      <w:r>
        <w:rPr>
          <w:rtl/>
        </w:rPr>
        <w:t>ب. حضر (المعلّمتون) الاجتماع.  ← المعلّمون</w:t>
      </w:r>
    </w:p>
    <w:p>
      <w:pPr>
        <w:bidi/>
        <w:spacing w:before="0" w:after="100"/>
        <w:jc w:val="both"/>
      </w:pPr>
      <w:r>
        <w:rPr>
          <w:rtl/>
        </w:rPr>
        <w:t>ج. قرأتُ (كتابون) كثيرة في العطلة.  ← كتبًا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حوّل من المفرد إلى المثنّى: «في الحقيبة دفتر.»</w:t>
      </w:r>
    </w:p>
    <w:p>
      <w:pPr>
        <w:bidi/>
        <w:spacing w:before="0" w:after="40"/>
        <w:jc w:val="both"/>
      </w:pPr>
      <w:r>
        <w:rPr>
          <w:rtl/>
        </w:rPr>
        <w:t>أ. في الحقيبة دفتران.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جملة فيها جمع مذكّر سالم، وجملة فيها جمع تكسير.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يعمل المزارعون في الحقل. / قرأتُ كتبًا مفيدة.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عائلتك، واستعمل فيها مثنّى وجمعًا.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في عائلتي أختان وأخ. يحبّ إخوتي اللعب في الحديقة. وجدّاي يزوراننا كلّ أسبوع.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البطاقات، وألصقوا بجانب كلّ كلمة صيغتها المطلوبة.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كتاب ← المثنّى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كتابان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شجرة ← المثنّى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شجرتان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معلّم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معلّمون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معلّمة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معلّمات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قلم ← الجمع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أقلام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اِقرؤوا معاني الكلمات.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معاني الكلمات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المفرد – </w:t>
            </w:r>
            <w:r>
              <w:rPr>
                <w:sz w:val="24"/>
                <w:szCs w:val="24"/>
                <w:rtl/>
              </w:rPr>
              <w:t>يدلّ على واحد: كتاب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المثنّى – </w:t>
            </w:r>
            <w:r>
              <w:rPr>
                <w:sz w:val="24"/>
                <w:szCs w:val="24"/>
                <w:rtl/>
              </w:rPr>
              <w:t>يدلّ على اثنين، وينتهي بـ«ان» أو «ين»: كتابان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المذكّر السالم – </w:t>
            </w:r>
            <w:r>
              <w:rPr>
                <w:sz w:val="24"/>
                <w:szCs w:val="24"/>
                <w:rtl/>
              </w:rPr>
              <w:t>ينتهي بـ«ون» أو «ين»: معلّمون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المؤنّث السالم – </w:t>
            </w:r>
            <w:r>
              <w:rPr>
                <w:sz w:val="24"/>
                <w:szCs w:val="24"/>
                <w:rtl/>
              </w:rPr>
              <w:t>ينتهي بـ«ات»: معلّمات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جمع التكسير – </w:t>
            </w:r>
            <w:r>
              <w:rPr>
                <w:sz w:val="24"/>
                <w:szCs w:val="24"/>
                <w:rtl/>
              </w:rPr>
              <w:t>تتغيّر فيه صورة المفرد: أقلام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اِختاروا كلمتين من المعاني، واكتبوا جملة مع كلّ واحدة منهما. إجابة شخصيّة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الفصل 4: المذكّر والمؤنّث والتاء المربوطة والمفتوحة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المذكّر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مهندس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مهندسة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رسّام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رسّامة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جار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جارة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طبّاخ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طبّاخة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صنّف الأسماء.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مذكّر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كرسيّ, نهر, دفتر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ليلى, سمكة, سماء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اختر علامة التأنيث في الكلمة.</w:t>
      </w:r>
    </w:p>
    <w:p>
      <w:pPr>
        <w:bidi/>
        <w:spacing w:before="0" w:after="20"/>
        <w:jc w:val="both"/>
      </w:pPr>
      <w:r>
        <w:rPr>
          <w:rtl/>
        </w:rPr>
        <w:t>أ. صحراء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الألف الممدودة</w:t>
      </w:r>
    </w:p>
    <w:p>
      <w:pPr>
        <w:bidi/>
        <w:spacing w:before="0" w:after="20"/>
        <w:jc w:val="both"/>
      </w:pPr>
      <w:r>
        <w:rPr>
          <w:rtl/>
        </w:rPr>
        <w:t>ب. سلمى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الألف المقصورة</w:t>
      </w:r>
    </w:p>
    <w:p>
      <w:pPr>
        <w:bidi/>
        <w:spacing w:before="0" w:after="20"/>
        <w:jc w:val="both"/>
      </w:pPr>
      <w:r>
        <w:rPr>
          <w:rtl/>
        </w:rPr>
        <w:t>ج. زرافة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التاء المربوطة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صنّف الكلمات حسب التاء.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تاء مربوطة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تاء مفتوحة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نافذة, ساعة, طاولة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توت, سكتَت, بنت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بالتاء المناسبة (ة أو ت).</w:t>
      </w:r>
    </w:p>
    <w:p>
      <w:pPr>
        <w:bidi/>
        <w:spacing w:before="0" w:after="40"/>
        <w:jc w:val="both"/>
      </w:pPr>
      <w:r>
        <w:rPr>
          <w:rtl/>
        </w:rPr>
        <w:t>أ. غرفة</w:t>
      </w:r>
    </w:p>
    <w:p>
      <w:pPr>
        <w:bidi/>
        <w:spacing w:before="0" w:after="40"/>
        <w:jc w:val="both"/>
      </w:pPr>
      <w:r>
        <w:rPr>
          <w:rtl/>
        </w:rPr>
        <w:t>ب. مسافرات (جمع)</w:t>
      </w:r>
    </w:p>
    <w:p>
      <w:pPr>
        <w:bidi/>
        <w:spacing w:before="0" w:after="40"/>
        <w:jc w:val="both"/>
      </w:pPr>
      <w:r>
        <w:rPr>
          <w:rtl/>
        </w:rPr>
        <w:t>ج. فراشة</w:t>
      </w:r>
    </w:p>
    <w:p>
      <w:pPr>
        <w:bidi/>
        <w:spacing w:before="0" w:after="40"/>
        <w:jc w:val="both"/>
      </w:pPr>
      <w:r>
        <w:rPr>
          <w:rtl/>
        </w:rPr>
        <w:t>د. ضحكَت نور.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صِل الكلمة بنوع التاء فيها.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جزيرة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تاء مفتوحة لأنّها في آخر فعل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معلّمات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تاء مربوطة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قرأَت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تاء مفتوحة في اسم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زيت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تاء مفتوحة لأنّها جمع مؤنّث سالم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حوّل الفعل إلى المؤنّث.</w:t>
      </w:r>
    </w:p>
    <w:p>
      <w:pPr>
        <w:bidi/>
        <w:spacing w:before="0" w:after="40"/>
        <w:jc w:val="both"/>
      </w:pPr>
      <w:r>
        <w:rPr>
          <w:rtl/>
        </w:rPr>
        <w:t>أ. رسمَ يوسف. رسمَت مريم.</w:t>
      </w:r>
    </w:p>
    <w:p>
      <w:pPr>
        <w:bidi/>
        <w:spacing w:before="0" w:after="40"/>
        <w:jc w:val="both"/>
      </w:pPr>
      <w:r>
        <w:rPr>
          <w:rtl/>
        </w:rPr>
        <w:t>ب. ضحكَ الطفل. ضحكَت الطفلة.</w:t>
      </w:r>
    </w:p>
    <w:p>
      <w:pPr>
        <w:bidi/>
        <w:spacing w:before="0" w:after="40"/>
        <w:jc w:val="both"/>
      </w:pPr>
      <w:r>
        <w:rPr>
          <w:rtl/>
        </w:rPr>
        <w:t>ج. سبحَ كريم. سبحَت سلمى.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صحّ أم خطأ؟</w:t>
      </w:r>
    </w:p>
    <w:p>
      <w:pPr>
        <w:bidi/>
        <w:spacing w:before="0" w:after="40"/>
        <w:jc w:val="both"/>
      </w:pPr>
      <w:r>
        <w:rPr>
          <w:rtl/>
        </w:rPr>
        <w:t>أ. التاء المفتوحة نلفظها تاءً في الوقف والوصل. – صحيح</w:t>
      </w:r>
    </w:p>
    <w:p>
      <w:pPr>
        <w:bidi/>
        <w:spacing w:before="0" w:after="40"/>
        <w:jc w:val="both"/>
      </w:pPr>
      <w:r>
        <w:rPr>
          <w:rtl/>
        </w:rPr>
        <w:t>ب. التاء في «معلّمات» تاء مربوطة. – خطأ – تاء مفتوحة، لأنّها جمع مؤنّث سالم</w:t>
      </w:r>
    </w:p>
    <w:p>
      <w:pPr>
        <w:bidi/>
        <w:spacing w:before="0" w:after="40"/>
        <w:jc w:val="both"/>
      </w:pPr>
      <w:r>
        <w:rPr>
          <w:rtl/>
        </w:rPr>
        <w:t>ج. مؤنّث «جار» هو «جارة».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صحّح الكلمة الخاطئة في كلّ جملة.</w:t>
      </w:r>
    </w:p>
    <w:p>
      <w:pPr>
        <w:bidi/>
        <w:spacing w:before="0" w:after="100"/>
        <w:jc w:val="both"/>
      </w:pPr>
      <w:r>
        <w:rPr>
          <w:rtl/>
        </w:rPr>
        <w:t>أ. في البيت نافذت كبيرة.  ← نافذة</w:t>
      </w:r>
    </w:p>
    <w:p>
      <w:pPr>
        <w:bidi/>
        <w:spacing w:before="0" w:after="100"/>
        <w:jc w:val="both"/>
      </w:pPr>
      <w:r>
        <w:rPr>
          <w:rtl/>
        </w:rPr>
        <w:t>ب. قرأَة سلمى القصّة.  ← قرأَت</w:t>
      </w:r>
    </w:p>
    <w:p>
      <w:pPr>
        <w:bidi/>
        <w:spacing w:before="0" w:after="100"/>
        <w:jc w:val="both"/>
      </w:pPr>
      <w:r>
        <w:rPr>
          <w:rtl/>
        </w:rPr>
        <w:t>ج. في الحديقه أزهار كثيرة.  ← الحديقة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نصّ «المعلّمة الجديدة» ما يأتي.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المطلوب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 من النصّ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فعل في آخره تاء مفتوحة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جاءت / دخلت / كتبت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 في آخره تاء مربوطة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معلّمة / بداية / السنة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مؤنّث سالم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التلميذات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اسم مذكّر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صفّ / اللوح / التلاميذ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حوّل الجملة إلى المؤنّث.</w:t>
      </w:r>
    </w:p>
    <w:p>
      <w:pPr>
        <w:bidi/>
        <w:spacing w:before="0" w:after="40"/>
        <w:jc w:val="both"/>
      </w:pPr>
      <w:r>
        <w:rPr>
          <w:rtl/>
        </w:rPr>
        <w:t>أ. المعلّم يشرح الدرس. المعلّمة تشرح الدرس.</w:t>
      </w:r>
    </w:p>
    <w:p>
      <w:pPr>
        <w:bidi/>
        <w:spacing w:before="0" w:after="40"/>
        <w:jc w:val="both"/>
      </w:pPr>
      <w:r>
        <w:rPr>
          <w:rtl/>
        </w:rPr>
        <w:t>ب. الولد الصغير نائم. البنت الصغيرة نائمة.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حوّل الجملة إلى المؤنّث: «دخلَ الطبيب إلى الغرفة، وفحصَ المريض.»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دخلَت الطبيبة إلى الغرفة، وفحصَت المريضة.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امرأة تعمل في قريتك أو مدينتك، واستعمل فيها أفعالًا مؤنّثة.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خالتي ممرّضة. تذهب إلى المستشفى كلّ صباح. ساعدَت أمس طفلًا مريضًا.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البطاقات، وألصقوا كلّ كلمة في العمود المناسب: مذكّر أو مؤنّث.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مذكّر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مؤنّث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قمر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🏠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بيت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🌳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شجرة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🚗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سيّارة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✏️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قلم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🐕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كلب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🌹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وردة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شمس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صِلوا الصورة بالجملة، ثمّ ضعوا دائرة حول التاء المربوطة.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🌹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🚗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القطّةُ تشرب الحليب.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هذه شجرةٌ كبيرة.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السيّارةُ سريعة.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في الحديقة وردةٌ حمراء.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الفصل 5: اللام الشمسيّة واللام القمريّة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حسب نوع اللام.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الجبل, الكرة, الولد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الدجاجة, الزهرة, الطبيب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في أيّ كلمة لام شمسيّة؟</w:t>
      </w:r>
    </w:p>
    <w:p>
      <w:pPr>
        <w:bidi/>
        <w:spacing w:before="0" w:after="20"/>
        <w:jc w:val="both"/>
      </w:pPr>
      <w:r>
        <w:rPr>
          <w:rtl/>
        </w:rPr>
        <w:t>أ. اختر: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الشارع</w:t>
      </w:r>
    </w:p>
    <w:p>
      <w:pPr>
        <w:bidi/>
        <w:spacing w:before="0" w:after="20"/>
        <w:jc w:val="both"/>
      </w:pPr>
      <w:r>
        <w:rPr>
          <w:rtl/>
        </w:rPr>
        <w:t>ب. اختر: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الضوء</w:t>
      </w:r>
    </w:p>
    <w:p>
      <w:pPr>
        <w:bidi/>
        <w:spacing w:before="0" w:after="20"/>
        <w:jc w:val="both"/>
      </w:pPr>
      <w:r>
        <w:rPr>
          <w:rtl/>
        </w:rPr>
        <w:t>ج. اختر: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الثوب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أدخل «ال» على الكلمة.</w:t>
      </w:r>
    </w:p>
    <w:p>
      <w:pPr>
        <w:bidi/>
        <w:spacing w:before="0" w:after="40"/>
        <w:jc w:val="both"/>
      </w:pPr>
      <w:r>
        <w:rPr>
          <w:rtl/>
        </w:rPr>
        <w:t>أ. نخلة: النخلة</w:t>
      </w:r>
    </w:p>
    <w:p>
      <w:pPr>
        <w:bidi/>
        <w:spacing w:before="0" w:after="40"/>
        <w:jc w:val="both"/>
      </w:pPr>
      <w:r>
        <w:rPr>
          <w:rtl/>
        </w:rPr>
        <w:t>ب. ورقة: الورقة</w:t>
      </w:r>
    </w:p>
    <w:p>
      <w:pPr>
        <w:bidi/>
        <w:spacing w:before="0" w:after="40"/>
        <w:jc w:val="both"/>
      </w:pPr>
      <w:r>
        <w:rPr>
          <w:rtl/>
        </w:rPr>
        <w:t>ج. ضفدع: الضفدع</w:t>
      </w:r>
    </w:p>
    <w:p>
      <w:pPr>
        <w:bidi/>
        <w:spacing w:before="0" w:after="40"/>
        <w:jc w:val="both"/>
      </w:pPr>
      <w:r>
        <w:rPr>
          <w:rtl/>
        </w:rPr>
        <w:t>د. هدهد: الهدهد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صِل الكلمة بطريقة لفظها.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الريح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أَسّوق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القطار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أَلغابة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السوق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أَرّيح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الغابة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أَلقطار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صحّ أم خطأ؟</w:t>
      </w:r>
    </w:p>
    <w:p>
      <w:pPr>
        <w:bidi/>
        <w:spacing w:before="0" w:after="40"/>
        <w:jc w:val="both"/>
      </w:pPr>
      <w:r>
        <w:rPr>
          <w:rtl/>
        </w:rPr>
        <w:t>أ. «ال» نكتبها دائمًا في أوّل الاسم المعرّف بها. – صحيح</w:t>
      </w:r>
    </w:p>
    <w:p>
      <w:pPr>
        <w:bidi/>
        <w:spacing w:before="0" w:after="40"/>
        <w:jc w:val="both"/>
      </w:pPr>
      <w:r>
        <w:rPr>
          <w:rtl/>
        </w:rPr>
        <w:t>ب. في «الكرسيّ» لام شمسيّة. – خطأ – لام قمريّة، فالكاف حرف قمريّ</w:t>
      </w:r>
    </w:p>
    <w:p>
      <w:pPr>
        <w:bidi/>
        <w:spacing w:before="0" w:after="40"/>
        <w:jc w:val="both"/>
      </w:pPr>
      <w:r>
        <w:rPr>
          <w:rtl/>
        </w:rPr>
        <w:t>ج. الحروف الشمسيّة أربعة عشر حرفًا.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اكتب نوع اللام، وضع الشدّة إذا كانت شمسيّة.</w:t>
      </w:r>
    </w:p>
    <w:p>
      <w:pPr>
        <w:bidi/>
        <w:spacing w:before="0" w:after="100"/>
        <w:jc w:val="both"/>
      </w:pPr>
      <w:r>
        <w:rPr>
          <w:rtl/>
        </w:rPr>
        <w:t>أ. الدب  ← شمسيّة: الدُّبّ</w:t>
      </w:r>
    </w:p>
    <w:p>
      <w:pPr>
        <w:bidi/>
        <w:spacing w:before="0" w:after="100"/>
        <w:jc w:val="both"/>
      </w:pPr>
      <w:r>
        <w:rPr>
          <w:rtl/>
        </w:rPr>
        <w:t>ب. الثعلب  ← شمسيّة: الثَّعلب</w:t>
      </w:r>
    </w:p>
    <w:p>
      <w:pPr>
        <w:bidi/>
        <w:spacing w:before="0" w:after="100"/>
        <w:jc w:val="both"/>
      </w:pPr>
      <w:r>
        <w:rPr>
          <w:rtl/>
        </w:rPr>
        <w:t>ج. الفراشة  ← قمريّة</w:t>
      </w:r>
    </w:p>
    <w:p>
      <w:pPr>
        <w:bidi/>
        <w:spacing w:before="0" w:after="100"/>
        <w:jc w:val="both"/>
      </w:pPr>
      <w:r>
        <w:rPr>
          <w:rtl/>
        </w:rPr>
        <w:t>د. الصقر  ← شمسيّة: الصَّقر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الكلمة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الحرف بعد «ال»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نوع اللام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الثوم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ث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شمسيّة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الكعك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قمريّة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الذرة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ذ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شمسيّة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الملعقة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قمريّة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بكلمة من البنك تبدأ بلام قمريّة.</w:t>
      </w:r>
    </w:p>
    <w:p>
      <w:pPr>
        <w:bidi/>
        <w:spacing w:before="0" w:after="40"/>
        <w:jc w:val="both"/>
      </w:pPr>
      <w:r>
        <w:rPr>
          <w:rtl/>
        </w:rPr>
        <w:t>أ. يسبح السمك في البحر.</w:t>
      </w:r>
    </w:p>
    <w:p>
      <w:pPr>
        <w:bidi/>
        <w:spacing w:before="0" w:after="40"/>
        <w:jc w:val="both"/>
      </w:pPr>
      <w:r>
        <w:rPr>
          <w:rtl/>
        </w:rPr>
        <w:t>ب. يضيء القمر في الليل.</w:t>
      </w:r>
    </w:p>
    <w:p>
      <w:pPr>
        <w:bidi/>
        <w:spacing w:before="0" w:after="40"/>
        <w:jc w:val="both"/>
      </w:pPr>
      <w:r>
        <w:rPr>
          <w:rtl/>
        </w:rPr>
        <w:t>ج. تحمل الغيوم المطر.</w:t>
      </w:r>
    </w:p>
    <w:p>
      <w:pPr>
        <w:bidi/>
        <w:spacing w:before="0" w:after="40"/>
        <w:jc w:val="both"/>
      </w:pPr>
      <w:r>
        <w:rPr>
          <w:rtl/>
        </w:rPr>
        <w:t>د. نزرع البذور في الأرض.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صحّح الكتابة الخاطئة.</w:t>
      </w:r>
    </w:p>
    <w:p>
      <w:pPr>
        <w:bidi/>
        <w:spacing w:before="0" w:after="100"/>
        <w:jc w:val="both"/>
      </w:pPr>
      <w:r>
        <w:rPr>
          <w:rtl/>
        </w:rPr>
        <w:t>أ. أكلتُ أتّفّاح.  ← التفّاح</w:t>
      </w:r>
    </w:p>
    <w:p>
      <w:pPr>
        <w:bidi/>
        <w:spacing w:before="0" w:after="100"/>
        <w:jc w:val="both"/>
      </w:pPr>
      <w:r>
        <w:rPr>
          <w:rtl/>
        </w:rPr>
        <w:t>ب. أرّجل يمشي في الشارع.  ← الرجل</w:t>
      </w:r>
    </w:p>
    <w:p>
      <w:pPr>
        <w:bidi/>
        <w:spacing w:before="0" w:after="100"/>
        <w:jc w:val="both"/>
      </w:pPr>
      <w:r>
        <w:rPr>
          <w:rtl/>
        </w:rPr>
        <w:t>ج. لمع أنّجم في السماء.  ← النجم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نصّ «العصفور والشجرة» كلمات بـ«ال».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السماء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العصفور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الشمس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الغصن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النسيم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الأوراق / الأزهار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صنّف حسب نوع اللام.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قمريّة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لام شمسيّة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الحديقة, البيت, الإبريق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الطريق, السيّارة, الشاي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أربع كلمات بلام قمريّة لأشياء في المطبخ.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الملعقة، الكأس، الإبريق، الفرن.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ثلاث جمل عن يوم ماطر، فيها كلمات بلام شمسيّة وأخرى بلام قمريّة، وضع الشدّة حيث يلزم.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نزل المطر بغزارة. اختفت الشَّمس وراء الغيوم. لبستُ المعطف وحملتُ المظلّة إلى الدَّرس.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البطاقات، وألصقوا كلّ كلمة في العمود المناسب: لام شمسيّة أو لام قمريّة.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اللام الشمسيّة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اللام القمريّة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☀️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الشمس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⭐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النجم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🌙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القمر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🚪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الباب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🍅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الطماطم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🏖️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الرمل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📖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الكتاب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🐘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الفيل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صِلوا بخطّ بين الكلمة وطريقة لفظها.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الشمس  ←  ه. أَشّمس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القمر  ←  أ. أَلْقمر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النور  ←  ب. أَنّور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الباب  ←  ج. أَلْباب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الرسم  ←  د. أَرّسم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الفصل 6: الجملة الاسميّة والجملة الفعليّة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الجمل.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اسميّة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فعليّة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النهرُ طويلٌ., التفّاحُ لذيذٌ., الطريقُ مزدحمٌ.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طارَ الحمامُ., وصلَ الضيفُ., تكتبُ ليلى.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اختر الإجابة الصحيحة.</w:t>
      </w:r>
    </w:p>
    <w:p>
      <w:pPr>
        <w:bidi/>
        <w:spacing w:before="0" w:after="20"/>
        <w:jc w:val="both"/>
      </w:pPr>
      <w:r>
        <w:rPr>
          <w:rtl/>
        </w:rPr>
        <w:t>أ. في «القمرُ منيرٌ» كلمة «منيرٌ»: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خبر</w:t>
      </w:r>
    </w:p>
    <w:p>
      <w:pPr>
        <w:bidi/>
        <w:spacing w:before="0" w:after="20"/>
        <w:jc w:val="both"/>
      </w:pPr>
      <w:r>
        <w:rPr>
          <w:rtl/>
        </w:rPr>
        <w:t>ب. في «جلسَ الجدُّ» كلمة «الجدُّ»: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فاعل</w:t>
      </w:r>
    </w:p>
    <w:p>
      <w:pPr>
        <w:bidi/>
        <w:spacing w:before="0" w:after="20"/>
        <w:jc w:val="both"/>
      </w:pPr>
      <w:r>
        <w:rPr>
          <w:rtl/>
        </w:rPr>
        <w:t>ج. في «غسلَ كريمٌ الصحنَ» كلمة «الصحنَ»: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مفعول به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حدّد المبتدأ والخبر.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المبتدأ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الشارعُ هادئٌ.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الشارعُ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هادئٌ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الزيتونُ أخضرُ.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الزيتونُ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أخضرُ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المدرسةُ قريبةٌ.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المدرسةُ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قريبةٌ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حدّد الفعل والفاعل والمفعول به.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الجملة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المفعول به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قطفَ الفلّاحُ الزيتونَ.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قطفَ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الفلّاحُ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الزيتونَ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شربَتِ القطّةُ الحليبَ.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شربَتِ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القطّةُ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الحليبَ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يحملُ يوسفُ الحقيبةَ.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يحملُ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يوسفُ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الحقيبةَ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أكمل بخبر مناسب يطابق المبتدأ (مذكّر أو مؤنّث).</w:t>
      </w:r>
    </w:p>
    <w:p>
      <w:pPr>
        <w:bidi/>
        <w:spacing w:before="0" w:after="40"/>
        <w:jc w:val="both"/>
      </w:pPr>
      <w:r>
        <w:rPr>
          <w:rtl/>
        </w:rPr>
        <w:t>أ. الولدُ نشيطٌ، والبنتُ نشيطةٌ.</w:t>
      </w:r>
    </w:p>
    <w:p>
      <w:pPr>
        <w:bidi/>
        <w:spacing w:before="0" w:after="40"/>
        <w:jc w:val="both"/>
      </w:pPr>
      <w:r>
        <w:rPr>
          <w:rtl/>
        </w:rPr>
        <w:t>ب. البيتُ جديدٌ، والسيّارةُ جديدةٌ.</w:t>
      </w:r>
    </w:p>
    <w:p>
      <w:pPr>
        <w:bidi/>
        <w:spacing w:before="0" w:after="40"/>
        <w:jc w:val="both"/>
      </w:pPr>
      <w:r>
        <w:rPr>
          <w:rtl/>
        </w:rPr>
        <w:t>ج. القلمُ صغيرٌ، والممحاةُ صغيرةٌ.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أكمل بفعل مناسب من البنك لتصير الجملة فعليّة.</w:t>
      </w:r>
    </w:p>
    <w:p>
      <w:pPr>
        <w:bidi/>
        <w:spacing w:before="0" w:after="40"/>
        <w:jc w:val="both"/>
      </w:pPr>
      <w:r>
        <w:rPr>
          <w:rtl/>
        </w:rPr>
        <w:t>أ. أشرقَتِ الشمسُ.</w:t>
      </w:r>
    </w:p>
    <w:p>
      <w:pPr>
        <w:bidi/>
        <w:spacing w:before="0" w:after="40"/>
        <w:jc w:val="both"/>
      </w:pPr>
      <w:r>
        <w:rPr>
          <w:rtl/>
        </w:rPr>
        <w:t>ب. صهلَ الحصانُ.</w:t>
      </w:r>
    </w:p>
    <w:p>
      <w:pPr>
        <w:bidi/>
        <w:spacing w:before="0" w:after="40"/>
        <w:jc w:val="both"/>
      </w:pPr>
      <w:r>
        <w:rPr>
          <w:rtl/>
        </w:rPr>
        <w:t>ج. هبَّتِ الريحُ.</w:t>
      </w:r>
    </w:p>
    <w:p>
      <w:pPr>
        <w:bidi/>
        <w:spacing w:before="0" w:after="40"/>
        <w:jc w:val="both"/>
      </w:pPr>
      <w:r>
        <w:rPr>
          <w:rtl/>
        </w:rPr>
        <w:t>د. زأرَ الأسدُ.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صِل الفعل بالفاعل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نبحَ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الفلّاحُ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غرّدَ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البلبلُ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خبزَتْ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الأمُّ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حرثَ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الكلبُ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صحّ أم خطأ؟</w:t>
      </w:r>
    </w:p>
    <w:p>
      <w:pPr>
        <w:bidi/>
        <w:spacing w:before="0" w:after="40"/>
        <w:jc w:val="both"/>
      </w:pPr>
      <w:r>
        <w:rPr>
          <w:rtl/>
        </w:rPr>
        <w:t>أ. «يلعبُ الأطفالُ» جملة فعليّة. – صحيح</w:t>
      </w:r>
    </w:p>
    <w:p>
      <w:pPr>
        <w:bidi/>
        <w:spacing w:before="0" w:after="40"/>
        <w:jc w:val="both"/>
      </w:pPr>
      <w:r>
        <w:rPr>
          <w:rtl/>
        </w:rPr>
        <w:t>ب. الخبر يطابق المبتدأ في التذكير والتأنيث. – صحيح</w:t>
      </w:r>
    </w:p>
    <w:p>
      <w:pPr>
        <w:bidi/>
        <w:spacing w:before="0" w:after="40"/>
        <w:jc w:val="both"/>
      </w:pPr>
      <w:r>
        <w:rPr>
          <w:rtl/>
        </w:rPr>
        <w:t>ج. المفعول به مرفوع بالضمّة. – خطأ – المفعول به منصوب بالفتحة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حوّل الجملة الاسميّة إلى جملة فعليّة بتقديم الفعل.</w:t>
      </w:r>
    </w:p>
    <w:p>
      <w:pPr>
        <w:bidi/>
        <w:spacing w:before="0" w:after="100"/>
        <w:jc w:val="both"/>
      </w:pPr>
      <w:r>
        <w:rPr>
          <w:rtl/>
        </w:rPr>
        <w:t>أ. الطفلُ ينامُ.  ← ينامُ الطفلُ.</w:t>
      </w:r>
    </w:p>
    <w:p>
      <w:pPr>
        <w:bidi/>
        <w:spacing w:before="0" w:after="100"/>
        <w:jc w:val="both"/>
      </w:pPr>
      <w:r>
        <w:rPr>
          <w:rtl/>
        </w:rPr>
        <w:t>ب. الحصانُ يركضُ.  ← يركضُ الحصانُ.</w:t>
      </w:r>
    </w:p>
    <w:p>
      <w:pPr>
        <w:bidi/>
        <w:spacing w:before="0" w:after="100"/>
        <w:jc w:val="both"/>
      </w:pPr>
      <w:r>
        <w:rPr>
          <w:rtl/>
        </w:rPr>
        <w:t>ج. ليلى تقرأُ.  ← تقرأُ ليلى.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صنّف الجمل من نصّ «في الملعب».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اسميّة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جملة فعليّة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الملعبُ واسعٌ وأخضرُ., الفريقُ سعيدٌ بالفوز.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صفّقَ الجمهورُ بحماس., سجّلَ كريمٌ هدفًا جميلًا.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من النصّ: «سجّلَ كريمٌ هدفًا». أكمل.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الفعل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الفاعل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المفعول به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سجّلَ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كريمٌ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هدفًا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اكتب جملة فعليّة فيها فعل وفاعل ومفعول به، ثمّ حدّد كلّ واحد منها.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زرعَ جدّي شجرةً. الفعل: زرعَ، الفاعل: جدّي، المفعول به: شجرةً.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أربع جمل عن مدرستك: اثنتين اسميّتين واثنتين فعليّتين.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مدرستي كبيرةٌ. ساحتُها واسعةٌ. يدرسُ التلاميذُ بجدّ. يقرعُ الحارسُ الجرسَ.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بطاقات الجمل، وألصقوا كلّ جملة في العمود المناسب.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جملة اسميّة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جملة فعليّة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الجوُّ جميلٌ.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الشمسُ مشرقةٌ.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كتبَ سامي الدرسَ.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نامَ الطفلُ.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البحرُ واسعٌ.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يلعبُ الولدُ.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اِقرؤوا معاني الكلمات.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معاني الكلمات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المبتدأ – </w:t>
            </w:r>
            <w:r>
              <w:rPr>
                <w:sz w:val="24"/>
                <w:szCs w:val="24"/>
                <w:rtl/>
              </w:rPr>
              <w:t>اسم في أوّل الجملة الاسميّة: «الجوُّ»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الخبر – </w:t>
            </w:r>
            <w:r>
              <w:rPr>
                <w:sz w:val="24"/>
                <w:szCs w:val="24"/>
                <w:rtl/>
              </w:rPr>
              <w:t>يُكمل معنى المبتدأ: «جميلٌ»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الفعل – </w:t>
            </w:r>
            <w:r>
              <w:rPr>
                <w:sz w:val="24"/>
                <w:szCs w:val="24"/>
                <w:rtl/>
              </w:rPr>
              <w:t>تبدأ به الجملة الفعليّة: «نامَ»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الفاعل – </w:t>
            </w:r>
            <w:r>
              <w:rPr>
                <w:sz w:val="24"/>
                <w:szCs w:val="24"/>
                <w:rtl/>
              </w:rPr>
              <w:t>مَن قام بالفعل: «الطفلُ»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اكتبوا جملة اسميّة واحدة وجملة فعليّة واحدة. إجابة شخصيّة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الفصل 7: كتابة قصّة قصيرة وعلامات الترقيم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ضع علامة الترقيم المناسبة: (. أو ؟ أو !)</w:t>
      </w:r>
    </w:p>
    <w:p>
      <w:pPr>
        <w:bidi/>
        <w:spacing w:before="0" w:after="40"/>
        <w:jc w:val="both"/>
      </w:pPr>
      <w:r>
        <w:rPr>
          <w:rtl/>
        </w:rPr>
        <w:t>أ. لماذا تأخّرتَ اليوم؟</w:t>
      </w:r>
    </w:p>
    <w:p>
      <w:pPr>
        <w:bidi/>
        <w:spacing w:before="0" w:after="40"/>
        <w:jc w:val="both"/>
      </w:pPr>
      <w:r>
        <w:rPr>
          <w:rtl/>
        </w:rPr>
        <w:t>ب. يا له من يوم جميل!</w:t>
      </w:r>
    </w:p>
    <w:p>
      <w:pPr>
        <w:bidi/>
        <w:spacing w:before="0" w:after="40"/>
        <w:jc w:val="both"/>
      </w:pPr>
      <w:r>
        <w:rPr>
          <w:rtl/>
        </w:rPr>
        <w:t>ج. نزل المطر في الليل.</w:t>
      </w:r>
    </w:p>
    <w:p>
      <w:pPr>
        <w:bidi/>
        <w:spacing w:before="0" w:after="40"/>
        <w:jc w:val="both"/>
      </w:pPr>
      <w:r>
        <w:rPr>
          <w:rtl/>
        </w:rPr>
        <w:t>د. مَن رسم هذه الصورة؟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الجملة بالعلامة التي تنقصها في آخرها.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هل تحبّ القراءة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ما أروعَ هذا المنظرَ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النقطتان :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تشرق الشمس من الشرق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!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قال المعلّم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ضع الفاصلة (،) في مكانها.</w:t>
      </w:r>
    </w:p>
    <w:p>
      <w:pPr>
        <w:bidi/>
        <w:spacing w:before="0" w:after="40"/>
        <w:jc w:val="both"/>
      </w:pPr>
      <w:r>
        <w:rPr>
          <w:rtl/>
        </w:rPr>
        <w:t>أ. زرعنا الورد، والنعناع في الحديقة.</w:t>
      </w:r>
    </w:p>
    <w:p>
      <w:pPr>
        <w:bidi/>
        <w:spacing w:before="0" w:after="40"/>
        <w:jc w:val="both"/>
      </w:pPr>
      <w:r>
        <w:rPr>
          <w:rtl/>
        </w:rPr>
        <w:t>ب. فتح أحمد الباب، ودخل الصفّ.</w:t>
      </w:r>
    </w:p>
    <w:p>
      <w:pPr>
        <w:bidi/>
        <w:spacing w:before="0" w:after="40"/>
        <w:jc w:val="both"/>
      </w:pPr>
      <w:r>
        <w:rPr>
          <w:rtl/>
        </w:rPr>
        <w:t>ج. في الصباح نأكل الخبز، والزيتون.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صحّ أم خطأ؟</w:t>
      </w:r>
    </w:p>
    <w:p>
      <w:pPr>
        <w:bidi/>
        <w:spacing w:before="0" w:after="40"/>
        <w:jc w:val="both"/>
      </w:pPr>
      <w:r>
        <w:rPr>
          <w:rtl/>
        </w:rPr>
        <w:t>أ. نضع الكلام المنقول بين علامتي التنصيص «». – صحيح</w:t>
      </w:r>
    </w:p>
    <w:p>
      <w:pPr>
        <w:bidi/>
        <w:spacing w:before="0" w:after="40"/>
        <w:jc w:val="both"/>
      </w:pPr>
      <w:r>
        <w:rPr>
          <w:rtl/>
        </w:rPr>
        <w:t>ب. الفاصلة تأتي في نهاية القصّة فقط. – خطأ – الفاصلة تأتي بين الجمل القصيرة والكلمات المتتابعة</w:t>
      </w:r>
    </w:p>
    <w:p>
      <w:pPr>
        <w:bidi/>
        <w:spacing w:before="0" w:after="40"/>
        <w:jc w:val="both"/>
      </w:pPr>
      <w:r>
        <w:rPr>
          <w:rtl/>
        </w:rPr>
        <w:t>ج. لكلّ قصّة شخصيّات ومكان وزمان وأحداث.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صنّف الجمل حسب مكانها في القصّة.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البداية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الوسط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النهاية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كان هناك ولد اسمه يوسف يحبّ الرسم.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فجأة انكسر قلمه الوحيد., أعطاه صديقه قلمًا جديدًا.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وفي النهاية رسم أجمل صورة في الصفّ.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اكتب العنصر الذي تدلّ عليه كلّ عبارة: شخصيّة أو مكان أو زمان.</w:t>
      </w:r>
    </w:p>
    <w:p>
      <w:pPr>
        <w:bidi/>
        <w:spacing w:before="0" w:after="100"/>
        <w:jc w:val="both"/>
      </w:pPr>
      <w:r>
        <w:rPr>
          <w:rtl/>
        </w:rPr>
        <w:t>أ. في ليلة شتويّة  ← زمان</w:t>
      </w:r>
    </w:p>
    <w:p>
      <w:pPr>
        <w:bidi/>
        <w:spacing w:before="0" w:after="100"/>
        <w:jc w:val="both"/>
      </w:pPr>
      <w:r>
        <w:rPr>
          <w:rtl/>
        </w:rPr>
        <w:t>ب. المعلّمة سلمى  ← شخصيّة</w:t>
      </w:r>
    </w:p>
    <w:p>
      <w:pPr>
        <w:bidi/>
        <w:spacing w:before="0" w:after="100"/>
        <w:jc w:val="both"/>
      </w:pPr>
      <w:r>
        <w:rPr>
          <w:rtl/>
        </w:rPr>
        <w:t>ج. على شاطئ البحر  ← مكان</w:t>
      </w:r>
    </w:p>
    <w:p>
      <w:pPr>
        <w:bidi/>
        <w:spacing w:before="0" w:after="100"/>
        <w:jc w:val="both"/>
      </w:pPr>
      <w:r>
        <w:rPr>
          <w:rtl/>
        </w:rPr>
        <w:t>د. الصيّاد العجوز  ← شخصيّة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اختر الجملة المكتوبة بترقيم صحيح.</w:t>
      </w:r>
    </w:p>
    <w:p>
      <w:pPr>
        <w:bidi/>
        <w:spacing w:before="0" w:after="20"/>
        <w:jc w:val="both"/>
      </w:pPr>
      <w:r>
        <w:rPr>
          <w:rtl/>
        </w:rPr>
        <w:t>أ. اختر: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سألت نور: «أين قلمي؟»</w:t>
      </w:r>
    </w:p>
    <w:p>
      <w:pPr>
        <w:bidi/>
        <w:spacing w:before="0" w:after="20"/>
        <w:jc w:val="both"/>
      </w:pPr>
      <w:r>
        <w:rPr>
          <w:rtl/>
        </w:rPr>
        <w:t>ب. اختر: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ما أطيبَ الكعكَ!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أكمل عناصر قصّة «الشجرة العطشى».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العنصر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من القصّة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الشخصيّات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كريم وعمر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المكان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قرب المدرسة في قرية صغيرة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الزمان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يوم حارّ من أيّام الصيف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المشكلة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شجرة الليمون عطشى وأوراقها صفراء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الحلّ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سقاها الولدان كلّ يوم فعادت خضراء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لماذا وضع الكاتب علامة الاستفهام بعد «ماذا نفعل»؟ ولماذا وضع النقطتين بعد «فسأله عمر»؟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وضع علامة الاستفهام لأنّ عمر يسأل سؤالًا، ووضع النقطتين لأنّ بعدهما كلامًا منقولًا قاله عمر.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أعد كتابة الجملة مع علامات الترقيم الصحيحة.</w:t>
      </w:r>
    </w:p>
    <w:p>
      <w:pPr>
        <w:bidi/>
        <w:spacing w:before="0" w:after="100"/>
        <w:jc w:val="both"/>
      </w:pPr>
      <w:r>
        <w:rPr>
          <w:rtl/>
        </w:rPr>
        <w:t>أ. قالت الجدّة للأولاد اجلسوا لأحكي لكم حكاية  ← قالت الجدّة للأولاد: «اجلسوا لأحكي لكم حكاية.»</w:t>
      </w:r>
    </w:p>
    <w:p>
      <w:pPr>
        <w:bidi/>
        <w:spacing w:before="0" w:after="100"/>
        <w:jc w:val="both"/>
      </w:pPr>
      <w:r>
        <w:rPr>
          <w:rtl/>
        </w:rPr>
        <w:t>ب. هل رأيت القمر الليلة  ← هل رأيت القمر الليلة؟</w:t>
      </w:r>
    </w:p>
    <w:p>
      <w:pPr>
        <w:bidi/>
        <w:spacing w:before="0" w:after="100"/>
        <w:jc w:val="both"/>
      </w:pPr>
      <w:r>
        <w:rPr>
          <w:rtl/>
        </w:rPr>
        <w:t>ج. ما أكبرَ هذه الشجرةَ  ← ما أكبرَ هذه الشجرةَ!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اختر عنوانًا مناسبًا من البنك لكلّ قصّة.</w:t>
      </w:r>
    </w:p>
    <w:p>
      <w:pPr>
        <w:bidi/>
        <w:spacing w:before="0" w:after="40"/>
        <w:jc w:val="both"/>
      </w:pPr>
      <w:r>
        <w:rPr>
          <w:rtl/>
        </w:rPr>
        <w:t>أ. قصّة عن ولدين سقيا شجرة: الشجرة العطشى</w:t>
      </w:r>
    </w:p>
    <w:p>
      <w:pPr>
        <w:bidi/>
        <w:spacing w:before="0" w:after="40"/>
        <w:jc w:val="both"/>
      </w:pPr>
      <w:r>
        <w:rPr>
          <w:rtl/>
        </w:rPr>
        <w:t>ب. قصّة عن ولد يبحث عن كرته: الكرة الضائعة</w:t>
      </w:r>
    </w:p>
    <w:p>
      <w:pPr>
        <w:bidi/>
        <w:spacing w:before="0" w:after="40"/>
        <w:jc w:val="both"/>
      </w:pPr>
      <w:r>
        <w:rPr>
          <w:rtl/>
        </w:rPr>
        <w:t>ج. قصّة عن رحلة إلى الحيوانات والحقول: يوم في المزرعة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خطّط لقصّة عنوانها «يوم المطر»: اكتب الشخصيّات، والمكان، والزمان، والمشكلة، والحلّ.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الشخصيّات: ليلى وأخوها. المكان: الطريق إلى المدرسة. الزمان: صباح يوم شتويّ. المشكلة: نسيا المظلّة ونزل المطر. الحلّ: أعطتهما جارتهما مظلّة.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قصّة «يوم المطر» حسب خطّتك (4 جمل)، واستعمل حوارًا قصيرًا بين علامتي تنصيص.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في صباح يوم شتويّ خرجت ليلى وأخوها إلى المدرسة. فجأة نزل المطر بغزارة، وكانا قد نسيا المظلّة. نادتهما الجارة: «تعاليا، خذا مظلّتي!» شكرها الولدان، ووصلا إلى المدرسة دون أن يبتلّا.</w:t>
      </w: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14. قُصّوا بطاقات علامات الترقيم، وألصقوا العلامة المناسبة في نهاية كلّ جملة.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ما اسمُك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ذهبتُ إلى السوق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.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ما أجملَ البحرَ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!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أين حقيبتي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قرأتُ قصّة جميلة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F766E"/>
          <w:sz w:val="26"/>
          <w:szCs w:val="26"/>
          <w:rtl/>
        </w:rPr>
        <w:t>15. صِلوا الصورة بالجملة: اكتبوا رقم الصورة في المربّع.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66E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🏠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🌧️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☂️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في النهاية ظهر قوس قزح.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فتح سامي المظلّة.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في الصباح خرج سامي من البيت.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فجأة بدأ المطر يهطل.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مراجعة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صنّف الكلمات حسب نوعها.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اسم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فعل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حرف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زيتونة, سوق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قطفَ, يكتبُ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على, من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المفرد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المثنّى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الجمع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معلّمة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معلّمتان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معلّمات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لاعب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لاعبان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لاعبون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قلم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قلمان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أقلام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أكمل.</w:t>
      </w:r>
    </w:p>
    <w:p>
      <w:pPr>
        <w:bidi/>
        <w:spacing w:before="0" w:after="40"/>
        <w:jc w:val="both"/>
      </w:pPr>
      <w:r>
        <w:rPr>
          <w:rtl/>
        </w:rPr>
        <w:t>أ. مؤنّث «صديق»: صديقة.</w:t>
      </w:r>
    </w:p>
    <w:p>
      <w:pPr>
        <w:bidi/>
        <w:spacing w:before="0" w:after="40"/>
        <w:jc w:val="both"/>
      </w:pPr>
      <w:r>
        <w:rPr>
          <w:rtl/>
        </w:rPr>
        <w:t>ب. التاء في «صوت» تاء مفتوحة.</w:t>
      </w:r>
    </w:p>
    <w:p>
      <w:pPr>
        <w:bidi/>
        <w:spacing w:before="0" w:after="40"/>
        <w:jc w:val="both"/>
      </w:pPr>
      <w:r>
        <w:rPr>
          <w:rtl/>
        </w:rPr>
        <w:t>ج. في «النور» اللام شمسيّة.</w:t>
      </w:r>
    </w:p>
    <w:p>
      <w:pPr>
        <w:bidi/>
        <w:spacing w:before="0" w:after="40"/>
        <w:jc w:val="both"/>
      </w:pPr>
      <w:r>
        <w:rPr>
          <w:rtl/>
        </w:rPr>
        <w:t>د. «المطرُ غزيرٌ» جملة اسميّة.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الإجابة الصحيحة.</w:t>
      </w:r>
    </w:p>
    <w:p>
      <w:pPr>
        <w:bidi/>
        <w:spacing w:before="0" w:after="20"/>
        <w:jc w:val="both"/>
      </w:pPr>
      <w:r>
        <w:rPr>
          <w:rtl/>
        </w:rPr>
        <w:t>أ. في «فتحَ يوسفُ البابَ» الفاعل: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يوسفُ</w:t>
      </w:r>
    </w:p>
    <w:p>
      <w:pPr>
        <w:bidi/>
        <w:spacing w:before="0" w:after="20"/>
        <w:jc w:val="both"/>
      </w:pPr>
      <w:r>
        <w:rPr>
          <w:rtl/>
        </w:rPr>
        <w:t>ب. جمع «سيّارة»: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سيّارات</w:t>
      </w:r>
    </w:p>
    <w:p>
      <w:pPr>
        <w:bidi/>
        <w:spacing w:before="0" w:after="20"/>
        <w:jc w:val="both"/>
      </w:pPr>
      <w:r>
        <w:rPr>
          <w:rtl/>
        </w:rPr>
        <w:t>ج. في أيّ كلمة لام قمريّة؟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الكتاب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صحّ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الفكرة الرئيسة هي أهمّ ما في النصّ. – صحيح</w:t>
      </w:r>
    </w:p>
    <w:p>
      <w:pPr>
        <w:bidi/>
        <w:spacing w:before="0" w:after="40"/>
        <w:jc w:val="both"/>
      </w:pPr>
      <w:r>
        <w:rPr>
          <w:rtl/>
        </w:rPr>
        <w:t>ب. «أولاد» جمع مذكّر سالم. – خطأ – «أولاد» جمع تكسير</w:t>
      </w:r>
    </w:p>
    <w:p>
      <w:pPr>
        <w:bidi/>
        <w:spacing w:before="0" w:after="40"/>
        <w:jc w:val="both"/>
      </w:pPr>
      <w:r>
        <w:rPr>
          <w:rtl/>
        </w:rPr>
        <w:t>ج. نضع علامة الاستفهام بعد السؤال. – صحيح</w:t>
      </w:r>
    </w:p>
    <w:p>
      <w:pPr>
        <w:bidi/>
        <w:spacing w:before="0" w:after="40"/>
        <w:jc w:val="both"/>
      </w:pPr>
      <w:r>
        <w:rPr>
          <w:rtl/>
        </w:rPr>
        <w:t>د. الجملة الفعليّة تبدأ باسم. – خطأ – الجملة الفعليّة تبدأ بفعل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أجب عن الأسئلة حسب نصّ «سوق الخميس».</w:t>
      </w:r>
    </w:p>
    <w:p>
      <w:pPr>
        <w:bidi/>
        <w:spacing w:before="0" w:after="100"/>
        <w:jc w:val="both"/>
      </w:pPr>
      <w:r>
        <w:rPr>
          <w:rtl/>
        </w:rPr>
        <w:t>أ. متى يُقام السوق؟  ← كلّ يوم خميس</w:t>
      </w:r>
    </w:p>
    <w:p>
      <w:pPr>
        <w:bidi/>
        <w:spacing w:before="0" w:after="100"/>
        <w:jc w:val="both"/>
      </w:pPr>
      <w:r>
        <w:rPr>
          <w:rtl/>
        </w:rPr>
        <w:t>ب. ما الفكرة الرئيسة للفقرة الأولى؟  ← في البلدة سوق كبير يُقام كلّ خميس ويبيع أشياء كثيرة</w:t>
      </w:r>
    </w:p>
    <w:p>
      <w:pPr>
        <w:bidi/>
        <w:spacing w:before="0" w:after="100"/>
        <w:jc w:val="both"/>
      </w:pPr>
      <w:r>
        <w:rPr>
          <w:rtl/>
        </w:rPr>
        <w:t>ج. استخرج من النصّ جمع تكسير.  ← الباعة / القرى / الخضار / الفواكه / الملابس / الألعاب</w:t>
      </w:r>
    </w:p>
    <w:p>
      <w:pPr>
        <w:bidi/>
        <w:spacing w:before="0" w:after="100"/>
        <w:jc w:val="both"/>
      </w:pPr>
      <w:r>
        <w:rPr>
          <w:rtl/>
        </w:rPr>
        <w:t>د. استخرج كلمة بلام شمسيّة.  ← السوق / الطماطم</w:t>
      </w:r>
    </w:p>
    <w:p>
      <w:pPr>
        <w:bidi/>
        <w:spacing w:before="0" w:after="100"/>
        <w:jc w:val="both"/>
      </w:pPr>
      <w:r>
        <w:rPr>
          <w:rtl/>
        </w:rPr>
        <w:t>هـ. لماذا جاءت النقطتان بعد «قال البائع»؟  ← لأنّ بعدهما كلامًا منقولًا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اكتب ثلاث جمل عن زيارة إلى السوق: جملة اسميّة، وجملة فعليّة، وجملة فيها كلام منقول بين علامتي تنصيص.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السوقُ مزدحمٌ. اشترى أبي البطّيخ. قال البائع: «أهلًا وسهلًا!»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