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الضمائر المنفصلة والمتّصلة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ضميرًا منفصلًا مكان الاسم الذي بين القوسين.</w:t>
      </w:r>
    </w:p>
    <w:p>
      <w:pPr>
        <w:bidi/>
        <w:spacing w:before="0" w:after="60"/>
        <w:jc w:val="both"/>
      </w:pPr>
      <w:r>
        <w:rPr>
          <w:rtl/>
        </w:rPr>
        <w:t>أ. (أحمد) __________ يقرأ قصّة.</w:t>
      </w:r>
    </w:p>
    <w:p>
      <w:pPr>
        <w:bidi/>
        <w:spacing w:before="0" w:after="60"/>
        <w:jc w:val="both"/>
      </w:pPr>
      <w:r>
        <w:rPr>
          <w:rtl/>
        </w:rPr>
        <w:t>ب. (سلمى) __________ ترسم شجرة.</w:t>
      </w:r>
    </w:p>
    <w:p>
      <w:pPr>
        <w:bidi/>
        <w:spacing w:before="0" w:after="60"/>
        <w:jc w:val="both"/>
      </w:pPr>
      <w:r>
        <w:rPr>
          <w:rtl/>
        </w:rPr>
        <w:t>ج. (الأولاد) __________ يلعبون الكرة.</w:t>
      </w:r>
    </w:p>
    <w:p>
      <w:pPr>
        <w:bidi/>
        <w:spacing w:before="0" w:after="60"/>
        <w:jc w:val="both"/>
      </w:pPr>
      <w:r>
        <w:rPr>
          <w:rtl/>
        </w:rPr>
        <w:t>د. (أنا وصديقي) __________ نذهب إلى المكتبة.</w:t>
      </w:r>
    </w:p>
    <w:p>
      <w:pPr>
        <w:bidi/>
        <w:spacing w:before="0" w:after="60"/>
        <w:jc w:val="both"/>
      </w:pPr>
      <w:r>
        <w:rPr>
          <w:rtl/>
        </w:rPr>
        <w:t>هـ. (البنات) __________ يغنّين في الحفل.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كلّ ضمير منفصل بمن يدلّ عليه.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أنا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الغائبات (جمع المؤنّث)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نحن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الغائبان أو الغائبتان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أنتِ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المتكلّمون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أنتم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المخاطَبة المفردة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هما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المتكلّم المفرد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هنّ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المخاطَبون (جمع المذكّر)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صنّف: ضمير منفصل أم كلمة فيها ضمير متّصل؟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الكلمات: هو  |  كتابُها  |  نحن  |  معهم  |  أنتِ  |  بيتُنا  |  هما  |  قلمي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ضمير منفصل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كلمة فيها ضمير متّصل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الضمير المتّصل بكلمة «كتاب» واكتب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المنفصل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مع الضمير المتّصل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نحن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الضمير المناسب.</w:t>
      </w:r>
    </w:p>
    <w:p>
      <w:pPr>
        <w:bidi/>
        <w:spacing w:before="0" w:after="20"/>
        <w:jc w:val="both"/>
      </w:pPr>
      <w:r>
        <w:rPr>
          <w:rtl/>
        </w:rPr>
        <w:t>أ. المعلّمتان ___ تشرحان الدرس.</w:t>
      </w:r>
    </w:p>
    <w:p>
      <w:pPr>
        <w:bidi/>
        <w:spacing w:before="0" w:after="80"/>
        <w:jc w:val="both"/>
      </w:pPr>
      <w:r>
        <w:rPr>
          <w:rtl/>
        </w:rPr>
        <w:t xml:space="preserve">   ○ هم      ○ هما      ○ هنّ</w:t>
      </w:r>
    </w:p>
    <w:p>
      <w:pPr>
        <w:bidi/>
        <w:spacing w:before="0" w:after="20"/>
        <w:jc w:val="both"/>
      </w:pPr>
      <w:r>
        <w:rPr>
          <w:rtl/>
        </w:rPr>
        <w:t>ب. يا سامي، ___ تلميذ نشيط.</w:t>
      </w:r>
    </w:p>
    <w:p>
      <w:pPr>
        <w:bidi/>
        <w:spacing w:before="0" w:after="80"/>
        <w:jc w:val="both"/>
      </w:pPr>
      <w:r>
        <w:rPr>
          <w:rtl/>
        </w:rPr>
        <w:t xml:space="preserve">   ○ أنتَ      ○ أنتِ      ○ أنتم</w:t>
      </w:r>
    </w:p>
    <w:p>
      <w:pPr>
        <w:bidi/>
        <w:spacing w:before="0" w:after="20"/>
        <w:jc w:val="both"/>
      </w:pPr>
      <w:r>
        <w:rPr>
          <w:rtl/>
        </w:rPr>
        <w:t>ج. يا بنات، ___ مجتهدات.</w:t>
      </w:r>
    </w:p>
    <w:p>
      <w:pPr>
        <w:bidi/>
        <w:spacing w:before="0" w:after="80"/>
        <w:jc w:val="both"/>
      </w:pPr>
      <w:r>
        <w:rPr>
          <w:rtl/>
        </w:rPr>
        <w:t xml:space="preserve">   ○ أنتم      ○ أنتما      ○ أنتنّ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صحيح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الضمير المنفصل يُكتب وحده.      صحيح / خطأ</w:t>
      </w:r>
    </w:p>
    <w:p>
      <w:pPr>
        <w:bidi/>
        <w:spacing w:before="0" w:after="60"/>
        <w:jc w:val="both"/>
      </w:pPr>
      <w:r>
        <w:rPr>
          <w:rtl/>
        </w:rPr>
        <w:t>ب. في كلمة «معه» ضمير منفصل.      صحيح / خطأ</w:t>
      </w:r>
    </w:p>
    <w:p>
      <w:pPr>
        <w:bidi/>
        <w:spacing w:before="0" w:after="60"/>
        <w:jc w:val="both"/>
      </w:pPr>
      <w:r>
        <w:rPr>
          <w:rtl/>
        </w:rPr>
        <w:t>ج. نستعمل «هما» للمثنّى المذكّر والمثنّى المؤنّث.      صحيح / خطأ</w:t>
      </w:r>
    </w:p>
    <w:p>
      <w:pPr>
        <w:bidi/>
        <w:spacing w:before="0" w:after="60"/>
        <w:jc w:val="both"/>
      </w:pPr>
      <w:r>
        <w:rPr>
          <w:rtl/>
        </w:rPr>
        <w:t>د. الضمير «نحن» يدلّ على الغائبين.      صحيح / خطأ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1D4ED8"/>
          <w:sz w:val="30"/>
          <w:szCs w:val="30"/>
          <w:rtl/>
        </w:rPr>
        <w:t>رحلة إلى البحر</w:t>
      </w:r>
    </w:p>
    <w:p>
      <w:pPr>
        <w:bidi/>
        <w:spacing w:before="0" w:after="80"/>
        <w:jc w:val="both"/>
      </w:pPr>
      <w:r>
        <w:rPr>
          <w:rtl/>
        </w:rPr>
        <w:t>في يوم الجمعة خرجنا إلى شاطئ البحر. قاد أبي السيّارة، وجلست أمّي بجانبه. أمّا أنا وأخي يوسف فجلسنا في الخلف، وكانت معنا أختي الصغيرة نور.</w:t>
      </w:r>
    </w:p>
    <w:p>
      <w:pPr>
        <w:bidi/>
        <w:spacing w:before="0" w:after="80"/>
        <w:jc w:val="both"/>
      </w:pPr>
      <w:r>
        <w:rPr>
          <w:rtl/>
        </w:rPr>
        <w:t>حين وصلنا ركض يوسف نحو الماء، فناداه أبي: «انتظر! البحر عميق هنا». أمّا نور فبنت قلعة من الرمل وزيّنتها بالأصداف، ثمّ قالت لي: «أنتَ تحرس قلعتي، وأنا أجمع المزيد من الأصداف».</w:t>
      </w:r>
    </w:p>
    <w:p>
      <w:pPr>
        <w:bidi/>
        <w:spacing w:before="0" w:after="80"/>
        <w:jc w:val="both"/>
      </w:pPr>
      <w:r>
        <w:rPr>
          <w:rtl/>
        </w:rPr>
        <w:t>في المساء رجعنا إلى بيتنا متعبين، لكنّنا كنّا سعداء.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استخرج من الجمل (من نصّ «رحلة إلى البحر») الضمائر، واكتب: منفصل أم متّصل؟</w:t>
      </w:r>
    </w:p>
    <w:p>
      <w:pPr>
        <w:bidi/>
        <w:spacing w:before="0" w:after="100"/>
        <w:jc w:val="both"/>
      </w:pPr>
      <w:r>
        <w:rPr>
          <w:rtl/>
        </w:rPr>
        <w:t>أ. وجلست أمّي بجانبه.</w:t>
      </w:r>
    </w:p>
    <w:p>
      <w:pPr>
        <w:bidi/>
        <w:spacing w:before="0" w:after="100"/>
        <w:jc w:val="both"/>
      </w:pPr>
      <w:r>
        <w:rPr>
          <w:rtl/>
        </w:rPr>
        <w:t>ب. أنتَ تحرس قلعتي.</w:t>
      </w:r>
    </w:p>
    <w:p>
      <w:pPr>
        <w:bidi/>
        <w:spacing w:before="0" w:after="100"/>
        <w:jc w:val="both"/>
      </w:pPr>
      <w:r>
        <w:rPr>
          <w:rtl/>
        </w:rPr>
        <w:t>ج. وأنا أجمع المزيد من الأصداف.</w:t>
      </w:r>
    </w:p>
    <w:p>
      <w:pPr>
        <w:bidi/>
        <w:spacing w:before="0" w:after="100"/>
        <w:jc w:val="both"/>
      </w:pPr>
      <w:r>
        <w:rPr>
          <w:rtl/>
        </w:rPr>
        <w:t>د. رجعنا إلى بيتنا.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بحرف جرّ متّصل بضمير يقابل ما بين القوسين.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بنك الكلمات: معنا  |  له  |  إليكِ  |  منهم</w:t>
      </w:r>
    </w:p>
    <w:p>
      <w:pPr>
        <w:bidi/>
        <w:spacing w:before="0" w:after="60"/>
        <w:jc w:val="both"/>
      </w:pPr>
      <w:r>
        <w:rPr>
          <w:rtl/>
        </w:rPr>
        <w:t>أ. أرسلتُ رسالة __________ يا مريم. (أنتِ)</w:t>
      </w:r>
    </w:p>
    <w:p>
      <w:pPr>
        <w:bidi/>
        <w:spacing w:before="0" w:after="60"/>
        <w:jc w:val="both"/>
      </w:pPr>
      <w:r>
        <w:rPr>
          <w:rtl/>
        </w:rPr>
        <w:t>ب. ذهب أبي __________ إلى السوق. (نحن)</w:t>
      </w:r>
    </w:p>
    <w:p>
      <w:pPr>
        <w:bidi/>
        <w:spacing w:before="0" w:after="60"/>
        <w:jc w:val="both"/>
      </w:pPr>
      <w:r>
        <w:rPr>
          <w:rtl/>
        </w:rPr>
        <w:t>ج. اشترى أحمد كرة، فهي __________. (هو)</w:t>
      </w:r>
    </w:p>
    <w:p>
      <w:pPr>
        <w:bidi/>
        <w:spacing w:before="0" w:after="60"/>
        <w:jc w:val="both"/>
      </w:pPr>
      <w:r>
        <w:rPr>
          <w:rtl/>
        </w:rPr>
        <w:t>د. أخذتُ كتابًا __________. (هم)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صنّف الضمائر: للمتكلّم، للمخاطَب أم للغائب؟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الكلمات: أنا  |  هي  |  أنتما  |  نحن  |  هم  |  أنتَ  |  هنّ  |  أنتنّ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للمتكلّم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للمخاطَب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للغائب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أعد كتابة الفقرة واستعمل الضمائر بدل الأسماء المكرّرة: «كريم له قطّة. قطّة كريم بيضاء. كريم يطعم القطّة كلّ صباح، والقطّة تحبّ كريم».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 الجدول بالضمير المتّصل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المتّصل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يعود على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سلمى نسيت دفترها.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الأولاد أكلوا طعامهم.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يا عمر، أين حقيبتُكَ؟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أفراد عائلتك، واستعمل فيها الضمائر: هو، هي، هم.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صحّح الضمير الخاطئ في كلّ جملة.</w:t>
      </w:r>
    </w:p>
    <w:p>
      <w:pPr>
        <w:bidi/>
        <w:spacing w:before="0" w:after="100"/>
        <w:jc w:val="both"/>
      </w:pPr>
      <w:r>
        <w:rPr>
          <w:rtl/>
        </w:rPr>
        <w:t>أ. البنات هم في الصفّ.</w:t>
      </w:r>
    </w:p>
    <w:p>
      <w:pPr>
        <w:bidi/>
        <w:spacing w:before="0" w:after="100"/>
        <w:jc w:val="both"/>
      </w:pPr>
      <w:r>
        <w:rPr>
          <w:rtl/>
        </w:rPr>
        <w:t>ب. يا ليلى، أنتَ صديقة وفيّة.</w:t>
      </w:r>
    </w:p>
    <w:p>
      <w:pPr>
        <w:bidi/>
        <w:spacing w:before="0" w:after="100"/>
        <w:jc w:val="both"/>
      </w:pPr>
      <w:r>
        <w:rPr>
          <w:rtl/>
        </w:rPr>
        <w:t>ج. الولدان هم يركضان.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الضمائر المنفصلة والمتّصلة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ضميرًا منفصلًا مكان الاسم الذي بين القوسين.</w:t>
      </w:r>
    </w:p>
    <w:p>
      <w:pPr>
        <w:bidi/>
        <w:spacing w:before="0" w:after="40"/>
        <w:jc w:val="both"/>
      </w:pPr>
      <w:r>
        <w:rPr>
          <w:rtl/>
        </w:rPr>
        <w:t>أ. (أحمد) هو يقرأ قصّة.</w:t>
      </w:r>
    </w:p>
    <w:p>
      <w:pPr>
        <w:bidi/>
        <w:spacing w:before="0" w:after="40"/>
        <w:jc w:val="both"/>
      </w:pPr>
      <w:r>
        <w:rPr>
          <w:rtl/>
        </w:rPr>
        <w:t>ب. (سلمى) هي ترسم شجرة.</w:t>
      </w:r>
    </w:p>
    <w:p>
      <w:pPr>
        <w:bidi/>
        <w:spacing w:before="0" w:after="40"/>
        <w:jc w:val="both"/>
      </w:pPr>
      <w:r>
        <w:rPr>
          <w:rtl/>
        </w:rPr>
        <w:t>ج. (الأولاد) هم يلعبون الكرة.</w:t>
      </w:r>
    </w:p>
    <w:p>
      <w:pPr>
        <w:bidi/>
        <w:spacing w:before="0" w:after="40"/>
        <w:jc w:val="both"/>
      </w:pPr>
      <w:r>
        <w:rPr>
          <w:rtl/>
        </w:rPr>
        <w:t>د. (أنا وصديقي) نحن نذهب إلى المكتبة.</w:t>
      </w:r>
    </w:p>
    <w:p>
      <w:pPr>
        <w:bidi/>
        <w:spacing w:before="0" w:after="40"/>
        <w:jc w:val="both"/>
      </w:pPr>
      <w:r>
        <w:rPr>
          <w:rtl/>
        </w:rPr>
        <w:t>هـ. (البنات) هنّ يغنّين في الحفل.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كلّ ضمير منفصل بمن يدلّ عليه.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أنا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الغائبات (جمع المؤنّث)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نحن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الغائبان أو الغائبتان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أنتِ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المتكلّمون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أنتم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المخاطَبة المفردة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هما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المتكلّم المفرد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هنّ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المخاطَبون (جمع المذكّر)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صنّف: ضمير منفصل أم كلمة فيها ضمير متّصل؟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ضمير منفصل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كلمة فيها ضمير متّصل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هو, نحن, أنتِ, هما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كتابُها, معهم, بيتُنا, قلمي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الضمير المتّصل بكلمة «كتاب» واكتب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المنفصل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مع الضمير المتّصل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كتابُكَ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كتابُها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نحن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كتابُنا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كتابُهم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الضمير المناسب.</w:t>
      </w:r>
    </w:p>
    <w:p>
      <w:pPr>
        <w:bidi/>
        <w:spacing w:before="0" w:after="20"/>
        <w:jc w:val="both"/>
      </w:pPr>
      <w:r>
        <w:rPr>
          <w:rtl/>
        </w:rPr>
        <w:t>أ. المعلّمتان ___ تشرحان الدرس.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هما</w:t>
      </w:r>
    </w:p>
    <w:p>
      <w:pPr>
        <w:bidi/>
        <w:spacing w:before="0" w:after="20"/>
        <w:jc w:val="both"/>
      </w:pPr>
      <w:r>
        <w:rPr>
          <w:rtl/>
        </w:rPr>
        <w:t>ب. يا سامي، ___ تلميذ نشيط.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أنتَ</w:t>
      </w:r>
    </w:p>
    <w:p>
      <w:pPr>
        <w:bidi/>
        <w:spacing w:before="0" w:after="20"/>
        <w:jc w:val="both"/>
      </w:pPr>
      <w:r>
        <w:rPr>
          <w:rtl/>
        </w:rPr>
        <w:t>ج. يا بنات، ___ مجتهدات.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أنتنّ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صحيح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الضمير المنفصل يُكتب وحده. – صحيح</w:t>
      </w:r>
    </w:p>
    <w:p>
      <w:pPr>
        <w:bidi/>
        <w:spacing w:before="0" w:after="40"/>
        <w:jc w:val="both"/>
      </w:pPr>
      <w:r>
        <w:rPr>
          <w:rtl/>
        </w:rPr>
        <w:t>ب. في كلمة «معه» ضمير منفصل. – خطأ – في «معه» ضمير متّصل هو الهاء</w:t>
      </w:r>
    </w:p>
    <w:p>
      <w:pPr>
        <w:bidi/>
        <w:spacing w:before="0" w:after="40"/>
        <w:jc w:val="both"/>
      </w:pPr>
      <w:r>
        <w:rPr>
          <w:rtl/>
        </w:rPr>
        <w:t>ج. نستعمل «هما» للمثنّى المذكّر والمثنّى المؤنّث. – صحيح</w:t>
      </w:r>
    </w:p>
    <w:p>
      <w:pPr>
        <w:bidi/>
        <w:spacing w:before="0" w:after="40"/>
        <w:jc w:val="both"/>
      </w:pPr>
      <w:r>
        <w:rPr>
          <w:rtl/>
        </w:rPr>
        <w:t>د. الضمير «نحن» يدلّ على الغائبين. – خطأ – «نحن» يدلّ على المتكلّمين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استخرج من الجمل (من نصّ «رحلة إلى البحر») الضمائر، واكتب: منفصل أم متّصل؟</w:t>
      </w:r>
    </w:p>
    <w:p>
      <w:pPr>
        <w:bidi/>
        <w:spacing w:before="0" w:after="100"/>
        <w:jc w:val="both"/>
      </w:pPr>
      <w:r>
        <w:rPr>
          <w:rtl/>
        </w:rPr>
        <w:t>أ. وجلست أمّي بجانبه.  ← ـي في «أمّي» وـه في «بجانبه»: متّصلان</w:t>
      </w:r>
    </w:p>
    <w:p>
      <w:pPr>
        <w:bidi/>
        <w:spacing w:before="0" w:after="100"/>
        <w:jc w:val="both"/>
      </w:pPr>
      <w:r>
        <w:rPr>
          <w:rtl/>
        </w:rPr>
        <w:t>ب. أنتَ تحرس قلعتي.  ← «أنتَ»: منفصل، وـي في «قلعتي»: متّصل</w:t>
      </w:r>
    </w:p>
    <w:p>
      <w:pPr>
        <w:bidi/>
        <w:spacing w:before="0" w:after="100"/>
        <w:jc w:val="both"/>
      </w:pPr>
      <w:r>
        <w:rPr>
          <w:rtl/>
        </w:rPr>
        <w:t>ج. وأنا أجمع المزيد من الأصداف.  ← «أنا»: منفصل</w:t>
      </w:r>
    </w:p>
    <w:p>
      <w:pPr>
        <w:bidi/>
        <w:spacing w:before="0" w:after="100"/>
        <w:jc w:val="both"/>
      </w:pPr>
      <w:r>
        <w:rPr>
          <w:rtl/>
        </w:rPr>
        <w:t>د. رجعنا إلى بيتنا.  ← «نا» في «رجعنا» و«بيتنا»: متّصلان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بحرف جرّ متّصل بضمير يقابل ما بين القوسين.</w:t>
      </w:r>
    </w:p>
    <w:p>
      <w:pPr>
        <w:bidi/>
        <w:spacing w:before="0" w:after="40"/>
        <w:jc w:val="both"/>
      </w:pPr>
      <w:r>
        <w:rPr>
          <w:rtl/>
        </w:rPr>
        <w:t>أ. أرسلتُ رسالة إليكِ يا مريم. (أنتِ)</w:t>
      </w:r>
    </w:p>
    <w:p>
      <w:pPr>
        <w:bidi/>
        <w:spacing w:before="0" w:after="40"/>
        <w:jc w:val="both"/>
      </w:pPr>
      <w:r>
        <w:rPr>
          <w:rtl/>
        </w:rPr>
        <w:t>ب. ذهب أبي معنا إلى السوق. (نحن)</w:t>
      </w:r>
    </w:p>
    <w:p>
      <w:pPr>
        <w:bidi/>
        <w:spacing w:before="0" w:after="40"/>
        <w:jc w:val="both"/>
      </w:pPr>
      <w:r>
        <w:rPr>
          <w:rtl/>
        </w:rPr>
        <w:t>ج. اشترى أحمد كرة، فهي له. (هو)</w:t>
      </w:r>
    </w:p>
    <w:p>
      <w:pPr>
        <w:bidi/>
        <w:spacing w:before="0" w:after="40"/>
        <w:jc w:val="both"/>
      </w:pPr>
      <w:r>
        <w:rPr>
          <w:rtl/>
        </w:rPr>
        <w:t>د. أخذتُ كتابًا منهم. (هم)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صنّف الضمائر: للمتكلّم، للمخاطَب أم للغائب؟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للمتكلّم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للمخاطَب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للغائب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أنا, نحن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أنتما, أنتَ, أنتنّ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هي, هم, هنّ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أعد كتابة الفقرة واستعمل الضمائر بدل الأسماء المكرّرة: «كريم له قطّة. قطّة كريم بيضاء. كريم يطعم القطّة كلّ صباح، والقطّة تحبّ كريم».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لكريم قطّة. قطّته بيضاء. هو يطعمها كلّ صباح، وهي تحبّه.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 الجدول بالضمير المتّصل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المتّصل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يعود على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سلمى نسيت دفترها.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ـها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سلمى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الأولاد أكلوا طعامهم.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ـهم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الأولاد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يا عمر، أين حقيبتُكَ؟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ـكَ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عمر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أفراد عائلتك، واستعمل فيها الضمائر: هو، هي، هم.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أبي يعمل في البناء، وهو يستيقظ مبكّرًا. أمّي معلّمة، وهي تحبّ تلاميذها. إخوتي صغار، وهم يلعبون في الحديقة.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صحّح الضمير الخاطئ في كلّ جملة.</w:t>
      </w:r>
    </w:p>
    <w:p>
      <w:pPr>
        <w:bidi/>
        <w:spacing w:before="0" w:after="100"/>
        <w:jc w:val="both"/>
      </w:pPr>
      <w:r>
        <w:rPr>
          <w:rtl/>
        </w:rPr>
        <w:t>أ. البنات هم في الصفّ.  ← هنّ</w:t>
      </w:r>
    </w:p>
    <w:p>
      <w:pPr>
        <w:bidi/>
        <w:spacing w:before="0" w:after="100"/>
        <w:jc w:val="both"/>
      </w:pPr>
      <w:r>
        <w:rPr>
          <w:rtl/>
        </w:rPr>
        <w:t>ب. يا ليلى، أنتَ صديقة وفيّة.  ← أنتِ</w:t>
      </w:r>
    </w:p>
    <w:p>
      <w:pPr>
        <w:bidi/>
        <w:spacing w:before="0" w:after="100"/>
        <w:jc w:val="both"/>
      </w:pPr>
      <w:r>
        <w:rPr>
          <w:rtl/>
        </w:rPr>
        <w:t>ج. الولدان هم يركضان.  ← هما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