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3F6212"/>
          <w:sz w:val="44"/>
          <w:szCs w:val="44"/>
          <w:rtl/>
        </w:rPr>
        <w:t>الفعل الماضي والمضارع والأمر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الأفعال: ماضٍ، مضارع أم أمر؟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الكلمات: كتبَ  |  يلعبُ  |  اجلسْ  |  نامَ  |  نرسمُ  |  افتحْ  |  شربَ  |  تقرأُ  |  اسمعْ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ماضٍ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مضارع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أمر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الفعل الماضي بالمضارع منه.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ذهبَ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يسمعُ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جلسَ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يجلسُ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رسمَ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يخرجُ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سمعَ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يرسمُ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زرعَ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يزرعُ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خرجَ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يذهبُ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ما زمن الفعل الذي بين علامتي التنصيص « »؟</w:t>
      </w:r>
    </w:p>
    <w:p>
      <w:pPr>
        <w:bidi/>
        <w:spacing w:before="0" w:after="20"/>
        <w:jc w:val="both"/>
      </w:pPr>
      <w:r>
        <w:rPr>
          <w:rtl/>
        </w:rPr>
        <w:t>أ. «زارَ» محمّد جدّه في القرية.</w:t>
      </w:r>
    </w:p>
    <w:p>
      <w:pPr>
        <w:bidi/>
        <w:spacing w:before="0" w:after="80"/>
        <w:jc w:val="both"/>
      </w:pPr>
      <w:r>
        <w:rPr>
          <w:rtl/>
        </w:rPr>
        <w:t xml:space="preserve">   ○ ماضٍ      ○ مضارع      ○ أمر</w:t>
      </w:r>
    </w:p>
    <w:p>
      <w:pPr>
        <w:bidi/>
        <w:spacing w:before="0" w:after="20"/>
        <w:jc w:val="both"/>
      </w:pPr>
      <w:r>
        <w:rPr>
          <w:rtl/>
        </w:rPr>
        <w:t>ب. «تشرقُ» الشمس كلّ صباح.</w:t>
      </w:r>
    </w:p>
    <w:p>
      <w:pPr>
        <w:bidi/>
        <w:spacing w:before="0" w:after="80"/>
        <w:jc w:val="both"/>
      </w:pPr>
      <w:r>
        <w:rPr>
          <w:rtl/>
        </w:rPr>
        <w:t xml:space="preserve">   ○ ماضٍ      ○ مضارع      ○ أمر</w:t>
      </w:r>
    </w:p>
    <w:p>
      <w:pPr>
        <w:bidi/>
        <w:spacing w:before="0" w:after="20"/>
        <w:jc w:val="both"/>
      </w:pPr>
      <w:r>
        <w:rPr>
          <w:rtl/>
        </w:rPr>
        <w:t>ج. «احملْ» الحقيبة يا يوسف.</w:t>
      </w:r>
    </w:p>
    <w:p>
      <w:pPr>
        <w:bidi/>
        <w:spacing w:before="0" w:after="80"/>
        <w:jc w:val="both"/>
      </w:pPr>
      <w:r>
        <w:rPr>
          <w:rtl/>
        </w:rPr>
        <w:t xml:space="preserve">   ○ ماضٍ      ○ مضارع      ○ أمر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بالفعل المناسب من البنك، وانتبه لكلمات الزمن.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بنك الكلمات: سافرَ  |  يسافرُ  |  سيسافرُ</w:t>
      </w:r>
    </w:p>
    <w:p>
      <w:pPr>
        <w:bidi/>
        <w:spacing w:before="0" w:after="60"/>
        <w:jc w:val="both"/>
      </w:pPr>
      <w:r>
        <w:rPr>
          <w:rtl/>
        </w:rPr>
        <w:t>أ. أمس __________ خالي إلى الناصرة.</w:t>
      </w:r>
    </w:p>
    <w:p>
      <w:pPr>
        <w:bidi/>
        <w:spacing w:before="0" w:after="60"/>
        <w:jc w:val="both"/>
      </w:pPr>
      <w:r>
        <w:rPr>
          <w:rtl/>
        </w:rPr>
        <w:t>ب. في الأسبوع القادم __________ خالي إلى عكّا.</w:t>
      </w:r>
    </w:p>
    <w:p>
      <w:pPr>
        <w:bidi/>
        <w:spacing w:before="0" w:after="60"/>
        <w:jc w:val="both"/>
      </w:pPr>
      <w:r>
        <w:rPr>
          <w:rtl/>
        </w:rPr>
        <w:t>ج. الآن __________ خالي بالقطار.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صحيح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الفعل الماضي يقبل تاء التأنيث الساكنة: درسَتْ.      صحيح / خطأ</w:t>
      </w:r>
    </w:p>
    <w:p>
      <w:pPr>
        <w:bidi/>
        <w:spacing w:before="0" w:after="60"/>
        <w:jc w:val="both"/>
      </w:pPr>
      <w:r>
        <w:rPr>
          <w:rtl/>
        </w:rPr>
        <w:t>ب. الفعل المضارع يبدأ دائمًا بحرف الميم.      صحيح / خطأ</w:t>
      </w:r>
    </w:p>
    <w:p>
      <w:pPr>
        <w:bidi/>
        <w:spacing w:before="0" w:after="60"/>
        <w:jc w:val="both"/>
      </w:pPr>
      <w:r>
        <w:rPr>
          <w:rtl/>
        </w:rPr>
        <w:t>ج. فعل الأمر يدلّ على عمل حدث في الماضي.      صحيح / خطأ</w:t>
      </w:r>
    </w:p>
    <w:p>
      <w:pPr>
        <w:bidi/>
        <w:spacing w:before="0" w:after="60"/>
        <w:jc w:val="both"/>
      </w:pPr>
      <w:r>
        <w:rPr>
          <w:rtl/>
        </w:rPr>
        <w:t>د. «سوف» تأتي قبل الفعل المضارع.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الماضي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المضارع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الأمر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فتحَ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يرسمُ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اشربْ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يغسلُ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Arial" w:hAnsi="Arial" w:cs="Arial"/>
          <w:b/>
          <w:bCs/>
          <w:color w:val="3F6212"/>
          <w:sz w:val="30"/>
          <w:szCs w:val="30"/>
          <w:rtl/>
        </w:rPr>
        <w:t>سلطة الفلّاحين</w:t>
      </w:r>
    </w:p>
    <w:p>
      <w:pPr>
        <w:bidi/>
        <w:spacing w:before="0" w:after="80"/>
        <w:jc w:val="both"/>
      </w:pPr>
      <w:r>
        <w:rPr>
          <w:rtl/>
        </w:rPr>
        <w:t>أمس ساعدتُ أمّي في تحضير السلطة للغداء. غسلْنا الخضار جيّدًا، ثمّ قطعتُ البندورة والخيار قطعًا صغيرة، وأضافت أمّي البصل والبقدونس.</w:t>
      </w:r>
    </w:p>
    <w:p>
      <w:pPr>
        <w:bidi/>
        <w:spacing w:before="0" w:after="80"/>
        <w:jc w:val="both"/>
      </w:pPr>
      <w:r>
        <w:rPr>
          <w:rtl/>
        </w:rPr>
        <w:t>قالت أمّي: «سأكتب لكَ الطريقة على ورقة، لكي تحضّرها وحدك في المرّة القادمة». وهذا ما كتبَتْه:</w:t>
      </w:r>
    </w:p>
    <w:p>
      <w:pPr>
        <w:bidi/>
        <w:spacing w:before="0" w:after="80"/>
        <w:jc w:val="both"/>
      </w:pPr>
      <w:r>
        <w:rPr>
          <w:rtl/>
        </w:rPr>
        <w:t>اغسلِ الخضار بالماء. اقطعِ البندورة والخيار والبصل. ضعِ القطع في وعاء كبير. اعصرْ ليمونة، واسكبْ قليلًا من زيت الزيتون، ثمّ اخلطْ كلّ شيء.</w:t>
      </w:r>
    </w:p>
    <w:p>
      <w:pPr>
        <w:bidi/>
        <w:spacing w:before="0" w:after="80"/>
        <w:jc w:val="both"/>
      </w:pPr>
      <w:r>
        <w:rPr>
          <w:rtl/>
        </w:rPr>
        <w:t>اليوم أحضّر السلطة وحدي، وأشعر بالفخر حين يأكل منها أهلي.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 نصّ «سلطة الفلّاحين». ما زمن الفعل في كلّ جملة؟ اكتب الفعل وزمنه.</w:t>
      </w:r>
    </w:p>
    <w:p>
      <w:pPr>
        <w:bidi/>
        <w:spacing w:before="0" w:after="100"/>
        <w:jc w:val="both"/>
      </w:pPr>
      <w:r>
        <w:rPr>
          <w:rtl/>
        </w:rPr>
        <w:t>أ. أمس ساعدتُ أمّي.</w:t>
      </w:r>
    </w:p>
    <w:p>
      <w:pPr>
        <w:bidi/>
        <w:spacing w:before="0" w:after="100"/>
        <w:jc w:val="both"/>
      </w:pPr>
      <w:r>
        <w:rPr>
          <w:rtl/>
        </w:rPr>
        <w:t>ب. سأكتب لكَ الطريقة على ورقة.</w:t>
      </w:r>
    </w:p>
    <w:p>
      <w:pPr>
        <w:bidi/>
        <w:spacing w:before="0" w:after="100"/>
        <w:jc w:val="both"/>
      </w:pPr>
      <w:r>
        <w:rPr>
          <w:rtl/>
        </w:rPr>
        <w:t>ج. اقطعِ البندورة والخيار والبصل.</w:t>
      </w:r>
    </w:p>
    <w:p>
      <w:pPr>
        <w:bidi/>
        <w:spacing w:before="0" w:after="100"/>
        <w:jc w:val="both"/>
      </w:pPr>
      <w:r>
        <w:rPr>
          <w:rtl/>
        </w:rPr>
        <w:t>د. اليوم أحضّر السلطة وحدي.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لماذا جاءت الأفعال في الفقرة الثالثة من النصّ بصيغة الأمر؟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حوّل المضارع إلى أمر.</w:t>
      </w:r>
    </w:p>
    <w:p>
      <w:pPr>
        <w:bidi/>
        <w:spacing w:before="0" w:after="60"/>
        <w:jc w:val="both"/>
      </w:pPr>
      <w:r>
        <w:rPr>
          <w:rtl/>
        </w:rPr>
        <w:t>أ. تجلسُ في مكانك. ← __________ في مكانك.</w:t>
      </w:r>
    </w:p>
    <w:p>
      <w:pPr>
        <w:bidi/>
        <w:spacing w:before="0" w:after="60"/>
        <w:jc w:val="both"/>
      </w:pPr>
      <w:r>
        <w:rPr>
          <w:rtl/>
        </w:rPr>
        <w:t>ب. تفتحُ الكتاب. ← __________ الكتاب.</w:t>
      </w:r>
    </w:p>
    <w:p>
      <w:pPr>
        <w:bidi/>
        <w:spacing w:before="0" w:after="60"/>
        <w:jc w:val="both"/>
      </w:pPr>
      <w:r>
        <w:rPr>
          <w:rtl/>
        </w:rPr>
        <w:t>ج. تسمعُ النصيحة. ← __________ النصيحة.</w:t>
      </w:r>
    </w:p>
    <w:p>
      <w:pPr>
        <w:bidi/>
        <w:spacing w:before="0" w:after="60"/>
        <w:jc w:val="both"/>
      </w:pPr>
      <w:r>
        <w:rPr>
          <w:rtl/>
        </w:rPr>
        <w:t>د. تحملُ السلّة. ← __________ السلّة.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حوّل فعل الأمر إلى المخاطَبة (أنتِ).</w:t>
      </w:r>
    </w:p>
    <w:p>
      <w:pPr>
        <w:bidi/>
        <w:spacing w:before="0" w:after="100"/>
        <w:jc w:val="both"/>
      </w:pPr>
      <w:r>
        <w:rPr>
          <w:rtl/>
        </w:rPr>
        <w:t>أ. اكتبْ</w:t>
      </w:r>
    </w:p>
    <w:p>
      <w:pPr>
        <w:bidi/>
        <w:spacing w:before="0" w:after="100"/>
        <w:jc w:val="both"/>
      </w:pPr>
      <w:r>
        <w:rPr>
          <w:rtl/>
        </w:rPr>
        <w:t>ب. العبْ</w:t>
      </w:r>
    </w:p>
    <w:p>
      <w:pPr>
        <w:bidi/>
        <w:spacing w:before="0" w:after="100"/>
        <w:jc w:val="both"/>
      </w:pPr>
      <w:r>
        <w:rPr>
          <w:rtl/>
        </w:rPr>
        <w:t>ج. اشربْ</w:t>
      </w:r>
    </w:p>
    <w:p>
      <w:pPr>
        <w:bidi/>
        <w:spacing w:before="0" w:after="100"/>
        <w:jc w:val="both"/>
      </w:pPr>
      <w:r>
        <w:rPr>
          <w:rtl/>
        </w:rPr>
        <w:t>د. ارسمْ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حوّل الفقرة إلى الماضي، وابدأ بكلمة «أمس»: «يستيقظ سامي مبكّرًا، ويغسل وجهه، ثمّ يشرب الحليب ويذهب إلى المدرسة».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أربع تعليمات للمحافظة على نظافة الصفّ، واستعمل فيها أفعال أمر مختلفة.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عمل – الإجابات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0F7A4F"/>
          <w:sz w:val="36"/>
          <w:szCs w:val="36"/>
          <w:rtl/>
        </w:rPr>
        <w:t>الإجابات – الفعل الماضي والمضارع والأمر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الأفعال: ماضٍ، مضارع أم أمر؟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ماضٍ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مضارع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أمر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كتبَ, نامَ, شربَ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يلعبُ, نرسمُ, تقرأُ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اجلسْ, افتحْ, اسمعْ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الفعل الماضي بالمضارع منه.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ذهبَ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يسمعُ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جلسَ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يجلسُ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رسمَ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يخرجُ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سمعَ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يرسمُ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زرعَ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يزرعُ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خرجَ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يذهبُ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ما زمن الفعل الذي بين علامتي التنصيص « »؟</w:t>
      </w:r>
    </w:p>
    <w:p>
      <w:pPr>
        <w:bidi/>
        <w:spacing w:before="0" w:after="20"/>
        <w:jc w:val="both"/>
      </w:pPr>
      <w:r>
        <w:rPr>
          <w:rtl/>
        </w:rPr>
        <w:t>أ. «زارَ» محمّد جدّه في القرية.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ماضٍ</w:t>
      </w:r>
    </w:p>
    <w:p>
      <w:pPr>
        <w:bidi/>
        <w:spacing w:before="0" w:after="20"/>
        <w:jc w:val="both"/>
      </w:pPr>
      <w:r>
        <w:rPr>
          <w:rtl/>
        </w:rPr>
        <w:t>ب. «تشرقُ» الشمس كلّ صباح.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مضارع</w:t>
      </w:r>
    </w:p>
    <w:p>
      <w:pPr>
        <w:bidi/>
        <w:spacing w:before="0" w:after="20"/>
        <w:jc w:val="both"/>
      </w:pPr>
      <w:r>
        <w:rPr>
          <w:rtl/>
        </w:rPr>
        <w:t>ج. «احملْ» الحقيبة يا يوسف.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أمر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بالفعل المناسب من البنك، وانتبه لكلمات الزمن.</w:t>
      </w:r>
    </w:p>
    <w:p>
      <w:pPr>
        <w:bidi/>
        <w:spacing w:before="0" w:after="40"/>
        <w:jc w:val="both"/>
      </w:pPr>
      <w:r>
        <w:rPr>
          <w:rtl/>
        </w:rPr>
        <w:t>أ. أمس سافرَ خالي إلى الناصرة.</w:t>
      </w:r>
    </w:p>
    <w:p>
      <w:pPr>
        <w:bidi/>
        <w:spacing w:before="0" w:after="40"/>
        <w:jc w:val="both"/>
      </w:pPr>
      <w:r>
        <w:rPr>
          <w:rtl/>
        </w:rPr>
        <w:t>ب. في الأسبوع القادم سيسافرُ خالي إلى عكّا.</w:t>
      </w:r>
    </w:p>
    <w:p>
      <w:pPr>
        <w:bidi/>
        <w:spacing w:before="0" w:after="40"/>
        <w:jc w:val="both"/>
      </w:pPr>
      <w:r>
        <w:rPr>
          <w:rtl/>
        </w:rPr>
        <w:t>ج. الآن يسافرُ خالي بالقطار.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صحيح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الفعل الماضي يقبل تاء التأنيث الساكنة: درسَتْ. – صحيح</w:t>
      </w:r>
    </w:p>
    <w:p>
      <w:pPr>
        <w:bidi/>
        <w:spacing w:before="0" w:after="40"/>
        <w:jc w:val="both"/>
      </w:pPr>
      <w:r>
        <w:rPr>
          <w:rtl/>
        </w:rPr>
        <w:t>ب. الفعل المضارع يبدأ دائمًا بحرف الميم. – خطأ – يبدأ بأحد أحرف «أنيت»: أ، ن، ي، ت</w:t>
      </w:r>
    </w:p>
    <w:p>
      <w:pPr>
        <w:bidi/>
        <w:spacing w:before="0" w:after="40"/>
        <w:jc w:val="both"/>
      </w:pPr>
      <w:r>
        <w:rPr>
          <w:rtl/>
        </w:rPr>
        <w:t>ج. فعل الأمر يدلّ على عمل حدث في الماضي. – خطأ – فعل الأمر طلب لعمل يحدث بعد الكلام</w:t>
      </w:r>
    </w:p>
    <w:p>
      <w:pPr>
        <w:bidi/>
        <w:spacing w:before="0" w:after="40"/>
        <w:jc w:val="both"/>
      </w:pPr>
      <w:r>
        <w:rPr>
          <w:rtl/>
        </w:rPr>
        <w:t>د. «سوف» تأتي قبل الفعل المضارع.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الماضي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المضارع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الأمر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فتحَ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يفتحُ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افتحْ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رسمَ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يرسمُ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ارسمْ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شربَ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يشربُ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اشربْ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لعبَ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يلعبُ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العبْ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غسلَ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يغسلُ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اغسلْ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 نصّ «سلطة الفلّاحين». ما زمن الفعل في كلّ جملة؟ اكتب الفعل وزمنه.</w:t>
      </w:r>
    </w:p>
    <w:p>
      <w:pPr>
        <w:bidi/>
        <w:spacing w:before="0" w:after="100"/>
        <w:jc w:val="both"/>
      </w:pPr>
      <w:r>
        <w:rPr>
          <w:rtl/>
        </w:rPr>
        <w:t>أ. أمس ساعدتُ أمّي.  ← ساعدتُ: ماضٍ</w:t>
      </w:r>
    </w:p>
    <w:p>
      <w:pPr>
        <w:bidi/>
        <w:spacing w:before="0" w:after="100"/>
        <w:jc w:val="both"/>
      </w:pPr>
      <w:r>
        <w:rPr>
          <w:rtl/>
        </w:rPr>
        <w:t>ب. سأكتب لكَ الطريقة على ورقة.  ← سأكتب: مضارع</w:t>
      </w:r>
    </w:p>
    <w:p>
      <w:pPr>
        <w:bidi/>
        <w:spacing w:before="0" w:after="100"/>
        <w:jc w:val="both"/>
      </w:pPr>
      <w:r>
        <w:rPr>
          <w:rtl/>
        </w:rPr>
        <w:t>ج. اقطعِ البندورة والخيار والبصل.  ← اقطعْ: أمر</w:t>
      </w:r>
    </w:p>
    <w:p>
      <w:pPr>
        <w:bidi/>
        <w:spacing w:before="0" w:after="100"/>
        <w:jc w:val="both"/>
      </w:pPr>
      <w:r>
        <w:rPr>
          <w:rtl/>
        </w:rPr>
        <w:t>د. اليوم أحضّر السلطة وحدي.  ← أحضّر: مضارع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لماذا جاءت الأفعال في الفقرة الثالثة من النصّ بصيغة الأمر؟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لأنّها تعليمات وخطوات تطلب الأمّ من ابنها أن يقوم بها لتحضير السلطة.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حوّل المضارع إلى أمر.</w:t>
      </w:r>
    </w:p>
    <w:p>
      <w:pPr>
        <w:bidi/>
        <w:spacing w:before="0" w:after="40"/>
        <w:jc w:val="both"/>
      </w:pPr>
      <w:r>
        <w:rPr>
          <w:rtl/>
        </w:rPr>
        <w:t>أ. تجلسُ في مكانك. ← اجلسْ في مكانك.</w:t>
      </w:r>
    </w:p>
    <w:p>
      <w:pPr>
        <w:bidi/>
        <w:spacing w:before="0" w:after="40"/>
        <w:jc w:val="both"/>
      </w:pPr>
      <w:r>
        <w:rPr>
          <w:rtl/>
        </w:rPr>
        <w:t>ب. تفتحُ الكتاب. ← افتحْ الكتاب.</w:t>
      </w:r>
    </w:p>
    <w:p>
      <w:pPr>
        <w:bidi/>
        <w:spacing w:before="0" w:after="40"/>
        <w:jc w:val="both"/>
      </w:pPr>
      <w:r>
        <w:rPr>
          <w:rtl/>
        </w:rPr>
        <w:t>ج. تسمعُ النصيحة. ← اسمعْ النصيحة.</w:t>
      </w:r>
    </w:p>
    <w:p>
      <w:pPr>
        <w:bidi/>
        <w:spacing w:before="0" w:after="40"/>
        <w:jc w:val="both"/>
      </w:pPr>
      <w:r>
        <w:rPr>
          <w:rtl/>
        </w:rPr>
        <w:t>د. تحملُ السلّة. ← احملْ السلّة.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حوّل فعل الأمر إلى المخاطَبة (أنتِ).</w:t>
      </w:r>
    </w:p>
    <w:p>
      <w:pPr>
        <w:bidi/>
        <w:spacing w:before="0" w:after="100"/>
        <w:jc w:val="both"/>
      </w:pPr>
      <w:r>
        <w:rPr>
          <w:rtl/>
        </w:rPr>
        <w:t>أ. اكتبْ  ← اكتبي</w:t>
      </w:r>
    </w:p>
    <w:p>
      <w:pPr>
        <w:bidi/>
        <w:spacing w:before="0" w:after="100"/>
        <w:jc w:val="both"/>
      </w:pPr>
      <w:r>
        <w:rPr>
          <w:rtl/>
        </w:rPr>
        <w:t>ب. العبْ  ← العبي</w:t>
      </w:r>
    </w:p>
    <w:p>
      <w:pPr>
        <w:bidi/>
        <w:spacing w:before="0" w:after="100"/>
        <w:jc w:val="both"/>
      </w:pPr>
      <w:r>
        <w:rPr>
          <w:rtl/>
        </w:rPr>
        <w:t>ج. اشربْ  ← اشربي</w:t>
      </w:r>
    </w:p>
    <w:p>
      <w:pPr>
        <w:bidi/>
        <w:spacing w:before="0" w:after="100"/>
        <w:jc w:val="both"/>
      </w:pPr>
      <w:r>
        <w:rPr>
          <w:rtl/>
        </w:rPr>
        <w:t>د. ارسمْ  ← ارسمي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حوّل الفقرة إلى الماضي، وابدأ بكلمة «أمس»: «يستيقظ سامي مبكّرًا، ويغسل وجهه، ثمّ يشرب الحليب ويذهب إلى المدرسة».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أمس استيقظ سامي مبكّرًا، وغسل وجهه، ثمّ شرب الحليب وذهب إلى المدرسة.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أربع تعليمات للمحافظة على نظافة الصفّ، واستعمل فيها أفعال أمر مختلفة.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ارمِ الورق في سلّة المهملات. رتّبْ كتبك على الرفّ. امسحْ طاولتك. افتحِ النافذة لتجديد الهواء.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