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الرابع   |   ورقة عمل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همزة الوصل وهمزة القطع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الكلمات: همزة قطع أم همزة وصل؟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الكلمات: أب  |  اسم  |  إلى  |  اكتبْ  |  أنا  |  ابن  |  أرض  |  القمر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همزة قطع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همزة وصل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اكتب «أ» أو «إ» في الفراغ.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بنك الكلمات: أ  |  إ</w:t>
      </w:r>
    </w:p>
    <w:p>
      <w:pPr>
        <w:bidi/>
        <w:spacing w:before="0" w:after="60"/>
        <w:jc w:val="both"/>
      </w:pPr>
      <w:r>
        <w:rPr>
          <w:rtl/>
        </w:rPr>
        <w:t>أ. __________بريق الماء ساخن.</w:t>
      </w:r>
    </w:p>
    <w:p>
      <w:pPr>
        <w:bidi/>
        <w:spacing w:before="0" w:after="60"/>
        <w:jc w:val="both"/>
      </w:pPr>
      <w:r>
        <w:rPr>
          <w:rtl/>
        </w:rPr>
        <w:t>ب. __________مّي تعدّ الطعام.</w:t>
      </w:r>
    </w:p>
    <w:p>
      <w:pPr>
        <w:bidi/>
        <w:spacing w:before="0" w:after="60"/>
        <w:jc w:val="both"/>
      </w:pPr>
      <w:r>
        <w:rPr>
          <w:rtl/>
        </w:rPr>
        <w:t>ج. ذهبنا __________لى السوق.</w:t>
      </w:r>
    </w:p>
    <w:p>
      <w:pPr>
        <w:bidi/>
        <w:spacing w:before="0" w:after="60"/>
        <w:jc w:val="both"/>
      </w:pPr>
      <w:r>
        <w:rPr>
          <w:rtl/>
        </w:rPr>
        <w:t>د. هذا __________سد قويّ.</w:t>
      </w:r>
    </w:p>
    <w:p>
      <w:pPr>
        <w:bidi/>
        <w:spacing w:before="0" w:after="60"/>
        <w:jc w:val="both"/>
      </w:pPr>
      <w:r>
        <w:rPr>
          <w:rtl/>
        </w:rPr>
        <w:t>هـ. __________نسان طيّب.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صحيح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همزة الوصل تُنطق دائمًا.      صحيح / خطأ</w:t>
      </w:r>
    </w:p>
    <w:p>
      <w:pPr>
        <w:bidi/>
        <w:spacing w:before="0" w:after="60"/>
        <w:jc w:val="both"/>
      </w:pPr>
      <w:r>
        <w:rPr>
          <w:rtl/>
        </w:rPr>
        <w:t>ب. «ال» التعريف تبدأ بهمزة وصل.      صحيح / خطأ</w:t>
      </w:r>
    </w:p>
    <w:p>
      <w:pPr>
        <w:bidi/>
        <w:spacing w:before="0" w:after="60"/>
        <w:jc w:val="both"/>
      </w:pPr>
      <w:r>
        <w:rPr>
          <w:rtl/>
        </w:rPr>
        <w:t>ج. نكتب همزة القطع المكسورة تحت الألف: إ.      صحيح / خطأ</w:t>
      </w:r>
    </w:p>
    <w:p>
      <w:pPr>
        <w:bidi/>
        <w:spacing w:before="0" w:after="60"/>
        <w:jc w:val="both"/>
      </w:pPr>
      <w:r>
        <w:rPr>
          <w:rtl/>
        </w:rPr>
        <w:t>د. في كلمة «ابن» همزة قطع.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اختر الكلمة المكتوبة كتابة صحيحة.</w:t>
      </w:r>
    </w:p>
    <w:p>
      <w:pPr>
        <w:bidi/>
        <w:spacing w:before="0" w:after="20"/>
        <w:jc w:val="both"/>
      </w:pPr>
      <w:r>
        <w:rPr>
          <w:rtl/>
        </w:rPr>
        <w:t>أ. كلمة نعرّف بها الشخص أو الشيء:</w:t>
      </w:r>
    </w:p>
    <w:p>
      <w:pPr>
        <w:bidi/>
        <w:spacing w:before="0" w:after="80"/>
        <w:jc w:val="both"/>
      </w:pPr>
      <w:r>
        <w:rPr>
          <w:rtl/>
        </w:rPr>
        <w:t xml:space="preserve">   ○ إسم      ○ اسم      ○ أسم</w:t>
      </w:r>
    </w:p>
    <w:p>
      <w:pPr>
        <w:bidi/>
        <w:spacing w:before="0" w:after="20"/>
        <w:jc w:val="both"/>
      </w:pPr>
      <w:r>
        <w:rPr>
          <w:rtl/>
        </w:rPr>
        <w:t>ب. ابن أمّي وأبي:</w:t>
      </w:r>
    </w:p>
    <w:p>
      <w:pPr>
        <w:bidi/>
        <w:spacing w:before="0" w:after="80"/>
        <w:jc w:val="both"/>
      </w:pPr>
      <w:r>
        <w:rPr>
          <w:rtl/>
        </w:rPr>
        <w:t xml:space="preserve">   ○ اخي      ○ إخي      ○ أخي</w:t>
      </w:r>
    </w:p>
    <w:p>
      <w:pPr>
        <w:bidi/>
        <w:spacing w:before="0" w:after="20"/>
        <w:jc w:val="both"/>
      </w:pPr>
      <w:r>
        <w:rPr>
          <w:rtl/>
        </w:rPr>
        <w:t>ج. الأمر من «جلسَ»:</w:t>
      </w:r>
    </w:p>
    <w:p>
      <w:pPr>
        <w:bidi/>
        <w:spacing w:before="0" w:after="80"/>
        <w:jc w:val="both"/>
      </w:pPr>
      <w:r>
        <w:rPr>
          <w:rtl/>
        </w:rPr>
        <w:t xml:space="preserve">   ○ إجلسْ      ○ اجلسْ      ○ أجلسْ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ضع الواو قبل الكلمة وانطقها، ثمّ اكتب نوع الهمزة.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مع الواو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هل تُسمع الهمزة؟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نوعها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أخذ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اكتبْ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أمير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انتظر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صِل الكلمة بسبب كتابة همزتها.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القمر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همزة وصل: ماضٍ خماسيّ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اجلسْ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همزة وصل: «ال» التعريف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انطلقَ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همزة قطع: ماضٍ رباعيّ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أرسلَ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همزة وصل: أمر الفعل الثلاثيّ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أكتبُ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همزة قطع: مضارع للمتكلّم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اسمي عمر</w:t>
      </w:r>
    </w:p>
    <w:p>
      <w:pPr>
        <w:bidi/>
        <w:spacing w:before="0" w:after="80"/>
        <w:jc w:val="both"/>
      </w:pPr>
      <w:r>
        <w:rPr>
          <w:rtl/>
        </w:rPr>
        <w:t>اسمي عمر، وأنا ابن عشر سنوات، تلميذ في الصفّ الرابع. أسكن مع أسرتي في بيت صغير قرب الأرض التي زرعها أبي بأشجار التفّاح.</w:t>
      </w:r>
    </w:p>
    <w:p>
      <w:pPr>
        <w:bidi/>
        <w:spacing w:before="0" w:after="80"/>
        <w:jc w:val="both"/>
      </w:pPr>
      <w:r>
        <w:rPr>
          <w:rtl/>
        </w:rPr>
        <w:t>لي أخ كبير اسمه أحمد، وأخت صغيرة اسمها إيمان. في كلّ صباح نستيقظ مبكّرين، ثمّ ننطلق معًا إلى المدرسة. تقول أمّي لنا: «انتبهوا إلى الطريق، واستمعوا إلى المعلّم».</w:t>
      </w:r>
    </w:p>
    <w:p>
      <w:pPr>
        <w:bidi/>
        <w:spacing w:before="0" w:after="80"/>
        <w:jc w:val="both"/>
      </w:pPr>
      <w:r>
        <w:rPr>
          <w:rtl/>
        </w:rPr>
        <w:t>أحبّ القراءة كثيرًا، وأحلم أن أصبح طبيبًا أساعد الناس. وأنتم، ماذا تحلمون أن تصبحوا؟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اقرأ نصّ «اسمي عمر» وصنّف الكلمات منه.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الكلمات: اسمي  |  أنا  |  ابن  |  أسرتي  |  الأرض  |  أخ  |  إيمان  |  انتبهوا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همزة قطع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همزة وصل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أكمل حسب النصّ.</w:t>
      </w:r>
    </w:p>
    <w:p>
      <w:pPr>
        <w:bidi/>
        <w:spacing w:before="0" w:after="60"/>
        <w:jc w:val="both"/>
      </w:pPr>
      <w:r>
        <w:rPr>
          <w:rtl/>
        </w:rPr>
        <w:t>أ. اسم أخ عمر الكبير __________.</w:t>
      </w:r>
    </w:p>
    <w:p>
      <w:pPr>
        <w:bidi/>
        <w:spacing w:before="0" w:after="60"/>
        <w:jc w:val="both"/>
      </w:pPr>
      <w:r>
        <w:rPr>
          <w:rtl/>
        </w:rPr>
        <w:t>ب. زرع أبو عمر أشجار __________.</w:t>
      </w:r>
    </w:p>
    <w:p>
      <w:pPr>
        <w:bidi/>
        <w:spacing w:before="0" w:after="60"/>
        <w:jc w:val="both"/>
      </w:pPr>
      <w:r>
        <w:rPr>
          <w:rtl/>
        </w:rPr>
        <w:t>ج. قالت الأمّ: «__________ إلى الطريق».</w:t>
      </w:r>
    </w:p>
    <w:p>
      <w:pPr>
        <w:bidi/>
        <w:spacing w:before="0" w:after="60"/>
        <w:jc w:val="both"/>
      </w:pPr>
      <w:r>
        <w:rPr>
          <w:rtl/>
        </w:rPr>
        <w:t>د. يحلم عمر أن يصبح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صحّح الخطأ في كتابة الهمزة.</w:t>
      </w:r>
    </w:p>
    <w:p>
      <w:pPr>
        <w:bidi/>
        <w:spacing w:before="0" w:after="100"/>
        <w:jc w:val="both"/>
      </w:pPr>
      <w:r>
        <w:rPr>
          <w:rtl/>
        </w:rPr>
        <w:t>أ. إستمعتُ إلى القصّة.</w:t>
      </w:r>
    </w:p>
    <w:p>
      <w:pPr>
        <w:bidi/>
        <w:spacing w:before="0" w:after="100"/>
        <w:jc w:val="both"/>
      </w:pPr>
      <w:r>
        <w:rPr>
          <w:rtl/>
        </w:rPr>
        <w:t>ب. ذهب إبني إلى المدرسة.</w:t>
      </w:r>
    </w:p>
    <w:p>
      <w:pPr>
        <w:bidi/>
        <w:spacing w:before="0" w:after="100"/>
        <w:jc w:val="both"/>
      </w:pPr>
      <w:r>
        <w:rPr>
          <w:rtl/>
        </w:rPr>
        <w:t>ج. اكلتُ تفّاحة.</w:t>
      </w:r>
    </w:p>
    <w:p>
      <w:pPr>
        <w:bidi/>
        <w:spacing w:before="0" w:after="100"/>
        <w:jc w:val="both"/>
      </w:pPr>
      <w:r>
        <w:rPr>
          <w:rtl/>
        </w:rPr>
        <w:t>د. أنطلق القطار مسرعًا.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اكتب الأمر من الفعل، وانتبه إلى نوع الهمزة.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الماضي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الأمر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نوع الهمزة في الأمر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كتبَ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أرسلَ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لعبَ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اكتب جملتين: الأولى فيها كلمتان بهمزة قطع، والثانية فيها كلمتان بهمزة وصل.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فقرة قصيرة (3–4 جمل) عن نفسك مثل نصّ «اسمي عمر»، وضع دائرة حول كلمات فيها همزة قطع وخطًّا تحت كلمات فيها همزة وصل.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الرابع   |   ورقة عمل – الإجابات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الإجابات – همزة الوصل وهمزة القطع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الكلمات: همزة قطع أم همزة وصل؟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همزة قطع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همزة وصل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أب, إلى, أنا, أرض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اسم, اكتبْ, ابن, القمر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اكتب «أ» أو «إ» في الفراغ.</w:t>
      </w:r>
    </w:p>
    <w:p>
      <w:pPr>
        <w:bidi/>
        <w:spacing w:before="0" w:after="40"/>
        <w:jc w:val="both"/>
      </w:pPr>
      <w:r>
        <w:rPr>
          <w:rtl/>
        </w:rPr>
        <w:t>أ. إبريق الماء ساخن.</w:t>
      </w:r>
    </w:p>
    <w:p>
      <w:pPr>
        <w:bidi/>
        <w:spacing w:before="0" w:after="40"/>
        <w:jc w:val="both"/>
      </w:pPr>
      <w:r>
        <w:rPr>
          <w:rtl/>
        </w:rPr>
        <w:t>ب. أمّي تعدّ الطعام.</w:t>
      </w:r>
    </w:p>
    <w:p>
      <w:pPr>
        <w:bidi/>
        <w:spacing w:before="0" w:after="40"/>
        <w:jc w:val="both"/>
      </w:pPr>
      <w:r>
        <w:rPr>
          <w:rtl/>
        </w:rPr>
        <w:t>ج. ذهبنا إلى السوق.</w:t>
      </w:r>
    </w:p>
    <w:p>
      <w:pPr>
        <w:bidi/>
        <w:spacing w:before="0" w:after="40"/>
        <w:jc w:val="both"/>
      </w:pPr>
      <w:r>
        <w:rPr>
          <w:rtl/>
        </w:rPr>
        <w:t>د. هذا أسد قويّ.</w:t>
      </w:r>
    </w:p>
    <w:p>
      <w:pPr>
        <w:bidi/>
        <w:spacing w:before="0" w:after="40"/>
        <w:jc w:val="both"/>
      </w:pPr>
      <w:r>
        <w:rPr>
          <w:rtl/>
        </w:rPr>
        <w:t>هـ. إنسان طيّب.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صحيح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همزة الوصل تُنطق دائمًا. – خطأ – همزة الوصل تُنطق في أوّل الكلام فقط</w:t>
      </w:r>
    </w:p>
    <w:p>
      <w:pPr>
        <w:bidi/>
        <w:spacing w:before="0" w:after="40"/>
        <w:jc w:val="both"/>
      </w:pPr>
      <w:r>
        <w:rPr>
          <w:rtl/>
        </w:rPr>
        <w:t>ب. «ال» التعريف تبدأ بهمزة وصل. – صحيح</w:t>
      </w:r>
    </w:p>
    <w:p>
      <w:pPr>
        <w:bidi/>
        <w:spacing w:before="0" w:after="40"/>
        <w:jc w:val="both"/>
      </w:pPr>
      <w:r>
        <w:rPr>
          <w:rtl/>
        </w:rPr>
        <w:t>ج. نكتب همزة القطع المكسورة تحت الألف: إ. – صحيح</w:t>
      </w:r>
    </w:p>
    <w:p>
      <w:pPr>
        <w:bidi/>
        <w:spacing w:before="0" w:after="40"/>
        <w:jc w:val="both"/>
      </w:pPr>
      <w:r>
        <w:rPr>
          <w:rtl/>
        </w:rPr>
        <w:t>د. في كلمة «ابن» همزة قطع. – خطأ – في «ابن» همزة وصل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اختر الكلمة المكتوبة كتابة صحيحة.</w:t>
      </w:r>
    </w:p>
    <w:p>
      <w:pPr>
        <w:bidi/>
        <w:spacing w:before="0" w:after="20"/>
        <w:jc w:val="both"/>
      </w:pPr>
      <w:r>
        <w:rPr>
          <w:rtl/>
        </w:rPr>
        <w:t>أ. كلمة نعرّف بها الشخص أو الشيء: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اسم</w:t>
      </w:r>
    </w:p>
    <w:p>
      <w:pPr>
        <w:bidi/>
        <w:spacing w:before="0" w:after="20"/>
        <w:jc w:val="both"/>
      </w:pPr>
      <w:r>
        <w:rPr>
          <w:rtl/>
        </w:rPr>
        <w:t>ب. ابن أمّي وأبي: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أخي</w:t>
      </w:r>
    </w:p>
    <w:p>
      <w:pPr>
        <w:bidi/>
        <w:spacing w:before="0" w:after="20"/>
        <w:jc w:val="both"/>
      </w:pPr>
      <w:r>
        <w:rPr>
          <w:rtl/>
        </w:rPr>
        <w:t>ج. الأمر من «جلسَ»: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اجلسْ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ضع الواو قبل الكلمة وانطقها، ثمّ اكتب نوع الهمزة.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مع الواو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هل تُسمع الهمزة؟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نوعها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أخذ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وأخذ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نعم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قطع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اكتبْ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واكتبْ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لا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وصل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أمير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وأمير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نعم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قطع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انتظر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وانتظر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لا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وصل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صِل الكلمة بسبب كتابة همزتها.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القمر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همزة وصل: ماضٍ خماسيّ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اجلسْ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همزة وصل: «ال» التعريف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انطلقَ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همزة قطع: ماضٍ رباعيّ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أرسلَ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همزة وصل: أمر الفعل الثلاثيّ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أكتبُ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همزة قطع: مضارع للمتكلّم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اقرأ نصّ «اسمي عمر» وصنّف الكلمات منه.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همزة قطع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همزة وصل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أنا, أسرتي, أخ, إيمان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اسمي, ابن, الأرض, انتبهوا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أكمل حسب النصّ.</w:t>
      </w:r>
    </w:p>
    <w:p>
      <w:pPr>
        <w:bidi/>
        <w:spacing w:before="0" w:after="40"/>
        <w:jc w:val="both"/>
      </w:pPr>
      <w:r>
        <w:rPr>
          <w:rtl/>
        </w:rPr>
        <w:t>أ. اسم أخ عمر الكبير أحمد.</w:t>
      </w:r>
    </w:p>
    <w:p>
      <w:pPr>
        <w:bidi/>
        <w:spacing w:before="0" w:after="40"/>
        <w:jc w:val="both"/>
      </w:pPr>
      <w:r>
        <w:rPr>
          <w:rtl/>
        </w:rPr>
        <w:t>ب. زرع أبو عمر أشجار التفّاح.</w:t>
      </w:r>
    </w:p>
    <w:p>
      <w:pPr>
        <w:bidi/>
        <w:spacing w:before="0" w:after="40"/>
        <w:jc w:val="both"/>
      </w:pPr>
      <w:r>
        <w:rPr>
          <w:rtl/>
        </w:rPr>
        <w:t>ج. قالت الأمّ: «انتبهوا إلى الطريق».</w:t>
      </w:r>
    </w:p>
    <w:p>
      <w:pPr>
        <w:bidi/>
        <w:spacing w:before="0" w:after="40"/>
        <w:jc w:val="both"/>
      </w:pPr>
      <w:r>
        <w:rPr>
          <w:rtl/>
        </w:rPr>
        <w:t>د. يحلم عمر أن يصبح طبيبًا.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صحّح الخطأ في كتابة الهمزة.</w:t>
      </w:r>
    </w:p>
    <w:p>
      <w:pPr>
        <w:bidi/>
        <w:spacing w:before="0" w:after="100"/>
        <w:jc w:val="both"/>
      </w:pPr>
      <w:r>
        <w:rPr>
          <w:rtl/>
        </w:rPr>
        <w:t>أ. إستمعتُ إلى القصّة.  ← استمعتُ</w:t>
      </w:r>
    </w:p>
    <w:p>
      <w:pPr>
        <w:bidi/>
        <w:spacing w:before="0" w:after="100"/>
        <w:jc w:val="both"/>
      </w:pPr>
      <w:r>
        <w:rPr>
          <w:rtl/>
        </w:rPr>
        <w:t>ب. ذهب إبني إلى المدرسة.  ← ابني</w:t>
      </w:r>
    </w:p>
    <w:p>
      <w:pPr>
        <w:bidi/>
        <w:spacing w:before="0" w:after="100"/>
        <w:jc w:val="both"/>
      </w:pPr>
      <w:r>
        <w:rPr>
          <w:rtl/>
        </w:rPr>
        <w:t>ج. اكلتُ تفّاحة.  ← أكلتُ</w:t>
      </w:r>
    </w:p>
    <w:p>
      <w:pPr>
        <w:bidi/>
        <w:spacing w:before="0" w:after="100"/>
        <w:jc w:val="both"/>
      </w:pPr>
      <w:r>
        <w:rPr>
          <w:rtl/>
        </w:rPr>
        <w:t>د. أنطلق القطار مسرعًا.  ← انطلق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اكتب الأمر من الفعل، وانتبه إلى نوع الهمزة.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الماضي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الأمر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نوع الهمزة في الأمر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كتبَ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اكتبْ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وصل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أرسلَ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أرسلْ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قطع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لعبَ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العبْ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وصل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اكتب جملتين: الأولى فيها كلمتان بهمزة قطع، والثانية فيها كلمتان بهمزة وصل.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أكلَ أحمد إجّاصة. استيقظ ابن الجيران مبكّرًا.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فقرة قصيرة (3–4 جمل) عن نفسك مثل نصّ «اسمي عمر»، وضع دائرة حول كلمات فيها همزة قطع وخطًّا تحت كلمات فيها همزة وصل.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اسمي سلمى، وأنا ابنة عشر سنوات. أحبّ الرسم، وأرسم الأشجار والأزهار. أحلم أن أصبح مهندسة.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kkal Majalla" w:hAnsi="Sakkal Majalla" w:cs="Sakkal Majalla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