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فهم المقروء: النصّ المعلوماتيّ ومبناه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صواب أم خطأ؟ صحّح الجمل الخاطئة.</w:t>
      </w:r>
    </w:p>
    <w:p>
      <w:pPr>
        <w:bidi/>
        <w:spacing w:before="0" w:after="60"/>
        <w:jc w:val="both"/>
      </w:pPr>
      <w:r>
        <w:rPr>
          <w:rtl/>
        </w:rPr>
        <w:t>أ. هدف النصّ المعلوماتيّ أن يروي قصّة مشوّقة.      صحيح / خطأ</w:t>
      </w:r>
    </w:p>
    <w:p>
      <w:pPr>
        <w:bidi/>
        <w:spacing w:before="0" w:after="60"/>
        <w:jc w:val="both"/>
      </w:pPr>
      <w:r>
        <w:rPr>
          <w:rtl/>
        </w:rPr>
        <w:t>ب. العنوان يدلّ على موضوع النصّ.      صحيح / خطأ</w:t>
      </w:r>
    </w:p>
    <w:p>
      <w:pPr>
        <w:bidi/>
        <w:spacing w:before="0" w:after="60"/>
        <w:jc w:val="both"/>
      </w:pPr>
      <w:r>
        <w:rPr>
          <w:rtl/>
        </w:rPr>
        <w:t>ج. في كلّ فقرة من العرض عدّة أفكار رئيسيّة.      صحيح / خطأ</w:t>
      </w:r>
    </w:p>
    <w:p>
      <w:pPr>
        <w:bidi/>
        <w:spacing w:before="0" w:after="60"/>
        <w:jc w:val="both"/>
      </w:pPr>
      <w:r>
        <w:rPr>
          <w:rtl/>
        </w:rPr>
        <w:t>د. الصور والجداول في النصّ تعطينا معلومات.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كلّ جزء من النصّ المعلوماتيّ بما فيه.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العنوان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تعريف الموضوع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المقدّمة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فقرات فيها التفاصيل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العرض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كلمات قليلة تدلّ على الموضوع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الخاتمة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تلخيص أو نصيحة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العناوين: أيّها لنصّ معلوماتيّ وأيّها لقصّة؟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الكلمات: البحر الميّت أخفض مكان في العالم  |  مغامرة سامي في الغابة  |  كيف تصنع النحلة العسل؟  |  القطّة التي ضاعت ليلة العيد  |  فوائد زيت الزيتون  |  الحلم العجيب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نصّ معلوماتيّ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بأداة الربط المناسبة من الصندوق.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بنك الكلمات: لأنّ  |  لذلك  |  ثمّ  |  بالإضافة إلى ذلك  |  أمّا</w:t>
      </w:r>
    </w:p>
    <w:p>
      <w:pPr>
        <w:bidi/>
        <w:spacing w:before="0" w:after="60"/>
        <w:jc w:val="both"/>
      </w:pPr>
      <w:r>
        <w:rPr>
          <w:rtl/>
        </w:rPr>
        <w:t>أ. تنام الدببة في الشتاء __________ الطعام قليل في هذا الفصل.</w:t>
      </w:r>
    </w:p>
    <w:p>
      <w:pPr>
        <w:bidi/>
        <w:spacing w:before="0" w:after="60"/>
        <w:jc w:val="both"/>
      </w:pPr>
      <w:r>
        <w:rPr>
          <w:rtl/>
        </w:rPr>
        <w:t>ب. الماء ضروريّ للحياة، __________ يجب ألّا نهدره.</w:t>
      </w:r>
    </w:p>
    <w:p>
      <w:pPr>
        <w:bidi/>
        <w:spacing w:before="0" w:after="60"/>
        <w:jc w:val="both"/>
      </w:pPr>
      <w:r>
        <w:rPr>
          <w:rtl/>
        </w:rPr>
        <w:t>ج. نقطف الزيتون أوّلًا، __________ ننقله إلى المعصرة.</w:t>
      </w:r>
    </w:p>
    <w:p>
      <w:pPr>
        <w:bidi/>
        <w:spacing w:before="0" w:after="60"/>
        <w:jc w:val="both"/>
      </w:pPr>
      <w:r>
        <w:rPr>
          <w:rtl/>
        </w:rPr>
        <w:t>د. الخيل سريعة، __________ الجمال فصبورة على العطش.</w:t>
      </w:r>
    </w:p>
    <w:p>
      <w:pPr>
        <w:bidi/>
        <w:spacing w:before="0" w:after="60"/>
        <w:jc w:val="both"/>
      </w:pPr>
      <w:r>
        <w:rPr>
          <w:rtl/>
        </w:rPr>
        <w:t>هـ. يعطينا النحل العسل، __________ يساعد على تلقيح الأزهار.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شجرة الزيتون</w:t>
      </w:r>
    </w:p>
    <w:p>
      <w:pPr>
        <w:bidi/>
        <w:spacing w:before="0" w:after="80"/>
        <w:jc w:val="both"/>
      </w:pPr>
      <w:r>
        <w:rPr>
          <w:rtl/>
        </w:rPr>
        <w:t>شجرة الزيتون من أقدم الأشجار التي زرعها الإنسان في بلادنا، وهي تعيش مئات السنين. ولذلك نرى في قرانا أشجارًا ضخمة جذوعها ملتوية وعريضة.</w:t>
      </w:r>
    </w:p>
    <w:p>
      <w:pPr>
        <w:bidi/>
        <w:spacing w:before="0" w:after="80"/>
        <w:jc w:val="both"/>
      </w:pPr>
      <w:r>
        <w:rPr>
          <w:rtl/>
        </w:rPr>
        <w:t>تحتاج شجرة الزيتون إلى القليل من الماء، فهي تصبر على حرّ الصيف وجفافه. كما أنّها تنمو في الأرض الصخريّة على سفوح الجبال، حيث لا تنمو أشجار كثيرة غيرها.</w:t>
      </w:r>
    </w:p>
    <w:p>
      <w:pPr>
        <w:bidi/>
        <w:spacing w:before="0" w:after="80"/>
        <w:jc w:val="both"/>
      </w:pPr>
      <w:r>
        <w:rPr>
          <w:rtl/>
        </w:rPr>
        <w:t>في الخريف يبدأ موسم القطف. تخرج العائلات إلى الحقول، فيفرشون الأقمشة تحت الأشجار، ثمّ يهزّون الأغصان أو يمشطونها لتتساقط الحبّات. بعد ذلك تُنقل الحبّات إلى المعصرة لاستخراج الزيت.</w:t>
      </w:r>
    </w:p>
    <w:p>
      <w:pPr>
        <w:bidi/>
        <w:spacing w:before="0" w:after="80"/>
        <w:jc w:val="both"/>
      </w:pPr>
      <w:r>
        <w:rPr>
          <w:rtl/>
        </w:rPr>
        <w:t>للزيتون فوائد كثيرة: نأكل حبّاته، ونطبخ بزيته، ونصنع منه الصابون. وزيت الزيتون مفيد للقلب والجسم. لهذا كلّه، يحافظ الفلّاحون على أشجارهم ويعتنون بها كما يعتنون بأولادهم.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أجب عن الأسئلة حسب نصّ «شجرة الزيتون».</w:t>
      </w:r>
    </w:p>
    <w:p>
      <w:pPr>
        <w:bidi/>
        <w:spacing w:before="0" w:after="20"/>
        <w:jc w:val="both"/>
      </w:pPr>
      <w:r>
        <w:rPr>
          <w:rtl/>
        </w:rPr>
        <w:t>أ. ما الفكرة الرئيسيّة في الفقرة الثانية؟</w:t>
      </w:r>
    </w:p>
    <w:p>
      <w:pPr>
        <w:bidi/>
        <w:spacing w:before="0" w:after="80"/>
        <w:jc w:val="both"/>
      </w:pPr>
      <w:r>
        <w:rPr>
          <w:rtl/>
        </w:rPr>
        <w:t xml:space="preserve">   ○ موسم القطف      ○ شجرة الزيتون تصبر على الظروف الصعبة      ○ فوائد الزيت      ○ عمر الشجرة</w:t>
      </w:r>
    </w:p>
    <w:p>
      <w:pPr>
        <w:bidi/>
        <w:spacing w:before="0" w:after="20"/>
        <w:jc w:val="both"/>
      </w:pPr>
      <w:r>
        <w:rPr>
          <w:rtl/>
        </w:rPr>
        <w:t>ب. متى يبدأ موسم القطف؟</w:t>
      </w:r>
    </w:p>
    <w:p>
      <w:pPr>
        <w:bidi/>
        <w:spacing w:before="0" w:after="80"/>
        <w:jc w:val="both"/>
      </w:pPr>
      <w:r>
        <w:rPr>
          <w:rtl/>
        </w:rPr>
        <w:t xml:space="preserve">   ○ في الربيع      ○ في الصيف      ○ في الخريف      ○ في الشتاء</w:t>
      </w:r>
    </w:p>
    <w:p>
      <w:pPr>
        <w:bidi/>
        <w:spacing w:before="0" w:after="20"/>
        <w:jc w:val="both"/>
      </w:pPr>
      <w:r>
        <w:rPr>
          <w:rtl/>
        </w:rPr>
        <w:t>ج. ما معنى «سفوح الجبال»؟</w:t>
      </w:r>
    </w:p>
    <w:p>
      <w:pPr>
        <w:bidi/>
        <w:spacing w:before="0" w:after="80"/>
        <w:jc w:val="both"/>
      </w:pPr>
      <w:r>
        <w:rPr>
          <w:rtl/>
        </w:rPr>
        <w:t xml:space="preserve">   ○ قمم الجبال      ○ أسفل جوانب الجبال      ○ الكهوف      ○ الوديان العميقة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الفكرة الرئيسيّة لكلّ فقرة من نصّ «شجرة الزيتون».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الفقرة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الفكرة الرئيسيّة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الأولى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الثانية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الثالثة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الرابعة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الجمل من النصّ، واكتب بجانب كلّ جملة أداة الربط التي فيها ومعناها.</w:t>
      </w:r>
    </w:p>
    <w:p>
      <w:pPr>
        <w:bidi/>
        <w:spacing w:before="0" w:after="100"/>
        <w:jc w:val="both"/>
      </w:pPr>
      <w:r>
        <w:rPr>
          <w:rtl/>
        </w:rPr>
        <w:t>أ. ولذلك نرى في قرانا أشجارًا ضخمة.</w:t>
      </w:r>
    </w:p>
    <w:p>
      <w:pPr>
        <w:bidi/>
        <w:spacing w:before="0" w:after="100"/>
        <w:jc w:val="both"/>
      </w:pPr>
      <w:r>
        <w:rPr>
          <w:rtl/>
        </w:rPr>
        <w:t>ب. ثمّ يهزّون الأغصان.</w:t>
      </w:r>
    </w:p>
    <w:p>
      <w:pPr>
        <w:bidi/>
        <w:spacing w:before="0" w:after="100"/>
        <w:jc w:val="both"/>
      </w:pPr>
      <w:r>
        <w:rPr>
          <w:rtl/>
        </w:rPr>
        <w:t>ج. بعد ذلك تُنقل الحبّات إلى المعصرة.</w:t>
      </w:r>
    </w:p>
    <w:p>
      <w:pPr>
        <w:bidi/>
        <w:spacing w:before="0" w:after="100"/>
        <w:jc w:val="both"/>
      </w:pPr>
      <w:r>
        <w:rPr>
          <w:rtl/>
        </w:rPr>
        <w:t>د. لهذا كلّه، يحافظ الفلّاحون على أشجارهم.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صواب أم خطأ حسب النصّ؟ صحّح الخطأ.</w:t>
      </w:r>
    </w:p>
    <w:p>
      <w:pPr>
        <w:bidi/>
        <w:spacing w:before="0" w:after="60"/>
        <w:jc w:val="both"/>
      </w:pPr>
      <w:r>
        <w:rPr>
          <w:rtl/>
        </w:rPr>
        <w:t>أ. تحتاج شجرة الزيتون إلى كمّيّة كبيرة من الماء.      صحيح / خطأ</w:t>
      </w:r>
    </w:p>
    <w:p>
      <w:pPr>
        <w:bidi/>
        <w:spacing w:before="0" w:after="60"/>
        <w:jc w:val="both"/>
      </w:pPr>
      <w:r>
        <w:rPr>
          <w:rtl/>
        </w:rPr>
        <w:t>ب. يُصنع الصابون من الزيتون.      صحيح / خطأ</w:t>
      </w:r>
    </w:p>
    <w:p>
      <w:pPr>
        <w:bidi/>
        <w:spacing w:before="0" w:after="60"/>
        <w:jc w:val="both"/>
      </w:pPr>
      <w:r>
        <w:rPr>
          <w:rtl/>
        </w:rPr>
        <w:t>ج. تُنقل الحبّات إلى المعصرة قبل القطف.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لماذا شبّه الكاتب اعتناء الفلّاحين بأشجارهم باعتنائهم بأولادهم؟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الكلمة المناسبة من النصّ.</w:t>
      </w:r>
    </w:p>
    <w:p>
      <w:pPr>
        <w:bidi/>
        <w:spacing w:before="0" w:after="60"/>
        <w:jc w:val="both"/>
      </w:pPr>
      <w:r>
        <w:rPr>
          <w:rtl/>
        </w:rPr>
        <w:t>أ. المكان الذي يُستخرج فيه الزيت هو __________.</w:t>
      </w:r>
    </w:p>
    <w:p>
      <w:pPr>
        <w:bidi/>
        <w:spacing w:before="0" w:after="60"/>
        <w:jc w:val="both"/>
      </w:pPr>
      <w:r>
        <w:rPr>
          <w:rtl/>
        </w:rPr>
        <w:t>ب. الفصل الذي تصبر فيه الشجرة على الحرّ هو __________.</w:t>
      </w:r>
    </w:p>
    <w:p>
      <w:pPr>
        <w:bidi/>
        <w:spacing w:before="0" w:after="60"/>
        <w:jc w:val="both"/>
      </w:pPr>
      <w:r>
        <w:rPr>
          <w:rtl/>
        </w:rPr>
        <w:t>ج. الأرض التي تكثر فيها الصخور أرض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أين تأتي الفكرة الرئيسيّة في الفقرة غالبًا؟</w:t>
      </w:r>
    </w:p>
    <w:p>
      <w:pPr>
        <w:bidi/>
        <w:spacing w:before="0" w:after="80"/>
        <w:jc w:val="both"/>
      </w:pPr>
      <w:r>
        <w:rPr>
          <w:rtl/>
        </w:rPr>
        <w:t xml:space="preserve">   ○ في الجملة الأولى      ○ في الجملة الأخيرة دائمًا      ○ في العنوان فقط      ○ لا توجد فكرة رئيسيّة</w:t>
      </w:r>
    </w:p>
    <w:p>
      <w:pPr>
        <w:bidi/>
        <w:spacing w:before="0" w:after="20"/>
        <w:jc w:val="both"/>
      </w:pPr>
      <w:r>
        <w:rPr>
          <w:rtl/>
        </w:rPr>
        <w:t>ب. أيّ عنوان فرعيّ يناسب الفقرة الرابعة من النصّ؟</w:t>
      </w:r>
    </w:p>
    <w:p>
      <w:pPr>
        <w:bidi/>
        <w:spacing w:before="0" w:after="80"/>
        <w:jc w:val="both"/>
      </w:pPr>
      <w:r>
        <w:rPr>
          <w:rtl/>
        </w:rPr>
        <w:t xml:space="preserve">   ○ الزيتون في الشتاء      ○ فوائد الزيتون      ○ كيف نزرع الزيتون؟      ○ الأشجار الضخمة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معلوماتيّة قصيرة (3–4 جمل) عن نبتة أو حيوان في بيئتك. ابدأ بجملة تحمل الفكرة الرئيسيّة، واستعمل أداة ربط واحدة على الأقلّ.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فهم المقروء: النصّ المعلوماتيّ ومبناه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صواب أم خطأ؟ صحّح الجمل الخاطئة.</w:t>
      </w:r>
    </w:p>
    <w:p>
      <w:pPr>
        <w:bidi/>
        <w:spacing w:before="0" w:after="40"/>
        <w:jc w:val="both"/>
      </w:pPr>
      <w:r>
        <w:rPr>
          <w:rtl/>
        </w:rPr>
        <w:t>أ. هدف النصّ المعلوماتيّ أن يروي قصّة مشوّقة. – خطأ – هدفه أن يقدّم معلومات وحقائق</w:t>
      </w:r>
    </w:p>
    <w:p>
      <w:pPr>
        <w:bidi/>
        <w:spacing w:before="0" w:after="40"/>
        <w:jc w:val="both"/>
      </w:pPr>
      <w:r>
        <w:rPr>
          <w:rtl/>
        </w:rPr>
        <w:t>ب. العنوان يدلّ على موضوع النصّ. – صحيح</w:t>
      </w:r>
    </w:p>
    <w:p>
      <w:pPr>
        <w:bidi/>
        <w:spacing w:before="0" w:after="40"/>
        <w:jc w:val="both"/>
      </w:pPr>
      <w:r>
        <w:rPr>
          <w:rtl/>
        </w:rPr>
        <w:t>ج. في كلّ فقرة من العرض عدّة أفكار رئيسيّة. – خطأ – في كلّ فقرة فكرة رئيسيّة واحدة</w:t>
      </w:r>
    </w:p>
    <w:p>
      <w:pPr>
        <w:bidi/>
        <w:spacing w:before="0" w:after="40"/>
        <w:jc w:val="both"/>
      </w:pPr>
      <w:r>
        <w:rPr>
          <w:rtl/>
        </w:rPr>
        <w:t>د. الصور والجداول في النصّ تعطينا معلومات.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كلّ جزء من النصّ المعلوماتيّ بما فيه.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العنوان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تعريف الموضوع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المقدّمة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فقرات فيها التفاصيل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العرض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كلمات قليلة تدلّ على الموضوع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الخاتمة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تلخيص أو نصيحة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العناوين: أيّها لنصّ معلوماتيّ وأيّها لقصّة؟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نصّ معلوماتيّ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البحر الميّت أخفض مكان في العالم, كيف تصنع النحلة العسل؟, فوائد زيت الزيتون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مغامرة سامي في الغابة, القطّة التي ضاعت ليلة العيد, الحلم العجيب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بأداة الربط المناسبة من الصندوق.</w:t>
      </w:r>
    </w:p>
    <w:p>
      <w:pPr>
        <w:bidi/>
        <w:spacing w:before="0" w:after="40"/>
        <w:jc w:val="both"/>
      </w:pPr>
      <w:r>
        <w:rPr>
          <w:rtl/>
        </w:rPr>
        <w:t>أ. تنام الدببة في الشتاء لأنّ الطعام قليل في هذا الفصل.</w:t>
      </w:r>
    </w:p>
    <w:p>
      <w:pPr>
        <w:bidi/>
        <w:spacing w:before="0" w:after="40"/>
        <w:jc w:val="both"/>
      </w:pPr>
      <w:r>
        <w:rPr>
          <w:rtl/>
        </w:rPr>
        <w:t>ب. الماء ضروريّ للحياة، لذلك يجب ألّا نهدره.</w:t>
      </w:r>
    </w:p>
    <w:p>
      <w:pPr>
        <w:bidi/>
        <w:spacing w:before="0" w:after="40"/>
        <w:jc w:val="both"/>
      </w:pPr>
      <w:r>
        <w:rPr>
          <w:rtl/>
        </w:rPr>
        <w:t>ج. نقطف الزيتون أوّلًا، ثمّ ننقله إلى المعصرة.</w:t>
      </w:r>
    </w:p>
    <w:p>
      <w:pPr>
        <w:bidi/>
        <w:spacing w:before="0" w:after="40"/>
        <w:jc w:val="both"/>
      </w:pPr>
      <w:r>
        <w:rPr>
          <w:rtl/>
        </w:rPr>
        <w:t>د. الخيل سريعة، أمّا الجمال فصبورة على العطش.</w:t>
      </w:r>
    </w:p>
    <w:p>
      <w:pPr>
        <w:bidi/>
        <w:spacing w:before="0" w:after="40"/>
        <w:jc w:val="both"/>
      </w:pPr>
      <w:r>
        <w:rPr>
          <w:rtl/>
        </w:rPr>
        <w:t>هـ. يعطينا النحل العسل، بالإضافة إلى ذلك يساعد على تلقيح الأزهار.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أجب عن الأسئلة حسب نصّ «شجرة الزيتون».</w:t>
      </w:r>
    </w:p>
    <w:p>
      <w:pPr>
        <w:bidi/>
        <w:spacing w:before="0" w:after="20"/>
        <w:jc w:val="both"/>
      </w:pPr>
      <w:r>
        <w:rPr>
          <w:rtl/>
        </w:rPr>
        <w:t>أ. ما الفكرة الرئيسيّة في الفقرة الثانية؟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شجرة الزيتون تصبر على الظروف الصعبة</w:t>
      </w:r>
    </w:p>
    <w:p>
      <w:pPr>
        <w:bidi/>
        <w:spacing w:before="0" w:after="20"/>
        <w:jc w:val="both"/>
      </w:pPr>
      <w:r>
        <w:rPr>
          <w:rtl/>
        </w:rPr>
        <w:t>ب. متى يبدأ موسم القطف؟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في الخريف</w:t>
      </w:r>
    </w:p>
    <w:p>
      <w:pPr>
        <w:bidi/>
        <w:spacing w:before="0" w:after="20"/>
        <w:jc w:val="both"/>
      </w:pPr>
      <w:r>
        <w:rPr>
          <w:rtl/>
        </w:rPr>
        <w:t>ج. ما معنى «سفوح الجبال»؟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أسفل جوانب الجبال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الفكرة الرئيسيّة لكلّ فقرة من نصّ «شجرة الزيتون».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الفقرة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الفكرة الرئيسيّة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الأولى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شجرة الزيتون قديمة وتعيش طويلًا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الثانية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تصبر على قلّة الماء وتنمو في الأرض الصخريّة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الثالثة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طريقة قطف الزيتون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الرابعة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فوائد الزيتون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الجمل من النصّ، واكتب بجانب كلّ جملة أداة الربط التي فيها ومعناها.</w:t>
      </w:r>
    </w:p>
    <w:p>
      <w:pPr>
        <w:bidi/>
        <w:spacing w:before="0" w:after="100"/>
        <w:jc w:val="both"/>
      </w:pPr>
      <w:r>
        <w:rPr>
          <w:rtl/>
        </w:rPr>
        <w:t>أ. ولذلك نرى في قرانا أشجارًا ضخمة.  ← ولذلك – نتيجة</w:t>
      </w:r>
    </w:p>
    <w:p>
      <w:pPr>
        <w:bidi/>
        <w:spacing w:before="0" w:after="100"/>
        <w:jc w:val="both"/>
      </w:pPr>
      <w:r>
        <w:rPr>
          <w:rtl/>
        </w:rPr>
        <w:t>ب. ثمّ يهزّون الأغصان.  ← ثمّ – ترتيب</w:t>
      </w:r>
    </w:p>
    <w:p>
      <w:pPr>
        <w:bidi/>
        <w:spacing w:before="0" w:after="100"/>
        <w:jc w:val="both"/>
      </w:pPr>
      <w:r>
        <w:rPr>
          <w:rtl/>
        </w:rPr>
        <w:t>ج. بعد ذلك تُنقل الحبّات إلى المعصرة.  ← بعد ذلك – ترتيب</w:t>
      </w:r>
    </w:p>
    <w:p>
      <w:pPr>
        <w:bidi/>
        <w:spacing w:before="0" w:after="100"/>
        <w:jc w:val="both"/>
      </w:pPr>
      <w:r>
        <w:rPr>
          <w:rtl/>
        </w:rPr>
        <w:t>د. لهذا كلّه، يحافظ الفلّاحون على أشجارهم.  ← لهذا – نتيجة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صواب أم خطأ حسب النصّ؟ صحّح الخطأ.</w:t>
      </w:r>
    </w:p>
    <w:p>
      <w:pPr>
        <w:bidi/>
        <w:spacing w:before="0" w:after="40"/>
        <w:jc w:val="both"/>
      </w:pPr>
      <w:r>
        <w:rPr>
          <w:rtl/>
        </w:rPr>
        <w:t>أ. تحتاج شجرة الزيتون إلى كمّيّة كبيرة من الماء. – خطأ – تحتاج إلى القليل من الماء</w:t>
      </w:r>
    </w:p>
    <w:p>
      <w:pPr>
        <w:bidi/>
        <w:spacing w:before="0" w:after="40"/>
        <w:jc w:val="both"/>
      </w:pPr>
      <w:r>
        <w:rPr>
          <w:rtl/>
        </w:rPr>
        <w:t>ب. يُصنع الصابون من الزيتون. – صحيح</w:t>
      </w:r>
    </w:p>
    <w:p>
      <w:pPr>
        <w:bidi/>
        <w:spacing w:before="0" w:after="40"/>
        <w:jc w:val="both"/>
      </w:pPr>
      <w:r>
        <w:rPr>
          <w:rtl/>
        </w:rPr>
        <w:t>ج. تُنقل الحبّات إلى المعصرة قبل القطف. – خطأ – تُنقل بعد القطف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لماذا شبّه الكاتب اعتناء الفلّاحين بأشجارهم باعتنائهم بأولادهم؟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لأنّ الشجرة غالية عليهم ومفيدة لهم، فيرعونها بحبّ واهتمام كما يرعون أولادهم.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اكتب الكلمة المناسبة من النصّ.</w:t>
      </w:r>
    </w:p>
    <w:p>
      <w:pPr>
        <w:bidi/>
        <w:spacing w:before="0" w:after="40"/>
        <w:jc w:val="both"/>
      </w:pPr>
      <w:r>
        <w:rPr>
          <w:rtl/>
        </w:rPr>
        <w:t>أ. المكان الذي يُستخرج فيه الزيت هو المعصرة.</w:t>
      </w:r>
    </w:p>
    <w:p>
      <w:pPr>
        <w:bidi/>
        <w:spacing w:before="0" w:after="40"/>
        <w:jc w:val="both"/>
      </w:pPr>
      <w:r>
        <w:rPr>
          <w:rtl/>
        </w:rPr>
        <w:t>ب. الفصل الذي تصبر فيه الشجرة على الحرّ هو الصيف.</w:t>
      </w:r>
    </w:p>
    <w:p>
      <w:pPr>
        <w:bidi/>
        <w:spacing w:before="0" w:after="40"/>
        <w:jc w:val="both"/>
      </w:pPr>
      <w:r>
        <w:rPr>
          <w:rtl/>
        </w:rPr>
        <w:t>ج. الأرض التي تكثر فيها الصخور أرض صخريّة.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أين تأتي الفكرة الرئيسيّة في الفقرة غالبًا؟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في الجملة الأولى</w:t>
      </w:r>
    </w:p>
    <w:p>
      <w:pPr>
        <w:bidi/>
        <w:spacing w:before="0" w:after="20"/>
        <w:jc w:val="both"/>
      </w:pPr>
      <w:r>
        <w:rPr>
          <w:rtl/>
        </w:rPr>
        <w:t>ب. أيّ عنوان فرعيّ يناسب الفقرة الرابعة من النصّ؟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فوائد الزيتون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فقرة معلوماتيّة قصيرة (3–4 جمل) عن نبتة أو حيوان في بيئتك. ابدأ بجملة تحمل الفكرة الرئيسيّة، واستعمل أداة ربط واحدة على الأقلّ.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مثال: الصبّار نبات يعيش في الأماكن الجافّة. فهو يخزّن الماء في أوراقه السميكة، لذلك يصبر على العطش زمنًا طويلًا. كما أنّ أشواكه تحميه من الحيوانات.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