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الخامس   |   ورقة عمل</w:t>
      </w:r>
    </w:p>
    <w:p>
      <w:pPr>
        <w:bidi/>
        <w:spacing w:before="0" w:after="200"/>
        <w:jc w:val="both"/>
      </w:pPr>
      <w:r>
        <w:rPr>
          <w:rFonts w:ascii="Tahoma" w:hAnsi="Tahoma" w:cs="Tahoma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6D28D9"/>
          <w:sz w:val="44"/>
          <w:szCs w:val="44"/>
          <w:rtl/>
        </w:rPr>
        <w:t>المبتدأ والخبر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ضع خطًّا تحت المبتدأ، واكتب الخبر بجانب كلّ جملة.</w:t>
      </w:r>
    </w:p>
    <w:p>
      <w:pPr>
        <w:bidi/>
        <w:spacing w:before="0" w:after="100"/>
        <w:jc w:val="both"/>
      </w:pPr>
      <w:r>
        <w:rPr>
          <w:rtl/>
        </w:rPr>
        <w:t>أ. السماءُ صافيةٌ.</w:t>
      </w:r>
    </w:p>
    <w:p>
      <w:pPr>
        <w:bidi/>
        <w:spacing w:before="0" w:after="100"/>
        <w:jc w:val="both"/>
      </w:pPr>
      <w:r>
        <w:rPr>
          <w:rtl/>
        </w:rPr>
        <w:t>ب. القطارُ سريعٌ.</w:t>
      </w:r>
    </w:p>
    <w:p>
      <w:pPr>
        <w:bidi/>
        <w:spacing w:before="0" w:after="100"/>
        <w:jc w:val="both"/>
      </w:pPr>
      <w:r>
        <w:rPr>
          <w:rtl/>
        </w:rPr>
        <w:t>ج. الحقلُ أخضرُ.</w:t>
      </w:r>
    </w:p>
    <w:p>
      <w:pPr>
        <w:bidi/>
        <w:spacing w:before="0" w:after="100"/>
        <w:jc w:val="both"/>
      </w:pPr>
      <w:r>
        <w:rPr>
          <w:rtl/>
        </w:rPr>
        <w:t>د. الماءُ باردٌ.</w:t>
      </w:r>
    </w:p>
    <w:p>
      <w:pPr>
        <w:bidi/>
        <w:spacing w:before="0" w:after="100"/>
        <w:jc w:val="both"/>
      </w:pPr>
      <w:r>
        <w:rPr>
          <w:rtl/>
        </w:rPr>
        <w:t>هـ. الأمُّ حنونٌ.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أكمل بخبر مناسب من الصندوق.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بنك الكلمات: مضيئةٌ  |  مزدحمٌ  |  لذيذٌ  |  عاليةٌ  |  مفيدةٌ</w:t>
      </w:r>
    </w:p>
    <w:p>
      <w:pPr>
        <w:bidi/>
        <w:spacing w:before="0" w:after="60"/>
        <w:jc w:val="both"/>
      </w:pPr>
      <w:r>
        <w:rPr>
          <w:rtl/>
        </w:rPr>
        <w:t>أ. الشمسُ __________.</w:t>
      </w:r>
    </w:p>
    <w:p>
      <w:pPr>
        <w:bidi/>
        <w:spacing w:before="0" w:after="60"/>
        <w:jc w:val="both"/>
      </w:pPr>
      <w:r>
        <w:rPr>
          <w:rtl/>
        </w:rPr>
        <w:t>ب. السوقُ __________ يومَ الجمعة.</w:t>
      </w:r>
    </w:p>
    <w:p>
      <w:pPr>
        <w:bidi/>
        <w:spacing w:before="0" w:after="60"/>
        <w:jc w:val="both"/>
      </w:pPr>
      <w:r>
        <w:rPr>
          <w:rtl/>
        </w:rPr>
        <w:t>ج. الخبزُ الساخنُ __________.</w:t>
      </w:r>
    </w:p>
    <w:p>
      <w:pPr>
        <w:bidi/>
        <w:spacing w:before="0" w:after="60"/>
        <w:jc w:val="both"/>
      </w:pPr>
      <w:r>
        <w:rPr>
          <w:rtl/>
        </w:rPr>
        <w:t>د. الجبالُ __________.</w:t>
      </w:r>
    </w:p>
    <w:p>
      <w:pPr>
        <w:bidi/>
        <w:spacing w:before="0" w:after="60"/>
        <w:jc w:val="both"/>
      </w:pPr>
      <w:r>
        <w:rPr>
          <w:rtl/>
        </w:rPr>
        <w:t>هـ. الرياضةُ __________ للجسم.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أكمل بمبتدأ مناسب.</w:t>
      </w:r>
    </w:p>
    <w:p>
      <w:pPr>
        <w:bidi/>
        <w:spacing w:before="0" w:after="60"/>
        <w:jc w:val="both"/>
      </w:pPr>
      <w:r>
        <w:rPr>
          <w:rtl/>
        </w:rPr>
        <w:t>أ. __________ مشرقٌ في الصباح.</w:t>
      </w:r>
    </w:p>
    <w:p>
      <w:pPr>
        <w:bidi/>
        <w:spacing w:before="0" w:after="60"/>
        <w:jc w:val="both"/>
      </w:pPr>
      <w:r>
        <w:rPr>
          <w:rtl/>
        </w:rPr>
        <w:t>ب. __________ واسعةٌ ونظيفةٌ.</w:t>
      </w:r>
    </w:p>
    <w:p>
      <w:pPr>
        <w:bidi/>
        <w:spacing w:before="0" w:after="60"/>
        <w:jc w:val="both"/>
      </w:pPr>
      <w:r>
        <w:rPr>
          <w:rtl/>
        </w:rPr>
        <w:t>ج. __________ يلعبون في الساحة.</w:t>
      </w:r>
    </w:p>
    <w:p>
      <w:pPr>
        <w:bidi/>
        <w:spacing w:before="0" w:after="60"/>
        <w:jc w:val="both"/>
      </w:pPr>
      <w:r>
        <w:rPr>
          <w:rtl/>
        </w:rPr>
        <w:t>د. __________ في المكتبة.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صِل المبتدأ بالخبر المناسب.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القمرُ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مؤدّباتٌ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البنتان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مثمرةٌ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المهندسون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ماهرون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الشجرةُ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منيرٌ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الطالباتُ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ذكيّتان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صواب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الجملة الاسميّة تبدأ بفعل.      صحيح / خطأ</w:t>
      </w:r>
    </w:p>
    <w:p>
      <w:pPr>
        <w:bidi/>
        <w:spacing w:before="0" w:after="60"/>
        <w:jc w:val="both"/>
      </w:pPr>
      <w:r>
        <w:rPr>
          <w:rtl/>
        </w:rPr>
        <w:t>ب. المبتدأ والخبر مرفوعان.      صحيح / خطأ</w:t>
      </w:r>
    </w:p>
    <w:p>
      <w:pPr>
        <w:bidi/>
        <w:spacing w:before="0" w:after="60"/>
        <w:jc w:val="both"/>
      </w:pPr>
      <w:r>
        <w:rPr>
          <w:rtl/>
        </w:rPr>
        <w:t>ج. في «البنتُ نشيطٌ» مطابقة صحيحة.      صحيح / خطأ</w:t>
      </w:r>
    </w:p>
    <w:p>
      <w:pPr>
        <w:bidi/>
        <w:spacing w:before="0" w:after="60"/>
        <w:jc w:val="both"/>
      </w:pPr>
      <w:r>
        <w:rPr>
          <w:rtl/>
        </w:rPr>
        <w:t>د. «في البيت» شبه جملة.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صنّف الجمل حسب نوع الخبر.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الكلمات: الطقسُ معتدلٌ.  |  الفلّاحُ يحرثُ الأرضَ.  |  القلمُ في الحقيبةِ.  |  البحرُ موجُه عالٍ.  |  الطائرُ فوقَ الشجرةِ.  |  الأطفالُ يركضون.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مفرد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فعليّة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اسميّة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شبه جملة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حوّل المبتدأ والخبر إلى المؤنّث، ثمّ إلى المثنّى.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المذكّر المفرد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المؤنّث المفرد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المثنّى المذكّر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اللاعبُ سريعٌ.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الطبيبُ ماهرٌ.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الصديقُ وفيٌّ.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اختر الخبر الصحيح.</w:t>
      </w:r>
    </w:p>
    <w:p>
      <w:pPr>
        <w:bidi/>
        <w:spacing w:before="0" w:after="20"/>
        <w:jc w:val="both"/>
      </w:pPr>
      <w:r>
        <w:rPr>
          <w:rtl/>
        </w:rPr>
        <w:t>أ. المعلّمون ___</w:t>
      </w:r>
    </w:p>
    <w:p>
      <w:pPr>
        <w:bidi/>
        <w:spacing w:before="0" w:after="80"/>
        <w:jc w:val="both"/>
      </w:pPr>
      <w:r>
        <w:rPr>
          <w:rtl/>
        </w:rPr>
        <w:t xml:space="preserve">   ○ مخلصٌ      ○ مخلصون      ○ مخلصةٌ</w:t>
      </w:r>
    </w:p>
    <w:p>
      <w:pPr>
        <w:bidi/>
        <w:spacing w:before="0" w:after="20"/>
        <w:jc w:val="both"/>
      </w:pPr>
      <w:r>
        <w:rPr>
          <w:rtl/>
        </w:rPr>
        <w:t>ب. الزهرتان ___</w:t>
      </w:r>
    </w:p>
    <w:p>
      <w:pPr>
        <w:bidi/>
        <w:spacing w:before="0" w:after="80"/>
        <w:jc w:val="both"/>
      </w:pPr>
      <w:r>
        <w:rPr>
          <w:rtl/>
        </w:rPr>
        <w:t xml:space="preserve">   ○ جميلتان      ○ جميلٌ      ○ جميلون</w:t>
      </w:r>
    </w:p>
    <w:p>
      <w:pPr>
        <w:bidi/>
        <w:spacing w:before="0" w:after="20"/>
        <w:jc w:val="both"/>
      </w:pPr>
      <w:r>
        <w:rPr>
          <w:rtl/>
        </w:rPr>
        <w:t>ج. العاملاتُ ___</w:t>
      </w:r>
    </w:p>
    <w:p>
      <w:pPr>
        <w:bidi/>
        <w:spacing w:before="0" w:after="80"/>
        <w:jc w:val="both"/>
      </w:pPr>
      <w:r>
        <w:rPr>
          <w:rtl/>
        </w:rPr>
        <w:t xml:space="preserve">   ○ نشيطون      ○ نشيطاتٌ      ○ نشيطٌ</w:t>
      </w:r>
    </w:p>
    <w:p>
      <w:pPr>
        <w:bidi/>
        <w:spacing w:before="120" w:after="40"/>
        <w:jc w:val="center"/>
      </w:pPr>
      <w:r>
        <w:rPr>
          <w:rFonts w:ascii="Arial" w:hAnsi="Arial" w:cs="Arial"/>
          <w:b/>
          <w:bCs/>
          <w:color w:val="6D28D9"/>
          <w:sz w:val="30"/>
          <w:szCs w:val="30"/>
          <w:rtl/>
        </w:rPr>
        <w:t>صباح في السوق</w:t>
      </w:r>
    </w:p>
    <w:p>
      <w:pPr>
        <w:bidi/>
        <w:spacing w:before="0" w:after="80"/>
        <w:jc w:val="both"/>
      </w:pPr>
      <w:r>
        <w:rPr>
          <w:rtl/>
        </w:rPr>
        <w:t>السوقُ القديمُ في مدينتنا مزدحمٌ صباحَ كلِّ يومِ سبت. الباعةُ ينادون على بضاعتهم بأصوات عالية، والناسُ يتنقّلون بين الدكاكين.</w:t>
      </w:r>
    </w:p>
    <w:p>
      <w:pPr>
        <w:bidi/>
        <w:spacing w:before="0" w:after="80"/>
        <w:jc w:val="both"/>
      </w:pPr>
      <w:r>
        <w:rPr>
          <w:rtl/>
        </w:rPr>
        <w:t>دكّانُ العمّ يوسف في أوّلِ السوق. رائحتُه طيّبةٌ، فالبهاراتُ في أكياس كبيرة أمامَ الباب. الفلفلُ أحمرُ، والكركمُ أصفرُ، والزعترُ أخضرُ.</w:t>
      </w:r>
    </w:p>
    <w:p>
      <w:pPr>
        <w:bidi/>
        <w:spacing w:before="0" w:after="80"/>
        <w:jc w:val="both"/>
      </w:pPr>
      <w:r>
        <w:rPr>
          <w:rtl/>
        </w:rPr>
        <w:t>السوقُ قلبُ المدينة، والذهابُ إليه متعةٌ لا تُنسى.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نصّ «صباح في السوق» جملًا اسميّة، وحدّد المبتدأ والخبر ونوعه.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المبتدأ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الخبر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 الخبر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الباعةُ ينادون على بضاعتهم.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دكّانُ العمّ يوسف في أوّلِ السوق.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الفلفلُ أحمرُ.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السوقُ قلبُ المدينة.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صحّح الخبر ليطابق المبتدأ.</w:t>
      </w:r>
    </w:p>
    <w:p>
      <w:pPr>
        <w:bidi/>
        <w:spacing w:before="0" w:after="60"/>
        <w:jc w:val="both"/>
      </w:pPr>
      <w:r>
        <w:rPr>
          <w:rtl/>
        </w:rPr>
        <w:t>أ. البناتُ فرحٌ. ← البناتُ __________.</w:t>
      </w:r>
    </w:p>
    <w:p>
      <w:pPr>
        <w:bidi/>
        <w:spacing w:before="0" w:after="60"/>
        <w:jc w:val="both"/>
      </w:pPr>
      <w:r>
        <w:rPr>
          <w:rtl/>
        </w:rPr>
        <w:t>ب. الولدان صغيرٌ. ← الولدان __________.</w:t>
      </w:r>
    </w:p>
    <w:p>
      <w:pPr>
        <w:bidi/>
        <w:spacing w:before="0" w:after="60"/>
        <w:jc w:val="both"/>
      </w:pPr>
      <w:r>
        <w:rPr>
          <w:rtl/>
        </w:rPr>
        <w:t>ج. الشجرةُ طويلٌ. ← الشجرةُ __________.</w:t>
      </w:r>
    </w:p>
    <w:p>
      <w:pPr>
        <w:bidi/>
        <w:spacing w:before="0" w:after="60"/>
        <w:jc w:val="both"/>
      </w:pPr>
      <w:r>
        <w:rPr>
          <w:rtl/>
        </w:rPr>
        <w:t>د. اللاعبون ماهرٌ. ← اللاعبون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اكتب ثلاث جمل اسميّة عن صفّك: الأولى خبرها مفرد، والثانية خبرها جملة فعليّة، والثالثة خبرها شبه جملة.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صِف بستانًا أو حديقة في بلدك بأربع جمل اسميّة، وضع خطًّا تحت المبتدأ في كلّ جملة.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الخامس   |   ورقة عمل – الإجابات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0F7A4F"/>
          <w:sz w:val="36"/>
          <w:szCs w:val="36"/>
          <w:rtl/>
        </w:rPr>
        <w:t>الإجابات – المبتدأ والخبر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ضع خطًّا تحت المبتدأ، واكتب الخبر بجانب كلّ جملة.</w:t>
      </w:r>
    </w:p>
    <w:p>
      <w:pPr>
        <w:bidi/>
        <w:spacing w:before="0" w:after="100"/>
        <w:jc w:val="both"/>
      </w:pPr>
      <w:r>
        <w:rPr>
          <w:rtl/>
        </w:rPr>
        <w:t>أ. السماءُ صافيةٌ.  ← المبتدأ: السماء – الخبر: صافية</w:t>
      </w:r>
    </w:p>
    <w:p>
      <w:pPr>
        <w:bidi/>
        <w:spacing w:before="0" w:after="100"/>
        <w:jc w:val="both"/>
      </w:pPr>
      <w:r>
        <w:rPr>
          <w:rtl/>
        </w:rPr>
        <w:t>ب. القطارُ سريعٌ.  ← المبتدأ: القطار – الخبر: سريع</w:t>
      </w:r>
    </w:p>
    <w:p>
      <w:pPr>
        <w:bidi/>
        <w:spacing w:before="0" w:after="100"/>
        <w:jc w:val="both"/>
      </w:pPr>
      <w:r>
        <w:rPr>
          <w:rtl/>
        </w:rPr>
        <w:t>ج. الحقلُ أخضرُ.  ← المبتدأ: الحقل – الخبر: أخضر</w:t>
      </w:r>
    </w:p>
    <w:p>
      <w:pPr>
        <w:bidi/>
        <w:spacing w:before="0" w:after="100"/>
        <w:jc w:val="both"/>
      </w:pPr>
      <w:r>
        <w:rPr>
          <w:rtl/>
        </w:rPr>
        <w:t>د. الماءُ باردٌ.  ← المبتدأ: الماء – الخبر: بارد</w:t>
      </w:r>
    </w:p>
    <w:p>
      <w:pPr>
        <w:bidi/>
        <w:spacing w:before="0" w:after="100"/>
        <w:jc w:val="both"/>
      </w:pPr>
      <w:r>
        <w:rPr>
          <w:rtl/>
        </w:rPr>
        <w:t>هـ. الأمُّ حنونٌ.  ← المبتدأ: الأمّ – الخبر: حنون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أكمل بخبر مناسب من الصندوق.</w:t>
      </w:r>
    </w:p>
    <w:p>
      <w:pPr>
        <w:bidi/>
        <w:spacing w:before="0" w:after="40"/>
        <w:jc w:val="both"/>
      </w:pPr>
      <w:r>
        <w:rPr>
          <w:rtl/>
        </w:rPr>
        <w:t>أ. الشمسُ مضيئةٌ.</w:t>
      </w:r>
    </w:p>
    <w:p>
      <w:pPr>
        <w:bidi/>
        <w:spacing w:before="0" w:after="40"/>
        <w:jc w:val="both"/>
      </w:pPr>
      <w:r>
        <w:rPr>
          <w:rtl/>
        </w:rPr>
        <w:t>ب. السوقُ مزدحمٌ يومَ الجمعة.</w:t>
      </w:r>
    </w:p>
    <w:p>
      <w:pPr>
        <w:bidi/>
        <w:spacing w:before="0" w:after="40"/>
        <w:jc w:val="both"/>
      </w:pPr>
      <w:r>
        <w:rPr>
          <w:rtl/>
        </w:rPr>
        <w:t>ج. الخبزُ الساخنُ لذيذٌ.</w:t>
      </w:r>
    </w:p>
    <w:p>
      <w:pPr>
        <w:bidi/>
        <w:spacing w:before="0" w:after="40"/>
        <w:jc w:val="both"/>
      </w:pPr>
      <w:r>
        <w:rPr>
          <w:rtl/>
        </w:rPr>
        <w:t>د. الجبالُ عاليةٌ.</w:t>
      </w:r>
    </w:p>
    <w:p>
      <w:pPr>
        <w:bidi/>
        <w:spacing w:before="0" w:after="40"/>
        <w:jc w:val="both"/>
      </w:pPr>
      <w:r>
        <w:rPr>
          <w:rtl/>
        </w:rPr>
        <w:t>هـ. الرياضةُ مفيدةٌ للجسم.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أكمل بمبتدأ مناسب.</w:t>
      </w:r>
    </w:p>
    <w:p>
      <w:pPr>
        <w:bidi/>
        <w:spacing w:before="0" w:after="40"/>
        <w:jc w:val="both"/>
      </w:pPr>
      <w:r>
        <w:rPr>
          <w:rtl/>
        </w:rPr>
        <w:t>أ. النهارُ مشرقٌ في الصباح.</w:t>
      </w:r>
    </w:p>
    <w:p>
      <w:pPr>
        <w:bidi/>
        <w:spacing w:before="0" w:after="40"/>
        <w:jc w:val="both"/>
      </w:pPr>
      <w:r>
        <w:rPr>
          <w:rtl/>
        </w:rPr>
        <w:t>ب. المدرسةُ واسعةٌ ونظيفةٌ.</w:t>
      </w:r>
    </w:p>
    <w:p>
      <w:pPr>
        <w:bidi/>
        <w:spacing w:before="0" w:after="40"/>
        <w:jc w:val="both"/>
      </w:pPr>
      <w:r>
        <w:rPr>
          <w:rtl/>
        </w:rPr>
        <w:t>ج. الأولادُ يلعبون في الساحة.</w:t>
      </w:r>
    </w:p>
    <w:p>
      <w:pPr>
        <w:bidi/>
        <w:spacing w:before="0" w:after="40"/>
        <w:jc w:val="both"/>
      </w:pPr>
      <w:r>
        <w:rPr>
          <w:rtl/>
        </w:rPr>
        <w:t>د. الكتبُ في المكتبة.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صِل المبتدأ بالخبر المناسب.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القمرُ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مؤدّباتٌ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البنتان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مثمرةٌ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المهندسون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ماهرون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الشجرةُ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منيرٌ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الطالباتُ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ذكيّتان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صواب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الجملة الاسميّة تبدأ بفعل. – خطأ – تبدأ باسم</w:t>
      </w:r>
    </w:p>
    <w:p>
      <w:pPr>
        <w:bidi/>
        <w:spacing w:before="0" w:after="40"/>
        <w:jc w:val="both"/>
      </w:pPr>
      <w:r>
        <w:rPr>
          <w:rtl/>
        </w:rPr>
        <w:t>ب. المبتدأ والخبر مرفوعان. – صحيح</w:t>
      </w:r>
    </w:p>
    <w:p>
      <w:pPr>
        <w:bidi/>
        <w:spacing w:before="0" w:after="40"/>
        <w:jc w:val="both"/>
      </w:pPr>
      <w:r>
        <w:rPr>
          <w:rtl/>
        </w:rPr>
        <w:t>ج. في «البنتُ نشيطٌ» مطابقة صحيحة. – خطأ – الصحيح: البنتُ نشيطةٌ</w:t>
      </w:r>
    </w:p>
    <w:p>
      <w:pPr>
        <w:bidi/>
        <w:spacing w:before="0" w:after="40"/>
        <w:jc w:val="both"/>
      </w:pPr>
      <w:r>
        <w:rPr>
          <w:rtl/>
        </w:rPr>
        <w:t>د. «في البيت» شبه جملة.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صنّف الجمل حسب نوع الخبر.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مفرد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فعليّة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اسميّة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شبه جملة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الطقسُ معتدلٌ.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الفلّاحُ يحرثُ الأرضَ., الأطفالُ يركضون.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البحرُ موجُه عالٍ.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القلمُ في الحقيبةِ., الطائرُ فوقَ الشجرةِ.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حوّل المبتدأ والخبر إلى المؤنّث، ثمّ إلى المثنّى.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المذكّر المفرد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المؤنّث المفرد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المثنّى المذكّر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اللاعبُ سريعٌ.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اللاعبةُ سريعةٌ.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اللاعبان سريعان.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الطبيبُ ماهرٌ.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الطبيبةُ ماهرةٌ.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الطبيبان ماهران.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الصديقُ وفيٌّ.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الصديقةُ وفيّةٌ.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الصديقان وفيّان.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اختر الخبر الصحيح.</w:t>
      </w:r>
    </w:p>
    <w:p>
      <w:pPr>
        <w:bidi/>
        <w:spacing w:before="0" w:after="20"/>
        <w:jc w:val="both"/>
      </w:pPr>
      <w:r>
        <w:rPr>
          <w:rtl/>
        </w:rPr>
        <w:t>أ. المعلّمون ___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مخلصون</w:t>
      </w:r>
    </w:p>
    <w:p>
      <w:pPr>
        <w:bidi/>
        <w:spacing w:before="0" w:after="20"/>
        <w:jc w:val="both"/>
      </w:pPr>
      <w:r>
        <w:rPr>
          <w:rtl/>
        </w:rPr>
        <w:t>ب. الزهرتان ___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جميلتان</w:t>
      </w:r>
    </w:p>
    <w:p>
      <w:pPr>
        <w:bidi/>
        <w:spacing w:before="0" w:after="20"/>
        <w:jc w:val="both"/>
      </w:pPr>
      <w:r>
        <w:rPr>
          <w:rtl/>
        </w:rPr>
        <w:t>ج. العاملاتُ ___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نشيطاتٌ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نصّ «صباح في السوق» جملًا اسميّة، وحدّد المبتدأ والخبر ونوعه.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المبتدأ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الخبر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 الخبر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الباعةُ ينادون على بضاعتهم.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الباعةُ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ينادون على بضاعتهم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جملة فعليّة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دكّانُ العمّ يوسف في أوّلِ السوق.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دكّانُ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في أوّلِ السوق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شبه جملة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الفلفلُ أحمرُ.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الفلفلُ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أحمرُ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مفرد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السوقُ قلبُ المدينة.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السوقُ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قلبُ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مفرد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صحّح الخبر ليطابق المبتدأ.</w:t>
      </w:r>
    </w:p>
    <w:p>
      <w:pPr>
        <w:bidi/>
        <w:spacing w:before="0" w:after="40"/>
        <w:jc w:val="both"/>
      </w:pPr>
      <w:r>
        <w:rPr>
          <w:rtl/>
        </w:rPr>
        <w:t>أ. البناتُ فرحٌ. ← البناتُ فرحاتٌ.</w:t>
      </w:r>
    </w:p>
    <w:p>
      <w:pPr>
        <w:bidi/>
        <w:spacing w:before="0" w:after="40"/>
        <w:jc w:val="both"/>
      </w:pPr>
      <w:r>
        <w:rPr>
          <w:rtl/>
        </w:rPr>
        <w:t>ب. الولدان صغيرٌ. ← الولدان صغيران.</w:t>
      </w:r>
    </w:p>
    <w:p>
      <w:pPr>
        <w:bidi/>
        <w:spacing w:before="0" w:after="40"/>
        <w:jc w:val="both"/>
      </w:pPr>
      <w:r>
        <w:rPr>
          <w:rtl/>
        </w:rPr>
        <w:t>ج. الشجرةُ طويلٌ. ← الشجرةُ طويلةٌ.</w:t>
      </w:r>
    </w:p>
    <w:p>
      <w:pPr>
        <w:bidi/>
        <w:spacing w:before="0" w:after="40"/>
        <w:jc w:val="both"/>
      </w:pPr>
      <w:r>
        <w:rPr>
          <w:rtl/>
        </w:rPr>
        <w:t>د. اللاعبون ماهرٌ. ← اللاعبون ماهرون.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اكتب ثلاث جمل اسميّة عن صفّك: الأولى خبرها مفرد، والثانية خبرها جملة فعليّة، والثالثة خبرها شبه جملة.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صفّي واسعٌ. التلاميذُ يكتبون الدرس. اللوحُ أمامَ الطاولات.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صِف بستانًا أو حديقة في بلدك بأربع جمل اسميّة، وضع خطًّا تحت المبتدأ في كلّ جملة.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البستانُ كبيرٌ. الأشجارُ مثمرةٌ. العصافيرُ تغرّدُ. الماءُ في البركةِ صافٍ.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raditional Arabic" w:hAnsi="Traditional Arabic" w:cs="Traditional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