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الخامس   |   ورقة عمل</w:t>
      </w:r>
    </w:p>
    <w:p>
      <w:pPr>
        <w:bidi/>
        <w:spacing w:before="0" w:after="200"/>
        <w:jc w:val="both"/>
      </w:pPr>
      <w:r>
        <w:rPr>
          <w:rFonts w:ascii="Tahoma" w:hAnsi="Tahoma" w:cs="Tahoma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9F1239"/>
          <w:sz w:val="44"/>
          <w:szCs w:val="44"/>
          <w:rtl/>
        </w:rPr>
        <w:t>الفعل والفاعل والمفعول به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الأفعال حسب نوعها.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الكلمات: ذهبَ  |  يرسمُ  |  اِجلسْ  |  سمعَ  |  تكتبُ  |  اُدرسْ  |  شربَ  |  نلعبُ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ماضٍ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مضارع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أمر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اكتب الفعل والفاعل في كلّ جملة.</w:t>
      </w:r>
    </w:p>
    <w:p>
      <w:pPr>
        <w:bidi/>
        <w:spacing w:before="0" w:after="100"/>
        <w:jc w:val="both"/>
      </w:pPr>
      <w:r>
        <w:rPr>
          <w:rtl/>
        </w:rPr>
        <w:t>أ. نامَ الطفلُ.</w:t>
      </w:r>
    </w:p>
    <w:p>
      <w:pPr>
        <w:bidi/>
        <w:spacing w:before="0" w:after="100"/>
        <w:jc w:val="both"/>
      </w:pPr>
      <w:r>
        <w:rPr>
          <w:rtl/>
        </w:rPr>
        <w:t>ب. يركضُ الحصانُ.</w:t>
      </w:r>
    </w:p>
    <w:p>
      <w:pPr>
        <w:bidi/>
        <w:spacing w:before="0" w:after="100"/>
        <w:jc w:val="both"/>
      </w:pPr>
      <w:r>
        <w:rPr>
          <w:rtl/>
        </w:rPr>
        <w:t>ج. طارَتِ الحمامةُ.</w:t>
      </w:r>
    </w:p>
    <w:p>
      <w:pPr>
        <w:bidi/>
        <w:spacing w:before="0" w:after="100"/>
        <w:jc w:val="both"/>
      </w:pPr>
      <w:r>
        <w:rPr>
          <w:rtl/>
        </w:rPr>
        <w:t>د. ضحكَ الأصدقاءُ.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أكمل بفاعل مناسب من الصندوق.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بنك الكلمات: الشمسُ  |  المعلّمُ  |  الطبيبُ  |  الرياحُ  |  سلمى</w:t>
      </w:r>
    </w:p>
    <w:p>
      <w:pPr>
        <w:bidi/>
        <w:spacing w:before="0" w:after="60"/>
        <w:jc w:val="both"/>
      </w:pPr>
      <w:r>
        <w:rPr>
          <w:rtl/>
        </w:rPr>
        <w:t>أ. شرحَ __________ الدرسَ.</w:t>
      </w:r>
    </w:p>
    <w:p>
      <w:pPr>
        <w:bidi/>
        <w:spacing w:before="0" w:after="60"/>
        <w:jc w:val="both"/>
      </w:pPr>
      <w:r>
        <w:rPr>
          <w:rtl/>
        </w:rPr>
        <w:t>ب. أشرقَتِ __________ صباحًا.</w:t>
      </w:r>
    </w:p>
    <w:p>
      <w:pPr>
        <w:bidi/>
        <w:spacing w:before="0" w:after="60"/>
        <w:jc w:val="both"/>
      </w:pPr>
      <w:r>
        <w:rPr>
          <w:rtl/>
        </w:rPr>
        <w:t>ج. عالجَ __________ المريضَ.</w:t>
      </w:r>
    </w:p>
    <w:p>
      <w:pPr>
        <w:bidi/>
        <w:spacing w:before="0" w:after="60"/>
        <w:jc w:val="both"/>
      </w:pPr>
      <w:r>
        <w:rPr>
          <w:rtl/>
        </w:rPr>
        <w:t>د. هبَّتِ __________ قويّةً.</w:t>
      </w:r>
    </w:p>
    <w:p>
      <w:pPr>
        <w:bidi/>
        <w:spacing w:before="0" w:after="60"/>
        <w:jc w:val="both"/>
      </w:pPr>
      <w:r>
        <w:rPr>
          <w:rtl/>
        </w:rPr>
        <w:t>هـ. تقرأُ __________ قصّةً.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بمفعول به مناسب منصوب.</w:t>
      </w:r>
    </w:p>
    <w:p>
      <w:pPr>
        <w:bidi/>
        <w:spacing w:before="0" w:after="60"/>
        <w:jc w:val="both"/>
      </w:pPr>
      <w:r>
        <w:rPr>
          <w:rtl/>
        </w:rPr>
        <w:t>أ. أكلَ الولدُ __________.</w:t>
      </w:r>
    </w:p>
    <w:p>
      <w:pPr>
        <w:bidi/>
        <w:spacing w:before="0" w:after="60"/>
        <w:jc w:val="both"/>
      </w:pPr>
      <w:r>
        <w:rPr>
          <w:rtl/>
        </w:rPr>
        <w:t>ب. سقى الفلّاحُ __________.</w:t>
      </w:r>
    </w:p>
    <w:p>
      <w:pPr>
        <w:bidi/>
        <w:spacing w:before="0" w:after="60"/>
        <w:jc w:val="both"/>
      </w:pPr>
      <w:r>
        <w:rPr>
          <w:rtl/>
        </w:rPr>
        <w:t>ج. يغسلُ أبي __________.</w:t>
      </w:r>
    </w:p>
    <w:p>
      <w:pPr>
        <w:bidi/>
        <w:spacing w:before="0" w:after="60"/>
        <w:jc w:val="both"/>
      </w:pPr>
      <w:r>
        <w:rPr>
          <w:rtl/>
        </w:rPr>
        <w:t>د. زارَتْ ليلى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حلّل الجمل: اكتب الفعل والفاعل والمفعول به.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المفعول به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قطفَ كريمٌ الزيتونَ.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تحملُ الأمُّ الطفلَ.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رسمَتْ نورُ لوحةً.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يحرسُ الكلبُ البيتَ.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صواب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الفاعل اسم منصوب.      صحيح / خطأ</w:t>
      </w:r>
    </w:p>
    <w:p>
      <w:pPr>
        <w:bidi/>
        <w:spacing w:before="0" w:after="60"/>
        <w:jc w:val="both"/>
      </w:pPr>
      <w:r>
        <w:rPr>
          <w:rtl/>
        </w:rPr>
        <w:t>ب. «حضروا الطلّابُ» جملة صحيحة.      صحيح / خطأ</w:t>
      </w:r>
    </w:p>
    <w:p>
      <w:pPr>
        <w:bidi/>
        <w:spacing w:before="0" w:after="60"/>
        <w:jc w:val="both"/>
      </w:pPr>
      <w:r>
        <w:rPr>
          <w:rtl/>
        </w:rPr>
        <w:t>ج. المفعول به يدلّ على من وقع عليه الفعل.      صحيح / خطأ</w:t>
      </w:r>
    </w:p>
    <w:p>
      <w:pPr>
        <w:bidi/>
        <w:spacing w:before="0" w:after="60"/>
        <w:jc w:val="both"/>
      </w:pPr>
      <w:r>
        <w:rPr>
          <w:rtl/>
        </w:rPr>
        <w:t>د. في «نامَ الطفلُ» لا يوجد مفعول به.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اختر الفعل المناسب.</w:t>
      </w:r>
    </w:p>
    <w:p>
      <w:pPr>
        <w:bidi/>
        <w:spacing w:before="0" w:after="20"/>
        <w:jc w:val="both"/>
      </w:pPr>
      <w:r>
        <w:rPr>
          <w:rtl/>
        </w:rPr>
        <w:t>أ. ___ البنتُ دروسَها.</w:t>
      </w:r>
    </w:p>
    <w:p>
      <w:pPr>
        <w:bidi/>
        <w:spacing w:before="0" w:after="80"/>
        <w:jc w:val="both"/>
      </w:pPr>
      <w:r>
        <w:rPr>
          <w:rtl/>
        </w:rPr>
        <w:t xml:space="preserve">   ○ راجعَ      ○ راجعَتْ      ○ راجعوا</w:t>
      </w:r>
    </w:p>
    <w:p>
      <w:pPr>
        <w:bidi/>
        <w:spacing w:before="0" w:after="20"/>
        <w:jc w:val="both"/>
      </w:pPr>
      <w:r>
        <w:rPr>
          <w:rtl/>
        </w:rPr>
        <w:t>ب. ___ اللاعبون المباراةَ.</w:t>
      </w:r>
    </w:p>
    <w:p>
      <w:pPr>
        <w:bidi/>
        <w:spacing w:before="0" w:after="80"/>
        <w:jc w:val="both"/>
      </w:pPr>
      <w:r>
        <w:rPr>
          <w:rtl/>
        </w:rPr>
        <w:t xml:space="preserve">   ○ ربحَ      ○ ربحوا      ○ ربحا</w:t>
      </w:r>
    </w:p>
    <w:p>
      <w:pPr>
        <w:bidi/>
        <w:spacing w:before="0" w:after="20"/>
        <w:jc w:val="both"/>
      </w:pPr>
      <w:r>
        <w:rPr>
          <w:rtl/>
        </w:rPr>
        <w:t>ج. ___ المعلّماتُ الرحلةَ.</w:t>
      </w:r>
    </w:p>
    <w:p>
      <w:pPr>
        <w:bidi/>
        <w:spacing w:before="0" w:after="80"/>
        <w:jc w:val="both"/>
      </w:pPr>
      <w:r>
        <w:rPr>
          <w:rtl/>
        </w:rPr>
        <w:t xml:space="preserve">   ○ نظّمَتِ      ○ نظّمَ      ○ نظّمْنَ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صِل الفعل بالفاعل والمفعول به المناسبين لتكوّن جملة.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حلبَ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الراعي الشاةَ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خبزَتْ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الجدّةُ الكعكَ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أطفأَ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الميكانيكيُّ السيّارةَ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يصلحُ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رجلُ الإطفاء النارَ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تكنسُ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مريمُ الغرفةَ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raditional Arabic" w:hAnsi="Traditional Arabic" w:cs="Traditional Arabic"/>
          <w:b/>
          <w:bCs/>
          <w:color w:val="9F1239"/>
          <w:sz w:val="30"/>
          <w:szCs w:val="30"/>
          <w:rtl/>
        </w:rPr>
        <w:t>يوم القطاف</w:t>
      </w:r>
    </w:p>
    <w:p>
      <w:pPr>
        <w:bidi/>
        <w:spacing w:before="0" w:after="80"/>
        <w:jc w:val="both"/>
      </w:pPr>
      <w:r>
        <w:rPr>
          <w:rtl/>
        </w:rPr>
        <w:t>في صباح يوم السبت، أيقظَ الأبُ أولادَه باكرًا. حملَ أحمدُ السلالَ، وأحضرَتْ سلمى الأقمشةَ الكبيرة، وجهّزَتِ الأمُّ الطعامَ.</w:t>
      </w:r>
    </w:p>
    <w:p>
      <w:pPr>
        <w:bidi/>
        <w:spacing w:before="0" w:after="80"/>
        <w:jc w:val="both"/>
      </w:pPr>
      <w:r>
        <w:rPr>
          <w:rtl/>
        </w:rPr>
        <w:t>وصلَتِ العائلةُ إلى الحقل. فرشَ الأولادُ الأقمشةَ تحت الأشجار، وهزَّ الأبُ الأغصانَ، فتساقطَتِ الحبّاتُ كالمطر. جمعَ الجميعُ الزيتونَ حتّى الظهر.</w:t>
      </w:r>
    </w:p>
    <w:p>
      <w:pPr>
        <w:bidi/>
        <w:spacing w:before="0" w:after="80"/>
        <w:jc w:val="both"/>
      </w:pPr>
      <w:r>
        <w:rPr>
          <w:rtl/>
        </w:rPr>
        <w:t>في المساء، نقلَ العمُّ سامي الأكياسَ إلى المعصرة، وشكرَ الأبُ أولادَه على تعاونهم.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نصّ «يوم القطاف» أربع جمل فعليّة فيها مفعول به، وحلّلها.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المفعول به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أيقظَ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حملَ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جهّزَتْ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هزَّ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من النصّ: لماذا أُضيفت تاء التأنيث إلى كلّ فعل؟ اكتب الفاعل المؤنّث.</w:t>
      </w:r>
    </w:p>
    <w:p>
      <w:pPr>
        <w:bidi/>
        <w:spacing w:before="0" w:after="100"/>
        <w:jc w:val="both"/>
      </w:pPr>
      <w:r>
        <w:rPr>
          <w:rtl/>
        </w:rPr>
        <w:t>أ. أحضرَتْ سلمى الأقمشةَ.</w:t>
      </w:r>
    </w:p>
    <w:p>
      <w:pPr>
        <w:bidi/>
        <w:spacing w:before="0" w:after="100"/>
        <w:jc w:val="both"/>
      </w:pPr>
      <w:r>
        <w:rPr>
          <w:rtl/>
        </w:rPr>
        <w:t>ب. وصلَتِ العائلةُ إلى الحقل.</w:t>
      </w:r>
    </w:p>
    <w:p>
      <w:pPr>
        <w:bidi/>
        <w:spacing w:before="0" w:after="100"/>
        <w:jc w:val="both"/>
      </w:pPr>
      <w:r>
        <w:rPr>
          <w:rtl/>
        </w:rPr>
        <w:t>ج. تساقطَتِ الحبّاتُ كالمطر.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حوّل الفعل الماضي إلى المضارع.</w:t>
      </w:r>
    </w:p>
    <w:p>
      <w:pPr>
        <w:bidi/>
        <w:spacing w:before="0" w:after="60"/>
        <w:jc w:val="both"/>
      </w:pPr>
      <w:r>
        <w:rPr>
          <w:rtl/>
        </w:rPr>
        <w:t>أ. حملَ أحمدُ السلالَ. ← __________ أحمدُ السلالَ.</w:t>
      </w:r>
    </w:p>
    <w:p>
      <w:pPr>
        <w:bidi/>
        <w:spacing w:before="0" w:after="60"/>
        <w:jc w:val="both"/>
      </w:pPr>
      <w:r>
        <w:rPr>
          <w:rtl/>
        </w:rPr>
        <w:t>ب. جمعَتْ سلمى الزيتونَ. ← __________ سلمى الزيتونَ.</w:t>
      </w:r>
    </w:p>
    <w:p>
      <w:pPr>
        <w:bidi/>
        <w:spacing w:before="0" w:after="60"/>
        <w:jc w:val="both"/>
      </w:pPr>
      <w:r>
        <w:rPr>
          <w:rtl/>
        </w:rPr>
        <w:t>ج. شكرَ الأبُ أولادَه. ← __________ الأبُ أولادَه.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أربع جمل فعليّة عن عمل تقوم به في البيت، وضع خطًّا تحت الفاعل ودائرة حول المفعول به.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الخامس   |   ورقة عمل – الإجابات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0F7A4F"/>
          <w:sz w:val="36"/>
          <w:szCs w:val="36"/>
          <w:rtl/>
        </w:rPr>
        <w:t>الإجابات – الفعل والفاعل والمفعول به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الأفعال حسب نوعها.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ماضٍ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مضارع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أمر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ذهبَ, سمعَ, شربَ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يرسمُ, تكتبُ, نلعبُ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اِجلسْ, اُدرسْ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اكتب الفعل والفاعل في كلّ جملة.</w:t>
      </w:r>
    </w:p>
    <w:p>
      <w:pPr>
        <w:bidi/>
        <w:spacing w:before="0" w:after="100"/>
        <w:jc w:val="both"/>
      </w:pPr>
      <w:r>
        <w:rPr>
          <w:rtl/>
        </w:rPr>
        <w:t>أ. نامَ الطفلُ.  ← الفعل: نامَ – الفاعل: الطفلُ</w:t>
      </w:r>
    </w:p>
    <w:p>
      <w:pPr>
        <w:bidi/>
        <w:spacing w:before="0" w:after="100"/>
        <w:jc w:val="both"/>
      </w:pPr>
      <w:r>
        <w:rPr>
          <w:rtl/>
        </w:rPr>
        <w:t>ب. يركضُ الحصانُ.  ← الفعل: يركضُ – الفاعل: الحصانُ</w:t>
      </w:r>
    </w:p>
    <w:p>
      <w:pPr>
        <w:bidi/>
        <w:spacing w:before="0" w:after="100"/>
        <w:jc w:val="both"/>
      </w:pPr>
      <w:r>
        <w:rPr>
          <w:rtl/>
        </w:rPr>
        <w:t>ج. طارَتِ الحمامةُ.  ← الفعل: طارَتْ – الفاعل: الحمامةُ</w:t>
      </w:r>
    </w:p>
    <w:p>
      <w:pPr>
        <w:bidi/>
        <w:spacing w:before="0" w:after="100"/>
        <w:jc w:val="both"/>
      </w:pPr>
      <w:r>
        <w:rPr>
          <w:rtl/>
        </w:rPr>
        <w:t>د. ضحكَ الأصدقاءُ.  ← الفعل: ضحكَ – الفاعل: الأصدقاءُ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أكمل بفاعل مناسب من الصندوق.</w:t>
      </w:r>
    </w:p>
    <w:p>
      <w:pPr>
        <w:bidi/>
        <w:spacing w:before="0" w:after="40"/>
        <w:jc w:val="both"/>
      </w:pPr>
      <w:r>
        <w:rPr>
          <w:rtl/>
        </w:rPr>
        <w:t>أ. شرحَ المعلّمُ الدرسَ.</w:t>
      </w:r>
    </w:p>
    <w:p>
      <w:pPr>
        <w:bidi/>
        <w:spacing w:before="0" w:after="40"/>
        <w:jc w:val="both"/>
      </w:pPr>
      <w:r>
        <w:rPr>
          <w:rtl/>
        </w:rPr>
        <w:t>ب. أشرقَتِ الشمسُ صباحًا.</w:t>
      </w:r>
    </w:p>
    <w:p>
      <w:pPr>
        <w:bidi/>
        <w:spacing w:before="0" w:after="40"/>
        <w:jc w:val="both"/>
      </w:pPr>
      <w:r>
        <w:rPr>
          <w:rtl/>
        </w:rPr>
        <w:t>ج. عالجَ الطبيبُ المريضَ.</w:t>
      </w:r>
    </w:p>
    <w:p>
      <w:pPr>
        <w:bidi/>
        <w:spacing w:before="0" w:after="40"/>
        <w:jc w:val="both"/>
      </w:pPr>
      <w:r>
        <w:rPr>
          <w:rtl/>
        </w:rPr>
        <w:t>د. هبَّتِ الرياحُ قويّةً.</w:t>
      </w:r>
    </w:p>
    <w:p>
      <w:pPr>
        <w:bidi/>
        <w:spacing w:before="0" w:after="40"/>
        <w:jc w:val="both"/>
      </w:pPr>
      <w:r>
        <w:rPr>
          <w:rtl/>
        </w:rPr>
        <w:t>هـ. تقرأُ سلمى قصّةً.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بمفعول به مناسب منصوب.</w:t>
      </w:r>
    </w:p>
    <w:p>
      <w:pPr>
        <w:bidi/>
        <w:spacing w:before="0" w:after="40"/>
        <w:jc w:val="both"/>
      </w:pPr>
      <w:r>
        <w:rPr>
          <w:rtl/>
        </w:rPr>
        <w:t>أ. أكلَ الولدُ التفّاحةَ.</w:t>
      </w:r>
    </w:p>
    <w:p>
      <w:pPr>
        <w:bidi/>
        <w:spacing w:before="0" w:after="40"/>
        <w:jc w:val="both"/>
      </w:pPr>
      <w:r>
        <w:rPr>
          <w:rtl/>
        </w:rPr>
        <w:t>ب. سقى الفلّاحُ الشجرةَ.</w:t>
      </w:r>
    </w:p>
    <w:p>
      <w:pPr>
        <w:bidi/>
        <w:spacing w:before="0" w:after="40"/>
        <w:jc w:val="both"/>
      </w:pPr>
      <w:r>
        <w:rPr>
          <w:rtl/>
        </w:rPr>
        <w:t>ج. يغسلُ أبي السيّارةَ.</w:t>
      </w:r>
    </w:p>
    <w:p>
      <w:pPr>
        <w:bidi/>
        <w:spacing w:before="0" w:after="40"/>
        <w:jc w:val="both"/>
      </w:pPr>
      <w:r>
        <w:rPr>
          <w:rtl/>
        </w:rPr>
        <w:t>د. زارَتْ ليلى جدّتَها.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حلّل الجمل: اكتب الفعل والفاعل والمفعول به.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المفعول به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قطفَ كريمٌ الزيتونَ.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قطفَ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كريمٌ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الزيتونَ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تحملُ الأمُّ الطفلَ.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تحملُ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الأمُّ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الطفلَ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رسمَتْ نورُ لوحةً.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رسمَتْ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نورُ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لوحةً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يحرسُ الكلبُ البيتَ.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يحرسُ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الكلبُ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البيتَ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صواب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الفاعل اسم منصوب. – خطأ – الفاعل اسم مرفوع</w:t>
      </w:r>
    </w:p>
    <w:p>
      <w:pPr>
        <w:bidi/>
        <w:spacing w:before="0" w:after="40"/>
        <w:jc w:val="both"/>
      </w:pPr>
      <w:r>
        <w:rPr>
          <w:rtl/>
        </w:rPr>
        <w:t>ب. «حضروا الطلّابُ» جملة صحيحة. – خطأ – الصحيح: حضرَ الطلّابُ</w:t>
      </w:r>
    </w:p>
    <w:p>
      <w:pPr>
        <w:bidi/>
        <w:spacing w:before="0" w:after="40"/>
        <w:jc w:val="both"/>
      </w:pPr>
      <w:r>
        <w:rPr>
          <w:rtl/>
        </w:rPr>
        <w:t>ج. المفعول به يدلّ على من وقع عليه الفعل. – صحيح</w:t>
      </w:r>
    </w:p>
    <w:p>
      <w:pPr>
        <w:bidi/>
        <w:spacing w:before="0" w:after="40"/>
        <w:jc w:val="both"/>
      </w:pPr>
      <w:r>
        <w:rPr>
          <w:rtl/>
        </w:rPr>
        <w:t>د. في «نامَ الطفلُ» لا يوجد مفعول به.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اختر الفعل المناسب.</w:t>
      </w:r>
    </w:p>
    <w:p>
      <w:pPr>
        <w:bidi/>
        <w:spacing w:before="0" w:after="20"/>
        <w:jc w:val="both"/>
      </w:pPr>
      <w:r>
        <w:rPr>
          <w:rtl/>
        </w:rPr>
        <w:t>أ. ___ البنتُ دروسَها.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راجعَتْ</w:t>
      </w:r>
    </w:p>
    <w:p>
      <w:pPr>
        <w:bidi/>
        <w:spacing w:before="0" w:after="20"/>
        <w:jc w:val="both"/>
      </w:pPr>
      <w:r>
        <w:rPr>
          <w:rtl/>
        </w:rPr>
        <w:t>ب. ___ اللاعبون المباراةَ.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ربحَ</w:t>
      </w:r>
    </w:p>
    <w:p>
      <w:pPr>
        <w:bidi/>
        <w:spacing w:before="0" w:after="20"/>
        <w:jc w:val="both"/>
      </w:pPr>
      <w:r>
        <w:rPr>
          <w:rtl/>
        </w:rPr>
        <w:t>ج. ___ المعلّماتُ الرحلةَ.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نظّمَتِ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صِل الفعل بالفاعل والمفعول به المناسبين لتكوّن جملة.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حلبَ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الراعي الشاةَ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خبزَتْ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الجدّةُ الكعكَ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أطفأَ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الميكانيكيُّ السيّارةَ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يصلحُ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رجلُ الإطفاء النارَ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تكنسُ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مريمُ الغرفةَ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نصّ «يوم القطاف» أربع جمل فعليّة فيها مفعول به، وحلّلها.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المفعول به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أيقظَ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الأبُ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أولادَه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حملَ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أحمدُ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السلالَ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جهّزَتْ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الأمُّ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الطعامَ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هزَّ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الأبُ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الأغصانَ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من النصّ: لماذا أُضيفت تاء التأنيث إلى كلّ فعل؟ اكتب الفاعل المؤنّث.</w:t>
      </w:r>
    </w:p>
    <w:p>
      <w:pPr>
        <w:bidi/>
        <w:spacing w:before="0" w:after="100"/>
        <w:jc w:val="both"/>
      </w:pPr>
      <w:r>
        <w:rPr>
          <w:rtl/>
        </w:rPr>
        <w:t>أ. أحضرَتْ سلمى الأقمشةَ.  ← الفاعل: سلمى</w:t>
      </w:r>
    </w:p>
    <w:p>
      <w:pPr>
        <w:bidi/>
        <w:spacing w:before="0" w:after="100"/>
        <w:jc w:val="both"/>
      </w:pPr>
      <w:r>
        <w:rPr>
          <w:rtl/>
        </w:rPr>
        <w:t>ب. وصلَتِ العائلةُ إلى الحقل.  ← الفاعل: العائلةُ</w:t>
      </w:r>
    </w:p>
    <w:p>
      <w:pPr>
        <w:bidi/>
        <w:spacing w:before="0" w:after="100"/>
        <w:jc w:val="both"/>
      </w:pPr>
      <w:r>
        <w:rPr>
          <w:rtl/>
        </w:rPr>
        <w:t>ج. تساقطَتِ الحبّاتُ كالمطر.  ← الفاعل: الحبّاتُ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حوّل الفعل الماضي إلى المضارع.</w:t>
      </w:r>
    </w:p>
    <w:p>
      <w:pPr>
        <w:bidi/>
        <w:spacing w:before="0" w:after="40"/>
        <w:jc w:val="both"/>
      </w:pPr>
      <w:r>
        <w:rPr>
          <w:rtl/>
        </w:rPr>
        <w:t>أ. حملَ أحمدُ السلالَ. ← يحملُ أحمدُ السلالَ.</w:t>
      </w:r>
    </w:p>
    <w:p>
      <w:pPr>
        <w:bidi/>
        <w:spacing w:before="0" w:after="40"/>
        <w:jc w:val="both"/>
      </w:pPr>
      <w:r>
        <w:rPr>
          <w:rtl/>
        </w:rPr>
        <w:t>ب. جمعَتْ سلمى الزيتونَ. ← تجمعُ سلمى الزيتونَ.</w:t>
      </w:r>
    </w:p>
    <w:p>
      <w:pPr>
        <w:bidi/>
        <w:spacing w:before="0" w:after="40"/>
        <w:jc w:val="both"/>
      </w:pPr>
      <w:r>
        <w:rPr>
          <w:rtl/>
        </w:rPr>
        <w:t>ج. شكرَ الأبُ أولادَه. ← يشكرُ الأبُ أولادَه.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أربع جمل فعليّة عن عمل تقوم به في البيت، وضع خطًّا تحت الفاعل ودائرة حول المفعول به.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رتّبْتُ سريري. غسلَ أخي الصحونَ. سقَتْ أمّي الورودَ. أطعمَ أبي القطّةَ.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