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الخامس   |   ورقة عمل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الاسم: ____________________   الصف: ________   التاريخ: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الأسماء الموصولة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بـ «الذي» أو «التي».</w:t>
      </w:r>
    </w:p>
    <w:p>
      <w:pPr>
        <w:bidi/>
        <w:spacing w:before="0" w:after="60"/>
        <w:jc w:val="both"/>
      </w:pPr>
      <w:r>
        <w:rPr>
          <w:rtl/>
        </w:rPr>
        <w:t>أ. هذا هو القلمُ __________ وجدْتُه.</w:t>
      </w:r>
    </w:p>
    <w:p>
      <w:pPr>
        <w:bidi/>
        <w:spacing w:before="0" w:after="60"/>
        <w:jc w:val="both"/>
      </w:pPr>
      <w:r>
        <w:rPr>
          <w:rtl/>
        </w:rPr>
        <w:t>ب. زرْتُ المدينةَ __________ وُلد فيها جدّي.</w:t>
      </w:r>
    </w:p>
    <w:p>
      <w:pPr>
        <w:bidi/>
        <w:spacing w:before="0" w:after="60"/>
        <w:jc w:val="both"/>
      </w:pPr>
      <w:r>
        <w:rPr>
          <w:rtl/>
        </w:rPr>
        <w:t>ج. شكرْتُ الطبيبَ __________ عالجَني.</w:t>
      </w:r>
    </w:p>
    <w:p>
      <w:pPr>
        <w:bidi/>
        <w:spacing w:before="0" w:after="60"/>
        <w:jc w:val="both"/>
      </w:pPr>
      <w:r>
        <w:rPr>
          <w:rtl/>
        </w:rPr>
        <w:t>د. أعجبَتْني القصّةُ __________ كتبَتْها ليلى.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الاسم الموصول بما يُستعمل له.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الذي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غير العاقل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التي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المثنّى المذكّر في الرفع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اللذان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جمع المذكّر العاقل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الذين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المفرد المذكّر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اللواتي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جمع المؤنّث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ما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المفردة المؤنّثة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صنّف الأسماء الموصولة.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الكلمات: الذي  |  التي  |  اللذان  |  اللتين  |  الذين  |  اللاتي  |  اللذين  |  اللواتي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مفرد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مثنّى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الاسم الموصول المناسب.</w:t>
      </w:r>
    </w:p>
    <w:p>
      <w:pPr>
        <w:bidi/>
        <w:spacing w:before="0" w:after="20"/>
        <w:jc w:val="both"/>
      </w:pPr>
      <w:r>
        <w:rPr>
          <w:rtl/>
        </w:rPr>
        <w:t>أ. عادَ المسافرون ___ غابوا شهرًا.</w:t>
      </w:r>
    </w:p>
    <w:p>
      <w:pPr>
        <w:bidi/>
        <w:spacing w:before="0" w:after="80"/>
        <w:jc w:val="both"/>
      </w:pPr>
      <w:r>
        <w:rPr>
          <w:rtl/>
        </w:rPr>
        <w:t xml:space="preserve">   ○ الذي      ○ الذين      ○ اللذان</w:t>
      </w:r>
    </w:p>
    <w:p>
      <w:pPr>
        <w:bidi/>
        <w:spacing w:before="0" w:after="20"/>
        <w:jc w:val="both"/>
      </w:pPr>
      <w:r>
        <w:rPr>
          <w:rtl/>
        </w:rPr>
        <w:t>ب. فازَتِ الفتاتان ___ تدرّبَتا كثيرًا.</w:t>
      </w:r>
    </w:p>
    <w:p>
      <w:pPr>
        <w:bidi/>
        <w:spacing w:before="0" w:after="80"/>
        <w:jc w:val="both"/>
      </w:pPr>
      <w:r>
        <w:rPr>
          <w:rtl/>
        </w:rPr>
        <w:t xml:space="preserve">   ○ اللتان      ○ اللتين      ○ التي</w:t>
      </w:r>
    </w:p>
    <w:p>
      <w:pPr>
        <w:bidi/>
        <w:spacing w:before="0" w:after="20"/>
        <w:jc w:val="both"/>
      </w:pPr>
      <w:r>
        <w:rPr>
          <w:rtl/>
        </w:rPr>
        <w:t>ج. قطفْنا الثمارَ ___ نضجَتْ.</w:t>
      </w:r>
    </w:p>
    <w:p>
      <w:pPr>
        <w:bidi/>
        <w:spacing w:before="0" w:after="80"/>
        <w:jc w:val="both"/>
      </w:pPr>
      <w:r>
        <w:rPr>
          <w:rtl/>
        </w:rPr>
        <w:t xml:space="preserve">   ○ الذين      ○ التي      ○ الذي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صواب أم خطأ؟ صحّح الخطأ.</w:t>
      </w:r>
    </w:p>
    <w:p>
      <w:pPr>
        <w:bidi/>
        <w:spacing w:before="0" w:after="60"/>
        <w:jc w:val="both"/>
      </w:pPr>
      <w:r>
        <w:rPr>
          <w:rtl/>
        </w:rPr>
        <w:t>أ. «الذين» تُكتب بلامين.      صحيح / خطأ</w:t>
      </w:r>
    </w:p>
    <w:p>
      <w:pPr>
        <w:bidi/>
        <w:spacing w:before="0" w:after="60"/>
        <w:jc w:val="both"/>
      </w:pPr>
      <w:r>
        <w:rPr>
          <w:rtl/>
        </w:rPr>
        <w:t>ب. «مَن» تُستعمل للعاقل.      صحيح / خطأ</w:t>
      </w:r>
    </w:p>
    <w:p>
      <w:pPr>
        <w:bidi/>
        <w:spacing w:before="0" w:after="60"/>
        <w:jc w:val="both"/>
      </w:pPr>
      <w:r>
        <w:rPr>
          <w:rtl/>
        </w:rPr>
        <w:t>ج. نقول: الكتبُ الذين قرأْتُها.      صحيح / خطأ</w:t>
      </w:r>
    </w:p>
    <w:p>
      <w:pPr>
        <w:bidi/>
        <w:spacing w:before="0" w:after="60"/>
        <w:jc w:val="both"/>
      </w:pPr>
      <w:r>
        <w:rPr>
          <w:rtl/>
        </w:rPr>
        <w:t>د. «اللتين» تُستعمل في حالة النصب والجرّ.      صحيح / خطأ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أكمل الجدول بالاسم الموصول المناسب.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 الموصول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الولدُ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الجبالُ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المعلّماتُ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العمّالُ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الوردتان (رفع)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صِل بين الجملتين باسم موصول مناسب.</w:t>
      </w:r>
    </w:p>
    <w:p>
      <w:pPr>
        <w:bidi/>
        <w:spacing w:before="0" w:after="60"/>
        <w:jc w:val="both"/>
      </w:pPr>
      <w:r>
        <w:rPr>
          <w:rtl/>
        </w:rPr>
        <w:t>أ. هذا هو الفلّاحُ. الفلّاحُ يبيعُ الخضارَ. ← هذا هو الفلّاحُ __________ يبيعُ الخضارَ.</w:t>
      </w:r>
    </w:p>
    <w:p>
      <w:pPr>
        <w:bidi/>
        <w:spacing w:before="0" w:after="60"/>
        <w:jc w:val="both"/>
      </w:pPr>
      <w:r>
        <w:rPr>
          <w:rtl/>
        </w:rPr>
        <w:t>ب. رأيْتُ القطّتين. القطّتان تلعبان. ← رأيْتُ القطّتين __________ تلعبان.</w:t>
      </w:r>
    </w:p>
    <w:p>
      <w:pPr>
        <w:bidi/>
        <w:spacing w:before="0" w:after="60"/>
        <w:jc w:val="both"/>
      </w:pPr>
      <w:r>
        <w:rPr>
          <w:rtl/>
        </w:rPr>
        <w:t>ج. حضرَ الضيوفُ. الضيوفُ جاؤوا من حيفا. ← حضرَ الضيوفُ __________ جاؤوا من حيفا.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استخرج الاسم الموصول وجملة الصلة من كلّ جملة.</w:t>
      </w:r>
    </w:p>
    <w:p>
      <w:pPr>
        <w:bidi/>
        <w:spacing w:before="0" w:after="100"/>
        <w:jc w:val="both"/>
      </w:pPr>
      <w:r>
        <w:rPr>
          <w:rtl/>
        </w:rPr>
        <w:t>أ. نجحَ الطلّابُ الذين اجتهدوا.</w:t>
      </w:r>
    </w:p>
    <w:p>
      <w:pPr>
        <w:bidi/>
        <w:spacing w:before="0" w:after="100"/>
        <w:jc w:val="both"/>
      </w:pPr>
      <w:r>
        <w:rPr>
          <w:rtl/>
        </w:rPr>
        <w:t>ب. هذه الحديقةُ التي نلعبُ فيها.</w:t>
      </w:r>
    </w:p>
    <w:p>
      <w:pPr>
        <w:bidi/>
        <w:spacing w:before="0" w:after="100"/>
        <w:jc w:val="both"/>
      </w:pPr>
      <w:r>
        <w:rPr>
          <w:rtl/>
        </w:rPr>
        <w:t>ج. افعلْ ما يُفيدُك.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معرض الكتاب</w:t>
      </w:r>
    </w:p>
    <w:p>
      <w:pPr>
        <w:bidi/>
        <w:spacing w:before="0" w:after="80"/>
        <w:jc w:val="both"/>
      </w:pPr>
      <w:r>
        <w:rPr>
          <w:rtl/>
        </w:rPr>
        <w:t>زارَ تلاميذُ الصفّ الخامس معرضَ الكتاب الذي أُقيمَ في مدرستهم. استقبلَهم أمينُ المكتبة الذي رتّبَ الكتبَ على طاولات طويلة.</w:t>
      </w:r>
    </w:p>
    <w:p>
      <w:pPr>
        <w:bidi/>
        <w:spacing w:before="0" w:after="80"/>
        <w:jc w:val="both"/>
      </w:pPr>
      <w:r>
        <w:rPr>
          <w:rtl/>
        </w:rPr>
        <w:t>اختارَ يوسفُ كتابًا عن الفضاء، وهو الكتابُ الذي حلمَ به طويلًا. أمّا مريمُ وسلمى، الصديقتان اللتان لا تفترقان، فاشترتا قصصًا مصوّرة.</w:t>
      </w:r>
    </w:p>
    <w:p>
      <w:pPr>
        <w:bidi/>
        <w:spacing w:before="0" w:after="80"/>
        <w:jc w:val="both"/>
      </w:pPr>
      <w:r>
        <w:rPr>
          <w:rtl/>
        </w:rPr>
        <w:t>في نهاية الزيارة، شكرَ المديرُ الأهالي الذين تبرّعوا بالكتب، والمعلّماتِ اللواتي نظّمْنَ المعرض.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نصّ «معرض الكتاب» الأسماء الموصولة، واكتب الاسم الذي يعود عليه كلّ منها.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 الموصول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يعود على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الذي (أُقيمَ)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اللتان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الذين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اللواتي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لماذا استُعمل «اللتان» في نصّ «معرض الكتاب» وليس «اللتين»؟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صحّح الخطأ في الاسم الموصول.</w:t>
      </w:r>
    </w:p>
    <w:p>
      <w:pPr>
        <w:bidi/>
        <w:spacing w:before="0" w:after="60"/>
        <w:jc w:val="both"/>
      </w:pPr>
      <w:r>
        <w:rPr>
          <w:rtl/>
        </w:rPr>
        <w:t>أ. هؤلاء هم الأطفالُ الذي رسموا اللوحات. ← الأطفالُ __________ رسموا اللوحات.</w:t>
      </w:r>
    </w:p>
    <w:p>
      <w:pPr>
        <w:bidi/>
        <w:spacing w:before="0" w:after="60"/>
        <w:jc w:val="both"/>
      </w:pPr>
      <w:r>
        <w:rPr>
          <w:rtl/>
        </w:rPr>
        <w:t>ب. هذه هي الأقلامُ الذين اشتريْتُها. ← الأقلامُ __________ اشتريْتُها.</w:t>
      </w:r>
    </w:p>
    <w:p>
      <w:pPr>
        <w:bidi/>
        <w:spacing w:before="0" w:after="60"/>
        <w:jc w:val="both"/>
      </w:pPr>
      <w:r>
        <w:rPr>
          <w:rtl/>
        </w:rPr>
        <w:t>ج. كرّمَ المديرُ الطالبَيْن اللذان فازا. ← الطالبَيْن __________ فازا.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أربع جمل عن أصدقائك وأشيائك المفضّلة، واستعمل في كلّ جملة اسمًا موصولًا مختلفًا.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الخامس   |   ورقة عمل – الإجابات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الإجابات – الأسماء الموصولة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أكمل بـ «الذي» أو «التي».</w:t>
      </w:r>
    </w:p>
    <w:p>
      <w:pPr>
        <w:bidi/>
        <w:spacing w:before="0" w:after="40"/>
        <w:jc w:val="both"/>
      </w:pPr>
      <w:r>
        <w:rPr>
          <w:rtl/>
        </w:rPr>
        <w:t>أ. هذا هو القلمُ الذي وجدْتُه.</w:t>
      </w:r>
    </w:p>
    <w:p>
      <w:pPr>
        <w:bidi/>
        <w:spacing w:before="0" w:after="40"/>
        <w:jc w:val="both"/>
      </w:pPr>
      <w:r>
        <w:rPr>
          <w:rtl/>
        </w:rPr>
        <w:t>ب. زرْتُ المدينةَ التي وُلد فيها جدّي.</w:t>
      </w:r>
    </w:p>
    <w:p>
      <w:pPr>
        <w:bidi/>
        <w:spacing w:before="0" w:after="40"/>
        <w:jc w:val="both"/>
      </w:pPr>
      <w:r>
        <w:rPr>
          <w:rtl/>
        </w:rPr>
        <w:t>ج. شكرْتُ الطبيبَ الذي عالجَني.</w:t>
      </w:r>
    </w:p>
    <w:p>
      <w:pPr>
        <w:bidi/>
        <w:spacing w:before="0" w:after="40"/>
        <w:jc w:val="both"/>
      </w:pPr>
      <w:r>
        <w:rPr>
          <w:rtl/>
        </w:rPr>
        <w:t>د. أعجبَتْني القصّةُ التي كتبَتْها ليلى.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صِل الاسم الموصول بما يُستعمل له.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أ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العمود 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الذي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غير العاقل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التي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المثنّى المذكّر في الرفع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اللذان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جمع المذكّر العاقل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الذين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المفرد المذكّر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اللواتي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جمع المؤنّث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ما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المفردة المؤنّثة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صنّف الأسماء الموصولة.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مفرد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مثنّى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جمع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الذي, التي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اللذان, اللتين, اللذين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الذين, اللاتي, اللواتي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اختر الاسم الموصول المناسب.</w:t>
      </w:r>
    </w:p>
    <w:p>
      <w:pPr>
        <w:bidi/>
        <w:spacing w:before="0" w:after="20"/>
        <w:jc w:val="both"/>
      </w:pPr>
      <w:r>
        <w:rPr>
          <w:rtl/>
        </w:rPr>
        <w:t>أ. عادَ المسافرون ___ غابوا شهرًا.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الذين</w:t>
      </w:r>
    </w:p>
    <w:p>
      <w:pPr>
        <w:bidi/>
        <w:spacing w:before="0" w:after="20"/>
        <w:jc w:val="both"/>
      </w:pPr>
      <w:r>
        <w:rPr>
          <w:rtl/>
        </w:rPr>
        <w:t>ب. فازَتِ الفتاتان ___ تدرّبَتا كثيرًا.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اللتان</w:t>
      </w:r>
    </w:p>
    <w:p>
      <w:pPr>
        <w:bidi/>
        <w:spacing w:before="0" w:after="20"/>
        <w:jc w:val="both"/>
      </w:pPr>
      <w:r>
        <w:rPr>
          <w:rtl/>
        </w:rPr>
        <w:t>ج. قطفْنا الثمارَ ___ نضجَتْ.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التي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صواب أم خطأ؟ صحّح الخطأ.</w:t>
      </w:r>
    </w:p>
    <w:p>
      <w:pPr>
        <w:bidi/>
        <w:spacing w:before="0" w:after="40"/>
        <w:jc w:val="both"/>
      </w:pPr>
      <w:r>
        <w:rPr>
          <w:rtl/>
        </w:rPr>
        <w:t>أ. «الذين» تُكتب بلامين. – خطأ – تُكتب بلام واحدة: الذين</w:t>
      </w:r>
    </w:p>
    <w:p>
      <w:pPr>
        <w:bidi/>
        <w:spacing w:before="0" w:after="40"/>
        <w:jc w:val="both"/>
      </w:pPr>
      <w:r>
        <w:rPr>
          <w:rtl/>
        </w:rPr>
        <w:t>ب. «مَن» تُستعمل للعاقل. – صحيح</w:t>
      </w:r>
    </w:p>
    <w:p>
      <w:pPr>
        <w:bidi/>
        <w:spacing w:before="0" w:after="40"/>
        <w:jc w:val="both"/>
      </w:pPr>
      <w:r>
        <w:rPr>
          <w:rtl/>
        </w:rPr>
        <w:t>ج. نقول: الكتبُ الذين قرأْتُها. – خطأ – الكتبُ التي قرأْتُها، لأنّها جمع غير عاقل</w:t>
      </w:r>
    </w:p>
    <w:p>
      <w:pPr>
        <w:bidi/>
        <w:spacing w:before="0" w:after="40"/>
        <w:jc w:val="both"/>
      </w:pPr>
      <w:r>
        <w:rPr>
          <w:rtl/>
        </w:rPr>
        <w:t>د. «اللتين» تُستعمل في حالة النصب والجرّ. – صحيح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أكمل الجدول بالاسم الموصول المناسب.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 الموصول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الولدُ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الذي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الجبالُ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التي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المعلّماتُ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اللاتي / اللواتي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العمّالُ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الذين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الوردتان (رفع)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اللتان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صِل بين الجملتين باسم موصول مناسب.</w:t>
      </w:r>
    </w:p>
    <w:p>
      <w:pPr>
        <w:bidi/>
        <w:spacing w:before="0" w:after="40"/>
        <w:jc w:val="both"/>
      </w:pPr>
      <w:r>
        <w:rPr>
          <w:rtl/>
        </w:rPr>
        <w:t>أ. هذا هو الفلّاحُ. الفلّاحُ يبيعُ الخضارَ. ← هذا هو الفلّاحُ الذي يبيعُ الخضارَ.</w:t>
      </w:r>
    </w:p>
    <w:p>
      <w:pPr>
        <w:bidi/>
        <w:spacing w:before="0" w:after="40"/>
        <w:jc w:val="both"/>
      </w:pPr>
      <w:r>
        <w:rPr>
          <w:rtl/>
        </w:rPr>
        <w:t>ب. رأيْتُ القطّتين. القطّتان تلعبان. ← رأيْتُ القطّتين اللتين تلعبان.</w:t>
      </w:r>
    </w:p>
    <w:p>
      <w:pPr>
        <w:bidi/>
        <w:spacing w:before="0" w:after="40"/>
        <w:jc w:val="both"/>
      </w:pPr>
      <w:r>
        <w:rPr>
          <w:rtl/>
        </w:rPr>
        <w:t>ج. حضرَ الضيوفُ. الضيوفُ جاؤوا من حيفا. ← حضرَ الضيوفُ الذين جاؤوا من حيفا.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استخرج الاسم الموصول وجملة الصلة من كلّ جملة.</w:t>
      </w:r>
    </w:p>
    <w:p>
      <w:pPr>
        <w:bidi/>
        <w:spacing w:before="0" w:after="100"/>
        <w:jc w:val="both"/>
      </w:pPr>
      <w:r>
        <w:rPr>
          <w:rtl/>
        </w:rPr>
        <w:t>أ. نجحَ الطلّابُ الذين اجتهدوا.  ← الذين – اجتهدوا</w:t>
      </w:r>
    </w:p>
    <w:p>
      <w:pPr>
        <w:bidi/>
        <w:spacing w:before="0" w:after="100"/>
        <w:jc w:val="both"/>
      </w:pPr>
      <w:r>
        <w:rPr>
          <w:rtl/>
        </w:rPr>
        <w:t>ب. هذه الحديقةُ التي نلعبُ فيها.  ← التي – نلعبُ فيها</w:t>
      </w:r>
    </w:p>
    <w:p>
      <w:pPr>
        <w:bidi/>
        <w:spacing w:before="0" w:after="100"/>
        <w:jc w:val="both"/>
      </w:pPr>
      <w:r>
        <w:rPr>
          <w:rtl/>
        </w:rPr>
        <w:t>ج. افعلْ ما يُفيدُك.  ← ما – يُفيدُك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استخرج من نصّ «معرض الكتاب» الأسماء الموصولة، واكتب الاسم الذي يعود عليه كلّ منها.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 الموصول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يعود على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الذي (أُقيمَ)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معرض الكتاب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اللتان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الصديقتان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الذين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الأهالي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اللواتي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المعلّمات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لماذا استُعمل «اللتان» في نصّ «معرض الكتاب» وليس «اللتين»؟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لأنّ الاسم قبله «الصديقتان» مثنّى مؤنّث مرفوع، و«اللتان» تُستعمل في حالة الرفع.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صحّح الخطأ في الاسم الموصول.</w:t>
      </w:r>
    </w:p>
    <w:p>
      <w:pPr>
        <w:bidi/>
        <w:spacing w:before="0" w:after="40"/>
        <w:jc w:val="both"/>
      </w:pPr>
      <w:r>
        <w:rPr>
          <w:rtl/>
        </w:rPr>
        <w:t>أ. هؤلاء هم الأطفالُ الذي رسموا اللوحات. ← الأطفالُ الذين رسموا اللوحات.</w:t>
      </w:r>
    </w:p>
    <w:p>
      <w:pPr>
        <w:bidi/>
        <w:spacing w:before="0" w:after="40"/>
        <w:jc w:val="both"/>
      </w:pPr>
      <w:r>
        <w:rPr>
          <w:rtl/>
        </w:rPr>
        <w:t>ب. هذه هي الأقلامُ الذين اشتريْتُها. ← الأقلامُ التي اشتريْتُها.</w:t>
      </w:r>
    </w:p>
    <w:p>
      <w:pPr>
        <w:bidi/>
        <w:spacing w:before="0" w:after="40"/>
        <w:jc w:val="both"/>
      </w:pPr>
      <w:r>
        <w:rPr>
          <w:rtl/>
        </w:rPr>
        <w:t>ج. كرّمَ المديرُ الطالبَيْن اللذان فازا. ← الطالبَيْن اللذين فازا.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اكتب أربع جمل عن أصدقائك وأشيائك المفضّلة، واستعمل في كلّ جملة اسمًا موصولًا مختلفًا.</w:t>
      </w:r>
    </w:p>
    <w:p>
      <w:pPr>
        <w:bidi/>
        <w:spacing w:before="0" w:after="80"/>
        <w:jc w:val="both"/>
      </w:pPr>
      <w:r>
        <w:rPr>
          <w:color w:val="0F7A4F"/>
          <w:rtl/>
        </w:rPr>
        <w:t>إجابة ممكنة: سامي هو الصديقُ الذي يشاركُني ألعابي. الدرّاجةُ التي أهداني إيّاها أبي زرقاء. أحبُّ الأصدقاءَ الذين يقولون الصدق. أختاي اللتان تكبرانني تساعدانني في دروسي.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