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الخامس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الألف الليّنة في آخر الكلمة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صورة الألف في آخرها.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الكلمات: دعا  |  مشى  |  عصا  |  فتى  |  إلى  |  هذا  |  متى  |  أنا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ألف قائمة (ا)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ألف مقصورة (ى)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اكتب مضارع الفعل، ثمّ اكتب صورة الألف في الماضي.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الماضي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المضارع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صورة الألف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سما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بكى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نجا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سقى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صحا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اكتب الفعل كاملًا بالألف الصحيحة.</w:t>
      </w:r>
    </w:p>
    <w:p>
      <w:pPr>
        <w:bidi/>
        <w:spacing w:before="0" w:after="60"/>
        <w:jc w:val="both"/>
      </w:pPr>
      <w:r>
        <w:rPr>
          <w:rtl/>
        </w:rPr>
        <w:t>أ. جر_ (يجري): __________</w:t>
      </w:r>
    </w:p>
    <w:p>
      <w:pPr>
        <w:bidi/>
        <w:spacing w:before="0" w:after="60"/>
        <w:jc w:val="both"/>
      </w:pPr>
      <w:r>
        <w:rPr>
          <w:rtl/>
        </w:rPr>
        <w:t>ب. عل_ (يعلو): __________</w:t>
      </w:r>
    </w:p>
    <w:p>
      <w:pPr>
        <w:bidi/>
        <w:spacing w:before="0" w:after="60"/>
        <w:jc w:val="both"/>
      </w:pPr>
      <w:r>
        <w:rPr>
          <w:rtl/>
        </w:rPr>
        <w:t>ج. رو_ (يروي): __________</w:t>
      </w:r>
    </w:p>
    <w:p>
      <w:pPr>
        <w:bidi/>
        <w:spacing w:before="0" w:after="60"/>
        <w:jc w:val="both"/>
      </w:pPr>
      <w:r>
        <w:rPr>
          <w:rtl/>
        </w:rPr>
        <w:t>د. شك_ (يشكو): __________</w:t>
      </w:r>
    </w:p>
    <w:p>
      <w:pPr>
        <w:bidi/>
        <w:spacing w:before="0" w:after="60"/>
        <w:jc w:val="both"/>
      </w:pPr>
      <w:r>
        <w:rPr>
          <w:rtl/>
        </w:rPr>
        <w:t>هـ. بن_ (يبني):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الكتابة الصحيحة.</w:t>
      </w:r>
    </w:p>
    <w:p>
      <w:pPr>
        <w:bidi/>
        <w:spacing w:before="0" w:after="20"/>
        <w:jc w:val="both"/>
      </w:pPr>
      <w:r>
        <w:rPr>
          <w:rtl/>
        </w:rPr>
        <w:t>أ. فعل خماسيّ:</w:t>
      </w:r>
    </w:p>
    <w:p>
      <w:pPr>
        <w:bidi/>
        <w:spacing w:before="0" w:after="80"/>
        <w:jc w:val="both"/>
      </w:pPr>
      <w:r>
        <w:rPr>
          <w:rtl/>
        </w:rPr>
        <w:t xml:space="preserve">   ○ اشترا      ○ اشترى</w:t>
      </w:r>
    </w:p>
    <w:p>
      <w:pPr>
        <w:bidi/>
        <w:spacing w:before="0" w:after="20"/>
        <w:jc w:val="both"/>
      </w:pPr>
      <w:r>
        <w:rPr>
          <w:rtl/>
        </w:rPr>
        <w:t>ب. اسم فوق الثلاثيّ:</w:t>
      </w:r>
    </w:p>
    <w:p>
      <w:pPr>
        <w:bidi/>
        <w:spacing w:before="0" w:after="80"/>
        <w:jc w:val="both"/>
      </w:pPr>
      <w:r>
        <w:rPr>
          <w:rtl/>
        </w:rPr>
        <w:t xml:space="preserve">   ○ مستشفا      ○ مستشفى</w:t>
      </w:r>
    </w:p>
    <w:p>
      <w:pPr>
        <w:bidi/>
        <w:spacing w:before="0" w:after="20"/>
        <w:jc w:val="both"/>
      </w:pPr>
      <w:r>
        <w:rPr>
          <w:rtl/>
        </w:rPr>
        <w:t>ج. سبقت الألفَ ياءٌ:</w:t>
      </w:r>
    </w:p>
    <w:p>
      <w:pPr>
        <w:bidi/>
        <w:spacing w:before="0" w:after="80"/>
        <w:jc w:val="both"/>
      </w:pPr>
      <w:r>
        <w:rPr>
          <w:rtl/>
        </w:rPr>
        <w:t xml:space="preserve">   ○ دنيا      ○ دنيى</w:t>
      </w:r>
    </w:p>
    <w:p>
      <w:pPr>
        <w:bidi/>
        <w:spacing w:before="0" w:after="20"/>
        <w:jc w:val="both"/>
      </w:pPr>
      <w:r>
        <w:rPr>
          <w:rtl/>
        </w:rPr>
        <w:t>د. حرف جرّ:</w:t>
      </w:r>
    </w:p>
    <w:p>
      <w:pPr>
        <w:bidi/>
        <w:spacing w:before="0" w:after="80"/>
        <w:jc w:val="both"/>
      </w:pPr>
      <w:r>
        <w:rPr>
          <w:rtl/>
        </w:rPr>
        <w:t xml:space="preserve">   ○ علا      ○ على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صِل الكلمة بسبب كتابتها.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دعا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اسم مبنيّ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رمى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أصل الألف ياء (يرمي)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أعطى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سبقتها ياء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هدايا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أصل الألف واو (يدعو)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حتّى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حرف من الحروف الأربعة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ماذا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فوق الثلاثيّ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كلّ الحروف تُكتب بألف قائمة.      صحيح / خطأ</w:t>
      </w:r>
    </w:p>
    <w:p>
      <w:pPr>
        <w:bidi/>
        <w:spacing w:before="0" w:after="60"/>
        <w:jc w:val="both"/>
      </w:pPr>
      <w:r>
        <w:rPr>
          <w:rtl/>
        </w:rPr>
        <w:t>ب. «مصطفى» تُكتب بألف مقصورة لأنّها فوق الثلاثيّ.      صحيح / خطأ</w:t>
      </w:r>
    </w:p>
    <w:p>
      <w:pPr>
        <w:bidi/>
        <w:spacing w:before="0" w:after="60"/>
        <w:jc w:val="both"/>
      </w:pPr>
      <w:r>
        <w:rPr>
          <w:rtl/>
        </w:rPr>
        <w:t>ج. «عصا» تُكتب بألف مقصورة.      صحيح / خطأ</w:t>
      </w:r>
    </w:p>
    <w:p>
      <w:pPr>
        <w:bidi/>
        <w:spacing w:before="0" w:after="60"/>
        <w:jc w:val="both"/>
      </w:pPr>
      <w:r>
        <w:rPr>
          <w:rtl/>
        </w:rPr>
        <w:t>د. «متى» من الأسماء المبنيّة التي تُكتب بألف مقصورة.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أكمل الكلمة بـ (ا) أو (ى)، واكتبها كاملة.</w:t>
      </w:r>
    </w:p>
    <w:p>
      <w:pPr>
        <w:bidi/>
        <w:spacing w:before="0" w:after="60"/>
        <w:jc w:val="both"/>
      </w:pPr>
      <w:r>
        <w:rPr>
          <w:rtl/>
        </w:rPr>
        <w:t>أ. ذهبْتُ إل_ المدرسة: __________</w:t>
      </w:r>
    </w:p>
    <w:p>
      <w:pPr>
        <w:bidi/>
        <w:spacing w:before="0" w:after="60"/>
        <w:jc w:val="both"/>
      </w:pPr>
      <w:r>
        <w:rPr>
          <w:rtl/>
        </w:rPr>
        <w:t>ب. ه_ذا كتابي: __________</w:t>
      </w:r>
    </w:p>
    <w:p>
      <w:pPr>
        <w:bidi/>
        <w:spacing w:before="0" w:after="60"/>
        <w:jc w:val="both"/>
      </w:pPr>
      <w:r>
        <w:rPr>
          <w:rtl/>
        </w:rPr>
        <w:t>ج. سع_ الطالبُ إلى النجاح: __________</w:t>
      </w:r>
    </w:p>
    <w:p>
      <w:pPr>
        <w:bidi/>
        <w:spacing w:before="0" w:after="60"/>
        <w:jc w:val="both"/>
      </w:pPr>
      <w:r>
        <w:rPr>
          <w:rtl/>
        </w:rPr>
        <w:t>د. رأيْتُ فت_ صغيرًا: __________</w:t>
      </w:r>
    </w:p>
    <w:p>
      <w:pPr>
        <w:bidi/>
        <w:spacing w:before="120" w:after="40"/>
        <w:jc w:val="center"/>
      </w:pPr>
      <w:r>
        <w:rPr>
          <w:rFonts w:ascii="Traditional Arabic" w:hAnsi="Traditional Arabic" w:cs="Traditional Arabic"/>
          <w:b/>
          <w:bCs/>
          <w:color w:val="9F1239"/>
          <w:sz w:val="30"/>
          <w:szCs w:val="30"/>
          <w:rtl/>
        </w:rPr>
        <w:t>في المستشفى</w:t>
      </w:r>
    </w:p>
    <w:p>
      <w:pPr>
        <w:bidi/>
        <w:spacing w:before="0" w:after="80"/>
        <w:jc w:val="both"/>
      </w:pPr>
      <w:r>
        <w:rPr>
          <w:rtl/>
        </w:rPr>
        <w:t>مرضَ جدّي، فنقلَه أبي إلى المستشفى. دعا الطبيبُ الممرّضةَ، فأتَتْ بسرعة وأحضرَتِ الدواءَ. وجلسْتُ على كرسيّ بجانب السرير حتّى المساء.</w:t>
      </w:r>
    </w:p>
    <w:p>
      <w:pPr>
        <w:bidi/>
        <w:spacing w:before="0" w:after="80"/>
        <w:jc w:val="both"/>
      </w:pPr>
      <w:r>
        <w:rPr>
          <w:rtl/>
        </w:rPr>
        <w:t>في اليوم التالي صحا جدّي نشيطًا، فحكى لنا حكاية من أيّام صباه، حين كان فتًى يرعى الغنم على التلال. ضحكْنا كثيرًا، وبكى أخي الصغير من شدّة الضحك.</w:t>
      </w:r>
    </w:p>
    <w:p>
      <w:pPr>
        <w:bidi/>
        <w:spacing w:before="0" w:after="80"/>
        <w:jc w:val="both"/>
      </w:pPr>
      <w:r>
        <w:rPr>
          <w:rtl/>
        </w:rPr>
        <w:t>قال جدّي: «ما أجملَ الدنيا حين نكون معًا!»، وأعطى كلّ واحد منّا حلوى صغيرة.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نصّ «في المستشفى» كلمات تنتهي بألف ليّنة، واكتب سبب كتابتها.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سبب الكتابة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دعا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حكى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المستشفى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الدنيا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حتّى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صحّح الخطأ الإملائيّ في كلّ جملة، واكتب الكلمة الصحيحة.</w:t>
      </w:r>
    </w:p>
    <w:p>
      <w:pPr>
        <w:bidi/>
        <w:spacing w:before="0" w:after="100"/>
        <w:jc w:val="both"/>
      </w:pPr>
      <w:r>
        <w:rPr>
          <w:rtl/>
        </w:rPr>
        <w:t>أ. يرعا الراعي الغنمَ.</w:t>
      </w:r>
    </w:p>
    <w:p>
      <w:pPr>
        <w:bidi/>
        <w:spacing w:before="0" w:after="100"/>
        <w:jc w:val="both"/>
      </w:pPr>
      <w:r>
        <w:rPr>
          <w:rtl/>
        </w:rPr>
        <w:t>ب. أعطا المعلّمُ الجوائزَ.</w:t>
      </w:r>
    </w:p>
    <w:p>
      <w:pPr>
        <w:bidi/>
        <w:spacing w:before="0" w:after="100"/>
        <w:jc w:val="both"/>
      </w:pPr>
      <w:r>
        <w:rPr>
          <w:rtl/>
        </w:rPr>
        <w:t>ج. دعى أبي الضيوفَ.</w:t>
      </w:r>
    </w:p>
    <w:p>
      <w:pPr>
        <w:bidi/>
        <w:spacing w:before="0" w:after="100"/>
        <w:jc w:val="both"/>
      </w:pPr>
      <w:r>
        <w:rPr>
          <w:rtl/>
        </w:rPr>
        <w:t>د. وقفَ العصفورُ علا الغصن.</w:t>
      </w:r>
    </w:p>
    <w:p>
      <w:pPr>
        <w:bidi/>
        <w:spacing w:before="0" w:after="100"/>
        <w:jc w:val="both"/>
      </w:pPr>
      <w:r>
        <w:rPr>
          <w:rtl/>
        </w:rPr>
        <w:t>هـ. ماذى تريدُ أن تشربَ؟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اكتب مثنّى الاسم لتعرف أصل الألف.</w:t>
      </w:r>
    </w:p>
    <w:p>
      <w:pPr>
        <w:bidi/>
        <w:spacing w:before="0" w:after="60"/>
        <w:jc w:val="both"/>
      </w:pPr>
      <w:r>
        <w:rPr>
          <w:rtl/>
        </w:rPr>
        <w:t>أ. عصا: __________</w:t>
      </w:r>
    </w:p>
    <w:p>
      <w:pPr>
        <w:bidi/>
        <w:spacing w:before="0" w:after="60"/>
        <w:jc w:val="both"/>
      </w:pPr>
      <w:r>
        <w:rPr>
          <w:rtl/>
        </w:rPr>
        <w:t>ب. فتى: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لماذا كُتبت «صحا» بألف قائمة و«بكى» بألف مقصورة؟ اشرح بطريقتين.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خمس جمل عن يوم في حياتك، واستعمل فيها: مشى، دعا، إلى، اشترى، متى.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الخامس   |   ورقة عمل – الإجابات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0F7A4F"/>
          <w:sz w:val="36"/>
          <w:szCs w:val="36"/>
          <w:rtl/>
        </w:rPr>
        <w:t>الإجابات – الألف الليّنة في آخر الكلمة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صورة الألف في آخرها.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ألف قائمة (ا)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ألف مقصورة (ى)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دعا, عصا, هذا, أنا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مشى, فتى, إلى, متى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اكتب مضارع الفعل، ثمّ اكتب صورة الألف في الماضي.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الماضي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المضارع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صورة الألف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سما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يسمو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بكى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يبكي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ى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نجا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ينجو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سقى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يسقي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ى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صحا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يصحو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اكتب الفعل كاملًا بالألف الصحيحة.</w:t>
      </w:r>
    </w:p>
    <w:p>
      <w:pPr>
        <w:bidi/>
        <w:spacing w:before="0" w:after="40"/>
        <w:jc w:val="both"/>
      </w:pPr>
      <w:r>
        <w:rPr>
          <w:rtl/>
        </w:rPr>
        <w:t>أ. جر_ (يجري): جرى</w:t>
      </w:r>
    </w:p>
    <w:p>
      <w:pPr>
        <w:bidi/>
        <w:spacing w:before="0" w:after="40"/>
        <w:jc w:val="both"/>
      </w:pPr>
      <w:r>
        <w:rPr>
          <w:rtl/>
        </w:rPr>
        <w:t>ب. عل_ (يعلو): علا</w:t>
      </w:r>
    </w:p>
    <w:p>
      <w:pPr>
        <w:bidi/>
        <w:spacing w:before="0" w:after="40"/>
        <w:jc w:val="both"/>
      </w:pPr>
      <w:r>
        <w:rPr>
          <w:rtl/>
        </w:rPr>
        <w:t>ج. رو_ (يروي): روى</w:t>
      </w:r>
    </w:p>
    <w:p>
      <w:pPr>
        <w:bidi/>
        <w:spacing w:before="0" w:after="40"/>
        <w:jc w:val="both"/>
      </w:pPr>
      <w:r>
        <w:rPr>
          <w:rtl/>
        </w:rPr>
        <w:t>د. شك_ (يشكو): شكا</w:t>
      </w:r>
    </w:p>
    <w:p>
      <w:pPr>
        <w:bidi/>
        <w:spacing w:before="0" w:after="40"/>
        <w:jc w:val="both"/>
      </w:pPr>
      <w:r>
        <w:rPr>
          <w:rtl/>
        </w:rPr>
        <w:t>هـ. بن_ (يبني): بنى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الكتابة الصحيحة.</w:t>
      </w:r>
    </w:p>
    <w:p>
      <w:pPr>
        <w:bidi/>
        <w:spacing w:before="0" w:after="20"/>
        <w:jc w:val="both"/>
      </w:pPr>
      <w:r>
        <w:rPr>
          <w:rtl/>
        </w:rPr>
        <w:t>أ. فعل خماسيّ: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اشترى</w:t>
      </w:r>
    </w:p>
    <w:p>
      <w:pPr>
        <w:bidi/>
        <w:spacing w:before="0" w:after="20"/>
        <w:jc w:val="both"/>
      </w:pPr>
      <w:r>
        <w:rPr>
          <w:rtl/>
        </w:rPr>
        <w:t>ب. اسم فوق الثلاثيّ: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مستشفى</w:t>
      </w:r>
    </w:p>
    <w:p>
      <w:pPr>
        <w:bidi/>
        <w:spacing w:before="0" w:after="20"/>
        <w:jc w:val="both"/>
      </w:pPr>
      <w:r>
        <w:rPr>
          <w:rtl/>
        </w:rPr>
        <w:t>ج. سبقت الألفَ ياءٌ: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دنيا</w:t>
      </w:r>
    </w:p>
    <w:p>
      <w:pPr>
        <w:bidi/>
        <w:spacing w:before="0" w:after="20"/>
        <w:jc w:val="both"/>
      </w:pPr>
      <w:r>
        <w:rPr>
          <w:rtl/>
        </w:rPr>
        <w:t>د. حرف جرّ: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على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صِل الكلمة بسبب كتابتها.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دعا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اسم مبنيّ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رمى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أصل الألف ياء (يرمي)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أعطى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سبقتها ياء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هدايا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أصل الألف واو (يدعو)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حتّى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حرف من الحروف الأربعة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ماذا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فوق الثلاثيّ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كلّ الحروف تُكتب بألف قائمة. – خطأ – إلّا: إلى، على، حتّى، بلى</w:t>
      </w:r>
    </w:p>
    <w:p>
      <w:pPr>
        <w:bidi/>
        <w:spacing w:before="0" w:after="40"/>
        <w:jc w:val="both"/>
      </w:pPr>
      <w:r>
        <w:rPr>
          <w:rtl/>
        </w:rPr>
        <w:t>ب. «مصطفى» تُكتب بألف مقصورة لأنّها فوق الثلاثيّ. – صحيح</w:t>
      </w:r>
    </w:p>
    <w:p>
      <w:pPr>
        <w:bidi/>
        <w:spacing w:before="0" w:after="40"/>
        <w:jc w:val="both"/>
      </w:pPr>
      <w:r>
        <w:rPr>
          <w:rtl/>
        </w:rPr>
        <w:t>ج. «عصا» تُكتب بألف مقصورة. – خطأ – تُكتب قائمة لأنّ مثنّاها عصوان</w:t>
      </w:r>
    </w:p>
    <w:p>
      <w:pPr>
        <w:bidi/>
        <w:spacing w:before="0" w:after="40"/>
        <w:jc w:val="both"/>
      </w:pPr>
      <w:r>
        <w:rPr>
          <w:rtl/>
        </w:rPr>
        <w:t>د. «متى» من الأسماء المبنيّة التي تُكتب بألف مقصورة.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أكمل الكلمة بـ (ا) أو (ى)، واكتبها كاملة.</w:t>
      </w:r>
    </w:p>
    <w:p>
      <w:pPr>
        <w:bidi/>
        <w:spacing w:before="0" w:after="40"/>
        <w:jc w:val="both"/>
      </w:pPr>
      <w:r>
        <w:rPr>
          <w:rtl/>
        </w:rPr>
        <w:t>أ. ذهبْتُ إل_ المدرسة: إلى</w:t>
      </w:r>
    </w:p>
    <w:p>
      <w:pPr>
        <w:bidi/>
        <w:spacing w:before="0" w:after="40"/>
        <w:jc w:val="both"/>
      </w:pPr>
      <w:r>
        <w:rPr>
          <w:rtl/>
        </w:rPr>
        <w:t>ب. ه_ذا كتابي: هذا</w:t>
      </w:r>
    </w:p>
    <w:p>
      <w:pPr>
        <w:bidi/>
        <w:spacing w:before="0" w:after="40"/>
        <w:jc w:val="both"/>
      </w:pPr>
      <w:r>
        <w:rPr>
          <w:rtl/>
        </w:rPr>
        <w:t>ج. سع_ الطالبُ إلى النجاح: سعى</w:t>
      </w:r>
    </w:p>
    <w:p>
      <w:pPr>
        <w:bidi/>
        <w:spacing w:before="0" w:after="40"/>
        <w:jc w:val="both"/>
      </w:pPr>
      <w:r>
        <w:rPr>
          <w:rtl/>
        </w:rPr>
        <w:t>د. رأيْتُ فت_ صغيرًا: فتى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نصّ «في المستشفى» كلمات تنتهي بألف ليّنة، واكتب سبب كتابتها.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سبب الكتابة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دعا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فعل ثلاثيّ أصل ألفه واو (يدعو)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حكى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فعل ثلاثيّ أصل ألفه ياء (يحكي)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المستشفى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اسم فوق الثلاثيّ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الدنيا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فوق الثلاثيّ وسبقتها ياء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حتّى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من الحروف الأربعة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صحّح الخطأ الإملائيّ في كلّ جملة، واكتب الكلمة الصحيحة.</w:t>
      </w:r>
    </w:p>
    <w:p>
      <w:pPr>
        <w:bidi/>
        <w:spacing w:before="0" w:after="100"/>
        <w:jc w:val="both"/>
      </w:pPr>
      <w:r>
        <w:rPr>
          <w:rtl/>
        </w:rPr>
        <w:t>أ. يرعا الراعي الغنمَ.  ← يرعى</w:t>
      </w:r>
    </w:p>
    <w:p>
      <w:pPr>
        <w:bidi/>
        <w:spacing w:before="0" w:after="100"/>
        <w:jc w:val="both"/>
      </w:pPr>
      <w:r>
        <w:rPr>
          <w:rtl/>
        </w:rPr>
        <w:t>ب. أعطا المعلّمُ الجوائزَ.  ← أعطى</w:t>
      </w:r>
    </w:p>
    <w:p>
      <w:pPr>
        <w:bidi/>
        <w:spacing w:before="0" w:after="100"/>
        <w:jc w:val="both"/>
      </w:pPr>
      <w:r>
        <w:rPr>
          <w:rtl/>
        </w:rPr>
        <w:t>ج. دعى أبي الضيوفَ.  ← دعا</w:t>
      </w:r>
    </w:p>
    <w:p>
      <w:pPr>
        <w:bidi/>
        <w:spacing w:before="0" w:after="100"/>
        <w:jc w:val="both"/>
      </w:pPr>
      <w:r>
        <w:rPr>
          <w:rtl/>
        </w:rPr>
        <w:t>د. وقفَ العصفورُ علا الغصن.  ← على</w:t>
      </w:r>
    </w:p>
    <w:p>
      <w:pPr>
        <w:bidi/>
        <w:spacing w:before="0" w:after="100"/>
        <w:jc w:val="both"/>
      </w:pPr>
      <w:r>
        <w:rPr>
          <w:rtl/>
        </w:rPr>
        <w:t>هـ. ماذى تريدُ أن تشربَ؟  ← ماذا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اكتب مثنّى الاسم لتعرف أصل الألف.</w:t>
      </w:r>
    </w:p>
    <w:p>
      <w:pPr>
        <w:bidi/>
        <w:spacing w:before="0" w:after="40"/>
        <w:jc w:val="both"/>
      </w:pPr>
      <w:r>
        <w:rPr>
          <w:rtl/>
        </w:rPr>
        <w:t>أ. عصا: عصوان</w:t>
      </w:r>
    </w:p>
    <w:p>
      <w:pPr>
        <w:bidi/>
        <w:spacing w:before="0" w:after="40"/>
        <w:jc w:val="both"/>
      </w:pPr>
      <w:r>
        <w:rPr>
          <w:rtl/>
        </w:rPr>
        <w:t>ب. فتى: فتيان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لماذا كُتبت «صحا» بألف قائمة و«بكى» بألف مقصورة؟ اشرح بطريقتين.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«صحا» مضارعها يصحو، وتاء الفاعل: صحوْتُ، فالأصل واو. «بكى» مضارعها يبكي، وتاء الفاعل: بكيْتُ، فالأصل ياء.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خمس جمل عن يوم في حياتك، واستعمل فيها: مشى، دعا، إلى، اشترى، متى.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مشى أخي إلى المدرسة. دعا المعلّمُ التلاميذَ إلى الساحة. اشترى أبي خبزًا من الفرن. متى نذهبُ إلى البحر؟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