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كان وأخواتها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ضع خطًّا تحت الفعل الناقص في كلّ جملة، واكتبه.</w:t>
      </w:r>
    </w:p>
    <w:p>
      <w:pPr>
        <w:bidi/>
        <w:spacing w:before="0" w:after="100"/>
        <w:jc w:val="both"/>
      </w:pPr>
      <w:r>
        <w:rPr>
          <w:rtl/>
        </w:rPr>
        <w:t>أ. كان البحرُ هادئًا.</w:t>
      </w:r>
    </w:p>
    <w:p>
      <w:pPr>
        <w:bidi/>
        <w:spacing w:before="0" w:after="100"/>
        <w:jc w:val="both"/>
      </w:pPr>
      <w:r>
        <w:rPr>
          <w:rtl/>
        </w:rPr>
        <w:t>ب. أصبح الصغيرُ طالبًا.</w:t>
      </w:r>
    </w:p>
    <w:p>
      <w:pPr>
        <w:bidi/>
        <w:spacing w:before="0" w:after="100"/>
        <w:jc w:val="both"/>
      </w:pPr>
      <w:r>
        <w:rPr>
          <w:rtl/>
        </w:rPr>
        <w:t>ج. بات المريضُ مرتاحًا.</w:t>
      </w:r>
    </w:p>
    <w:p>
      <w:pPr>
        <w:bidi/>
        <w:spacing w:before="0" w:after="100"/>
        <w:jc w:val="both"/>
      </w:pPr>
      <w:r>
        <w:rPr>
          <w:rtl/>
        </w:rPr>
        <w:t>د. ليس الماءُ باردًا.</w:t>
      </w:r>
    </w:p>
    <w:p>
      <w:pPr>
        <w:bidi/>
        <w:spacing w:before="0" w:after="100"/>
        <w:jc w:val="both"/>
      </w:pPr>
      <w:r>
        <w:rPr>
          <w:rtl/>
        </w:rPr>
        <w:t>هـ. ما زال الحقلُ أخضرَ.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عيّن اسم الفعل الناقص وخبره.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كان الصباحُ مشمسًا.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صار الحليبُ لبنًا.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أمسى الشارعُ هادئًا.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ظلّ الطالبُ مجتهدًا.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كلّ فعل ناقص بمعناه.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أصبح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في المساء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أمسى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الاستمرار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بات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التحوّل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صار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النفي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ليس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في الليل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ما زال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في الصباح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أدخل الفعل الناقص الذي بين القوسين على الجملة، واكتب الخبر منصوبًا.</w:t>
      </w:r>
    </w:p>
    <w:p>
      <w:pPr>
        <w:bidi/>
        <w:spacing w:before="0" w:after="60"/>
        <w:jc w:val="both"/>
      </w:pPr>
      <w:r>
        <w:rPr>
          <w:rtl/>
        </w:rPr>
        <w:t>أ. الجوُّ لطيفٌ. (أصبح) أصبح الجوُّ __________.</w:t>
      </w:r>
    </w:p>
    <w:p>
      <w:pPr>
        <w:bidi/>
        <w:spacing w:before="0" w:after="60"/>
        <w:jc w:val="both"/>
      </w:pPr>
      <w:r>
        <w:rPr>
          <w:rtl/>
        </w:rPr>
        <w:t>ب. الطريقُ طويلٌ. (كان) كان الطريقُ __________.</w:t>
      </w:r>
    </w:p>
    <w:p>
      <w:pPr>
        <w:bidi/>
        <w:spacing w:before="0" w:after="60"/>
        <w:jc w:val="both"/>
      </w:pPr>
      <w:r>
        <w:rPr>
          <w:rtl/>
        </w:rPr>
        <w:t>ج. الدرسُ سهلٌ. (ليس) ليس الدرسُ __________.</w:t>
      </w:r>
    </w:p>
    <w:p>
      <w:pPr>
        <w:bidi/>
        <w:spacing w:before="0" w:after="60"/>
        <w:jc w:val="both"/>
      </w:pPr>
      <w:r>
        <w:rPr>
          <w:rtl/>
        </w:rPr>
        <w:t>د. المطرُ غزيرٌ. (ما زال) ما زال المطرُ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اختر الخبر الصحيح من البنك.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بنك الكلمات: مستعدّين  |  نشيطَيْن  |  ماهراتٍ  |  فرحًا</w:t>
      </w:r>
    </w:p>
    <w:p>
      <w:pPr>
        <w:bidi/>
        <w:spacing w:before="0" w:after="60"/>
        <w:jc w:val="both"/>
      </w:pPr>
      <w:r>
        <w:rPr>
          <w:rtl/>
        </w:rPr>
        <w:t>أ. كان الولدُ __________.</w:t>
      </w:r>
    </w:p>
    <w:p>
      <w:pPr>
        <w:bidi/>
        <w:spacing w:before="0" w:after="60"/>
        <w:jc w:val="both"/>
      </w:pPr>
      <w:r>
        <w:rPr>
          <w:rtl/>
        </w:rPr>
        <w:t>ب. أصبح اللاعبون __________.</w:t>
      </w:r>
    </w:p>
    <w:p>
      <w:pPr>
        <w:bidi/>
        <w:spacing w:before="0" w:after="60"/>
        <w:jc w:val="both"/>
      </w:pPr>
      <w:r>
        <w:rPr>
          <w:rtl/>
        </w:rPr>
        <w:t>ج. ظلّ العاملان __________.</w:t>
      </w:r>
    </w:p>
    <w:p>
      <w:pPr>
        <w:bidi/>
        <w:spacing w:before="0" w:after="60"/>
        <w:jc w:val="both"/>
      </w:pPr>
      <w:r>
        <w:rPr>
          <w:rtl/>
        </w:rPr>
        <w:t>د. صارت الخيّاطاتُ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صنّف الأخبار حسب علامة نصبها.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مسرورًا  |  فرحتين  |  ناجحين  |  متفوّقاتٍ  |  كبيرًا  |  حاضرين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الفتحة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الياء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الكسرة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صواب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اسم كان منصوب دائمًا.      صحيح / خطأ</w:t>
      </w:r>
    </w:p>
    <w:p>
      <w:pPr>
        <w:bidi/>
        <w:spacing w:before="0" w:after="60"/>
        <w:jc w:val="both"/>
      </w:pPr>
      <w:r>
        <w:rPr>
          <w:rtl/>
        </w:rPr>
        <w:t>ب. «ليس» من أخوات كان وتدلّ على النفي.      صحيح / خطأ</w:t>
      </w:r>
    </w:p>
    <w:p>
      <w:pPr>
        <w:bidi/>
        <w:spacing w:before="0" w:after="60"/>
        <w:jc w:val="both"/>
      </w:pPr>
      <w:r>
        <w:rPr>
          <w:rtl/>
        </w:rPr>
        <w:t>ج. في «صارت الحديقةُ جميلةً» الخبر «جميلةً».      صحيح / خطأ</w:t>
      </w:r>
    </w:p>
    <w:p>
      <w:pPr>
        <w:bidi/>
        <w:spacing w:before="0" w:after="60"/>
        <w:jc w:val="both"/>
      </w:pPr>
      <w:r>
        <w:rPr>
          <w:rtl/>
        </w:rPr>
        <w:t>د. خبر كان إذا كان جمع مؤنّث سالمًا يُنصب بالفتحة.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اختر الصواب.</w:t>
      </w:r>
    </w:p>
    <w:p>
      <w:pPr>
        <w:bidi/>
        <w:spacing w:before="0" w:after="20"/>
        <w:jc w:val="both"/>
      </w:pPr>
      <w:r>
        <w:rPr>
          <w:rtl/>
        </w:rPr>
        <w:t>أ. أصبح المهندسون ___ .</w:t>
      </w:r>
    </w:p>
    <w:p>
      <w:pPr>
        <w:bidi/>
        <w:spacing w:before="0" w:after="80"/>
        <w:jc w:val="both"/>
      </w:pPr>
      <w:r>
        <w:rPr>
          <w:rtl/>
        </w:rPr>
        <w:t xml:space="preserve">   ○ مستعدّون      ○ مستعدّين      ○ مستعدّان</w:t>
      </w:r>
    </w:p>
    <w:p>
      <w:pPr>
        <w:bidi/>
        <w:spacing w:before="0" w:after="20"/>
        <w:jc w:val="both"/>
      </w:pPr>
      <w:r>
        <w:rPr>
          <w:rtl/>
        </w:rPr>
        <w:t>ب. ما زالت الطالبتان ___ .</w:t>
      </w:r>
    </w:p>
    <w:p>
      <w:pPr>
        <w:bidi/>
        <w:spacing w:before="0" w:after="80"/>
        <w:jc w:val="both"/>
      </w:pPr>
      <w:r>
        <w:rPr>
          <w:rtl/>
        </w:rPr>
        <w:t xml:space="preserve">   ○ مجتهدتين      ○ مجتهدتان      ○ مجتهداتٌ</w:t>
      </w:r>
    </w:p>
    <w:p>
      <w:pPr>
        <w:bidi/>
        <w:spacing w:before="0" w:after="20"/>
        <w:jc w:val="both"/>
      </w:pPr>
      <w:r>
        <w:rPr>
          <w:rtl/>
        </w:rPr>
        <w:t>ج. كانت الأزهارُ ___ .</w:t>
      </w:r>
    </w:p>
    <w:p>
      <w:pPr>
        <w:bidi/>
        <w:spacing w:before="0" w:after="80"/>
        <w:jc w:val="both"/>
      </w:pPr>
      <w:r>
        <w:rPr>
          <w:rtl/>
        </w:rPr>
        <w:t xml:space="preserve">   ○ متفتّحةٌ      ○ متفتّحةً      ○ متفتّحةٍ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شتاء في القرية</w:t>
      </w:r>
    </w:p>
    <w:p>
      <w:pPr>
        <w:bidi/>
        <w:spacing w:before="0" w:after="80"/>
        <w:jc w:val="both"/>
      </w:pPr>
      <w:r>
        <w:rPr>
          <w:rtl/>
        </w:rPr>
        <w:t>كان الصباحُ باردًا في قريتنا الجبليّة. استيقظ يوسف مبكّرًا فرأى الحقول بيضاء، فقد بات الثلجُ متساقطًا طوال الليل.</w:t>
      </w:r>
    </w:p>
    <w:p>
      <w:pPr>
        <w:bidi/>
        <w:spacing w:before="0" w:after="80"/>
        <w:jc w:val="both"/>
      </w:pPr>
      <w:r>
        <w:rPr>
          <w:rtl/>
        </w:rPr>
        <w:t>خرج يوسف مع أخته مريم إلى الساحة، فصار الولدان سعيدَيْن يلعبان ويضحكان. وظلّ الجدُّ جالسًا قرب المدفأة يروي الحكايات للصغار.</w:t>
      </w:r>
    </w:p>
    <w:p>
      <w:pPr>
        <w:bidi/>
        <w:spacing w:before="0" w:after="80"/>
        <w:jc w:val="both"/>
      </w:pPr>
      <w:r>
        <w:rPr>
          <w:rtl/>
        </w:rPr>
        <w:t>وعند الظهر أصبحت الشمسُ دافئةً، وما زالت الأشجارُ مغطّاةً بالثلج. وفي المساء أمسى البيتُ هادئًا، فقد تعب الجميع من اللعب.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النصّ «شتاء في القرية» أربع جمل فيها فعل ناقص، وعيّن الاسم والخبر.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 الناقص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اسمه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خبره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صار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ظلّ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أمسى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اعتمادًا على النصّ، أكمل.</w:t>
      </w:r>
    </w:p>
    <w:p>
      <w:pPr>
        <w:bidi/>
        <w:spacing w:before="0" w:after="60"/>
        <w:jc w:val="both"/>
      </w:pPr>
      <w:r>
        <w:rPr>
          <w:rtl/>
        </w:rPr>
        <w:t>أ. «صار الولدان سعيدَيْن»: الخبر منصوب وعلامة نصبه __________ لأنّه مثنًّى.</w:t>
      </w:r>
    </w:p>
    <w:p>
      <w:pPr>
        <w:bidi/>
        <w:spacing w:before="0" w:after="60"/>
        <w:jc w:val="both"/>
      </w:pPr>
      <w:r>
        <w:rPr>
          <w:rtl/>
        </w:rPr>
        <w:t>ب. «أصبحت الشمسُ دافئةً»: اسم أصبح هو __________.</w:t>
      </w:r>
    </w:p>
    <w:p>
      <w:pPr>
        <w:bidi/>
        <w:spacing w:before="0" w:after="60"/>
        <w:jc w:val="both"/>
      </w:pPr>
      <w:r>
        <w:rPr>
          <w:rtl/>
        </w:rPr>
        <w:t>ج. الفعل الناقص الذي يدلّ على الاستمرار في الفقرة الثالثة: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أكملوا بخبر الفعل الناسخ منصوبًا (الكلمة بين القوسين).</w:t>
      </w:r>
    </w:p>
    <w:p>
      <w:pPr>
        <w:bidi/>
        <w:spacing w:before="0" w:after="60"/>
        <w:jc w:val="both"/>
      </w:pPr>
      <w:r>
        <w:rPr>
          <w:rtl/>
        </w:rPr>
        <w:t>أ. كان الجوُّ __________ أمس. (بارد)</w:t>
      </w:r>
    </w:p>
    <w:p>
      <w:pPr>
        <w:bidi/>
        <w:spacing w:before="0" w:after="60"/>
        <w:jc w:val="both"/>
      </w:pPr>
      <w:r>
        <w:rPr>
          <w:rtl/>
        </w:rPr>
        <w:t>ب. أصبح الطريقُ __________ في الصباح. (مزدحم)</w:t>
      </w:r>
    </w:p>
    <w:p>
      <w:pPr>
        <w:bidi/>
        <w:spacing w:before="0" w:after="60"/>
        <w:jc w:val="both"/>
      </w:pPr>
      <w:r>
        <w:rPr>
          <w:rtl/>
        </w:rPr>
        <w:t>ج. ما زال الطفلُ __________ . (نائم)</w:t>
      </w:r>
    </w:p>
    <w:p>
      <w:pPr>
        <w:bidi/>
        <w:spacing w:before="0" w:after="60"/>
        <w:jc w:val="both"/>
      </w:pPr>
      <w:r>
        <w:rPr>
          <w:rtl/>
        </w:rPr>
        <w:t>د. صارت الشجرةُ __________ . (عالية)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يوم ماطر، تستعمل في كلّ منها فعلًا ناقصًا مختلفًا، وضع خطًّا تحت الخبر.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عمل – الإجابات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الإجابات – كان وأخواتها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ضع خطًّا تحت الفعل الناقص في كلّ جملة، واكتبه.</w:t>
      </w:r>
    </w:p>
    <w:p>
      <w:pPr>
        <w:bidi/>
        <w:spacing w:before="0" w:after="100"/>
        <w:jc w:val="both"/>
      </w:pPr>
      <w:r>
        <w:rPr>
          <w:rtl/>
        </w:rPr>
        <w:t>أ. كان البحرُ هادئًا.  ← كان</w:t>
      </w:r>
    </w:p>
    <w:p>
      <w:pPr>
        <w:bidi/>
        <w:spacing w:before="0" w:after="100"/>
        <w:jc w:val="both"/>
      </w:pPr>
      <w:r>
        <w:rPr>
          <w:rtl/>
        </w:rPr>
        <w:t>ب. أصبح الصغيرُ طالبًا.  ← أصبح</w:t>
      </w:r>
    </w:p>
    <w:p>
      <w:pPr>
        <w:bidi/>
        <w:spacing w:before="0" w:after="100"/>
        <w:jc w:val="both"/>
      </w:pPr>
      <w:r>
        <w:rPr>
          <w:rtl/>
        </w:rPr>
        <w:t>ج. بات المريضُ مرتاحًا.  ← بات</w:t>
      </w:r>
    </w:p>
    <w:p>
      <w:pPr>
        <w:bidi/>
        <w:spacing w:before="0" w:after="100"/>
        <w:jc w:val="both"/>
      </w:pPr>
      <w:r>
        <w:rPr>
          <w:rtl/>
        </w:rPr>
        <w:t>د. ليس الماءُ باردًا.  ← ليس</w:t>
      </w:r>
    </w:p>
    <w:p>
      <w:pPr>
        <w:bidi/>
        <w:spacing w:before="0" w:after="100"/>
        <w:jc w:val="both"/>
      </w:pPr>
      <w:r>
        <w:rPr>
          <w:rtl/>
        </w:rPr>
        <w:t>هـ. ما زال الحقلُ أخضرَ.  ← ما زال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عيّن اسم الفعل الناقص وخبره.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كان الصباحُ مشمسًا.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الصباحُ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مشمسًا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صار الحليبُ لبنًا.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الحليبُ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لبنًا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أمسى الشارعُ هادئًا.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الشارعُ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هادئًا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ظلّ الطالبُ مجتهدًا.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الطالبُ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مجتهدًا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كلّ فعل ناقص بمعناه.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أصبح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في المساء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أمسى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الاستمرار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بات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التحوّل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صار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النفي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ليس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في الليل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ما زال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في الصباح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أدخل الفعل الناقص الذي بين القوسين على الجملة، واكتب الخبر منصوبًا.</w:t>
      </w:r>
    </w:p>
    <w:p>
      <w:pPr>
        <w:bidi/>
        <w:spacing w:before="0" w:after="40"/>
        <w:jc w:val="both"/>
      </w:pPr>
      <w:r>
        <w:rPr>
          <w:rtl/>
        </w:rPr>
        <w:t>أ. الجوُّ لطيفٌ. (أصبح) أصبح الجوُّ لطيفًا.</w:t>
      </w:r>
    </w:p>
    <w:p>
      <w:pPr>
        <w:bidi/>
        <w:spacing w:before="0" w:after="40"/>
        <w:jc w:val="both"/>
      </w:pPr>
      <w:r>
        <w:rPr>
          <w:rtl/>
        </w:rPr>
        <w:t>ب. الطريقُ طويلٌ. (كان) كان الطريقُ طويلًا.</w:t>
      </w:r>
    </w:p>
    <w:p>
      <w:pPr>
        <w:bidi/>
        <w:spacing w:before="0" w:after="40"/>
        <w:jc w:val="both"/>
      </w:pPr>
      <w:r>
        <w:rPr>
          <w:rtl/>
        </w:rPr>
        <w:t>ج. الدرسُ سهلٌ. (ليس) ليس الدرسُ سهلًا.</w:t>
      </w:r>
    </w:p>
    <w:p>
      <w:pPr>
        <w:bidi/>
        <w:spacing w:before="0" w:after="40"/>
        <w:jc w:val="both"/>
      </w:pPr>
      <w:r>
        <w:rPr>
          <w:rtl/>
        </w:rPr>
        <w:t>د. المطرُ غزيرٌ. (ما زال) ما زال المطرُ غزيرًا.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اختر الخبر الصحيح من البنك.</w:t>
      </w:r>
    </w:p>
    <w:p>
      <w:pPr>
        <w:bidi/>
        <w:spacing w:before="0" w:after="40"/>
        <w:jc w:val="both"/>
      </w:pPr>
      <w:r>
        <w:rPr>
          <w:rtl/>
        </w:rPr>
        <w:t>أ. كان الولدُ فرحًا.</w:t>
      </w:r>
    </w:p>
    <w:p>
      <w:pPr>
        <w:bidi/>
        <w:spacing w:before="0" w:after="40"/>
        <w:jc w:val="both"/>
      </w:pPr>
      <w:r>
        <w:rPr>
          <w:rtl/>
        </w:rPr>
        <w:t>ب. أصبح اللاعبون مستعدّين.</w:t>
      </w:r>
    </w:p>
    <w:p>
      <w:pPr>
        <w:bidi/>
        <w:spacing w:before="0" w:after="40"/>
        <w:jc w:val="both"/>
      </w:pPr>
      <w:r>
        <w:rPr>
          <w:rtl/>
        </w:rPr>
        <w:t>ج. ظلّ العاملان نشيطَيْن.</w:t>
      </w:r>
    </w:p>
    <w:p>
      <w:pPr>
        <w:bidi/>
        <w:spacing w:before="0" w:after="40"/>
        <w:jc w:val="both"/>
      </w:pPr>
      <w:r>
        <w:rPr>
          <w:rtl/>
        </w:rPr>
        <w:t>د. صارت الخيّاطاتُ ماهراتٍ.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صنّف الأخبار حسب علامة نصبها.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الفتحة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الياء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الكسرة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مسرورًا, كبيرًا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فرحتين, ناجحين, حاضرين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متفوّقاتٍ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صواب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اسم كان منصوب دائمًا. – خطأ – اسم كان مرفوع وخبرها منصوب</w:t>
      </w:r>
    </w:p>
    <w:p>
      <w:pPr>
        <w:bidi/>
        <w:spacing w:before="0" w:after="40"/>
        <w:jc w:val="both"/>
      </w:pPr>
      <w:r>
        <w:rPr>
          <w:rtl/>
        </w:rPr>
        <w:t>ب. «ليس» من أخوات كان وتدلّ على النفي. – صحيح</w:t>
      </w:r>
    </w:p>
    <w:p>
      <w:pPr>
        <w:bidi/>
        <w:spacing w:before="0" w:after="40"/>
        <w:jc w:val="both"/>
      </w:pPr>
      <w:r>
        <w:rPr>
          <w:rtl/>
        </w:rPr>
        <w:t>ج. في «صارت الحديقةُ جميلةً» الخبر «جميلةً». – صحيح</w:t>
      </w:r>
    </w:p>
    <w:p>
      <w:pPr>
        <w:bidi/>
        <w:spacing w:before="0" w:after="40"/>
        <w:jc w:val="both"/>
      </w:pPr>
      <w:r>
        <w:rPr>
          <w:rtl/>
        </w:rPr>
        <w:t>د. خبر كان إذا كان جمع مؤنّث سالمًا يُنصب بالفتحة. – خطأ – يُنصب بالكسرة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اختر الصواب.</w:t>
      </w:r>
    </w:p>
    <w:p>
      <w:pPr>
        <w:bidi/>
        <w:spacing w:before="0" w:after="20"/>
        <w:jc w:val="both"/>
      </w:pPr>
      <w:r>
        <w:rPr>
          <w:rtl/>
        </w:rPr>
        <w:t>أ. أصبح المهندسون ___ 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مستعدّين</w:t>
      </w:r>
    </w:p>
    <w:p>
      <w:pPr>
        <w:bidi/>
        <w:spacing w:before="0" w:after="20"/>
        <w:jc w:val="both"/>
      </w:pPr>
      <w:r>
        <w:rPr>
          <w:rtl/>
        </w:rPr>
        <w:t>ب. ما زالت الطالبتان ___ 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مجتهدتين</w:t>
      </w:r>
    </w:p>
    <w:p>
      <w:pPr>
        <w:bidi/>
        <w:spacing w:before="0" w:after="20"/>
        <w:jc w:val="both"/>
      </w:pPr>
      <w:r>
        <w:rPr>
          <w:rtl/>
        </w:rPr>
        <w:t>ج. كانت الأزهارُ ___ 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متفتّحةً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النصّ «شتاء في القرية» أربع جمل فيها فعل ناقص، وعيّن الاسم والخبر.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 الناقص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اسمه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خبره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الصباحُ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باردًا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صار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الولدان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سعيدَيْن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ظلّ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الجدُّ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جالسًا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أمسى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البيتُ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هادئًا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اعتمادًا على النصّ، أكمل.</w:t>
      </w:r>
    </w:p>
    <w:p>
      <w:pPr>
        <w:bidi/>
        <w:spacing w:before="0" w:after="40"/>
        <w:jc w:val="both"/>
      </w:pPr>
      <w:r>
        <w:rPr>
          <w:rtl/>
        </w:rPr>
        <w:t>أ. «صار الولدان سعيدَيْن»: الخبر منصوب وعلامة نصبه الياء لأنّه مثنًّى.</w:t>
      </w:r>
    </w:p>
    <w:p>
      <w:pPr>
        <w:bidi/>
        <w:spacing w:before="0" w:after="40"/>
        <w:jc w:val="both"/>
      </w:pPr>
      <w:r>
        <w:rPr>
          <w:rtl/>
        </w:rPr>
        <w:t>ب. «أصبحت الشمسُ دافئةً»: اسم أصبح هو الشمسُ.</w:t>
      </w:r>
    </w:p>
    <w:p>
      <w:pPr>
        <w:bidi/>
        <w:spacing w:before="0" w:after="40"/>
        <w:jc w:val="both"/>
      </w:pPr>
      <w:r>
        <w:rPr>
          <w:rtl/>
        </w:rPr>
        <w:t>ج. الفعل الناقص الذي يدلّ على الاستمرار في الفقرة الثالثة: ما زالت.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أكملوا بخبر الفعل الناسخ منصوبًا (الكلمة بين القوسين).</w:t>
      </w:r>
    </w:p>
    <w:p>
      <w:pPr>
        <w:bidi/>
        <w:spacing w:before="0" w:after="40"/>
        <w:jc w:val="both"/>
      </w:pPr>
      <w:r>
        <w:rPr>
          <w:rtl/>
        </w:rPr>
        <w:t>أ. كان الجوُّ باردًا أمس. (بارد)</w:t>
      </w:r>
    </w:p>
    <w:p>
      <w:pPr>
        <w:bidi/>
        <w:spacing w:before="0" w:after="40"/>
        <w:jc w:val="both"/>
      </w:pPr>
      <w:r>
        <w:rPr>
          <w:rtl/>
        </w:rPr>
        <w:t>ب. أصبح الطريقُ مزدحمًا في الصباح. (مزدحم)</w:t>
      </w:r>
    </w:p>
    <w:p>
      <w:pPr>
        <w:bidi/>
        <w:spacing w:before="0" w:after="40"/>
        <w:jc w:val="both"/>
      </w:pPr>
      <w:r>
        <w:rPr>
          <w:rtl/>
        </w:rPr>
        <w:t>ج. ما زال الطفلُ نائمًا . (نائم)</w:t>
      </w:r>
    </w:p>
    <w:p>
      <w:pPr>
        <w:bidi/>
        <w:spacing w:before="0" w:after="40"/>
        <w:jc w:val="both"/>
      </w:pPr>
      <w:r>
        <w:rPr>
          <w:rtl/>
        </w:rPr>
        <w:t>د. صارت الشجرةُ عاليةً . (عالية)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يوم ماطر، تستعمل في كلّ منها فعلًا ناقصًا مختلفًا، وضع خطًّا تحت الخبر.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كان الجوُّ ماطرًا. أصبحت الشوارعُ مبتلّةً. ظلّ الأطفالُ في البيت سعداءَ.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kkal Majalla" w:hAnsi="Sakkal Majalla" w:cs="Sakkal Majalla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