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الجذر والميزان الصرفيّ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اكتب جذر كلّ 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الجذر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مَلعَب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كاتِب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مَحفوظ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مِفتاح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استَخرَجَ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الكلمات حسب جذرها.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معلّم  |  مكتوب  |  مزرعة  |  تعليم  |  كتاب  |  زراعة  |  عالِم  |  مكتبة  |  مزروع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 ل 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 ت 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ز ر 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كلّ كلمة بوزنها.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عامِل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فاعِل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مَصنَع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مَفعول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مَشروب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مَفعَل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مِنشار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فَعيل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نَجّار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فَعّال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كَريم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مِفعال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الميزان الصرفيّ.</w:t>
      </w:r>
    </w:p>
    <w:p>
      <w:pPr>
        <w:bidi/>
        <w:spacing w:before="0" w:after="60"/>
        <w:jc w:val="both"/>
      </w:pPr>
      <w:r>
        <w:rPr>
          <w:rtl/>
        </w:rPr>
        <w:t>أ. حامِد على وزن __________.</w:t>
      </w:r>
    </w:p>
    <w:p>
      <w:pPr>
        <w:bidi/>
        <w:spacing w:before="0" w:after="60"/>
        <w:jc w:val="both"/>
      </w:pPr>
      <w:r>
        <w:rPr>
          <w:rtl/>
        </w:rPr>
        <w:t>ب. مَطبوخ على وزن __________.</w:t>
      </w:r>
    </w:p>
    <w:p>
      <w:pPr>
        <w:bidi/>
        <w:spacing w:before="0" w:after="60"/>
        <w:jc w:val="both"/>
      </w:pPr>
      <w:r>
        <w:rPr>
          <w:rtl/>
        </w:rPr>
        <w:t>ج. مَجلِس على وزن __________.</w:t>
      </w:r>
    </w:p>
    <w:p>
      <w:pPr>
        <w:bidi/>
        <w:spacing w:before="0" w:after="60"/>
        <w:jc w:val="both"/>
      </w:pPr>
      <w:r>
        <w:rPr>
          <w:rtl/>
        </w:rPr>
        <w:t>د. خَبّاز على وزن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اكتب الحروف الزائدة في كلّ كلمة.</w:t>
      </w:r>
    </w:p>
    <w:p>
      <w:pPr>
        <w:bidi/>
        <w:spacing w:before="0" w:after="100"/>
        <w:jc w:val="both"/>
      </w:pPr>
      <w:r>
        <w:rPr>
          <w:rtl/>
        </w:rPr>
        <w:t>أ. مَكتوب</w:t>
      </w:r>
    </w:p>
    <w:p>
      <w:pPr>
        <w:bidi/>
        <w:spacing w:before="0" w:after="100"/>
        <w:jc w:val="both"/>
      </w:pPr>
      <w:r>
        <w:rPr>
          <w:rtl/>
        </w:rPr>
        <w:t>ب. استَقبَلَ</w:t>
      </w:r>
    </w:p>
    <w:p>
      <w:pPr>
        <w:bidi/>
        <w:spacing w:before="0" w:after="100"/>
        <w:jc w:val="both"/>
      </w:pPr>
      <w:r>
        <w:rPr>
          <w:rtl/>
        </w:rPr>
        <w:t>ج. كاتِب</w:t>
      </w:r>
    </w:p>
    <w:p>
      <w:pPr>
        <w:bidi/>
        <w:spacing w:before="0" w:after="100"/>
        <w:jc w:val="both"/>
      </w:pPr>
      <w:r>
        <w:rPr>
          <w:rtl/>
        </w:rPr>
        <w:t>د. انصَرَفَ</w:t>
      </w:r>
    </w:p>
    <w:p>
      <w:pPr>
        <w:bidi/>
        <w:spacing w:before="0" w:after="100"/>
        <w:jc w:val="both"/>
      </w:pPr>
      <w:r>
        <w:rPr>
          <w:rtl/>
        </w:rPr>
        <w:t>هـ. مَلعَب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جذر «مَدرسة» هو د ر س.      صحيح / خطأ</w:t>
      </w:r>
    </w:p>
    <w:p>
      <w:pPr>
        <w:bidi/>
        <w:spacing w:before="0" w:after="60"/>
        <w:jc w:val="both"/>
      </w:pPr>
      <w:r>
        <w:rPr>
          <w:rtl/>
        </w:rPr>
        <w:t>ب. الحرف الزائد لا يُكتب في الميزان.      صحيح / خطأ</w:t>
      </w:r>
    </w:p>
    <w:p>
      <w:pPr>
        <w:bidi/>
        <w:spacing w:before="0" w:after="60"/>
        <w:jc w:val="both"/>
      </w:pPr>
      <w:r>
        <w:rPr>
          <w:rtl/>
        </w:rPr>
        <w:t>ج. وزن «عَلَّمَ» هو فَعَلَ.      صحيح / خطأ</w:t>
      </w:r>
    </w:p>
    <w:p>
      <w:pPr>
        <w:bidi/>
        <w:spacing w:before="0" w:after="60"/>
        <w:jc w:val="both"/>
      </w:pPr>
      <w:r>
        <w:rPr>
          <w:rtl/>
        </w:rPr>
        <w:t>د. «مكتبة» و«كتاب» من جذر واحد.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الوزن الصحيح.</w:t>
      </w:r>
    </w:p>
    <w:p>
      <w:pPr>
        <w:bidi/>
        <w:spacing w:before="0" w:after="20"/>
        <w:jc w:val="both"/>
      </w:pPr>
      <w:r>
        <w:rPr>
          <w:rtl/>
        </w:rPr>
        <w:t>أ. اِحتَرَمَ</w:t>
      </w:r>
    </w:p>
    <w:p>
      <w:pPr>
        <w:bidi/>
        <w:spacing w:before="0" w:after="80"/>
        <w:jc w:val="both"/>
      </w:pPr>
      <w:r>
        <w:rPr>
          <w:rtl/>
        </w:rPr>
        <w:t xml:space="preserve">   ○ افتَعَلَ      ○ انفَعَلَ      ○ استَفعَلَ</w:t>
      </w:r>
    </w:p>
    <w:p>
      <w:pPr>
        <w:bidi/>
        <w:spacing w:before="0" w:after="20"/>
        <w:jc w:val="both"/>
      </w:pPr>
      <w:r>
        <w:rPr>
          <w:rtl/>
        </w:rPr>
        <w:t>ب. شارَكَ</w:t>
      </w:r>
    </w:p>
    <w:p>
      <w:pPr>
        <w:bidi/>
        <w:spacing w:before="0" w:after="80"/>
        <w:jc w:val="both"/>
      </w:pPr>
      <w:r>
        <w:rPr>
          <w:rtl/>
        </w:rPr>
        <w:t xml:space="preserve">   ○ فَعَّلَ      ○ فاعَلَ      ○ أَفعَلَ</w:t>
      </w:r>
    </w:p>
    <w:p>
      <w:pPr>
        <w:bidi/>
        <w:spacing w:before="0" w:after="20"/>
        <w:jc w:val="both"/>
      </w:pPr>
      <w:r>
        <w:rPr>
          <w:rtl/>
        </w:rPr>
        <w:t>ج. زِراعة</w:t>
      </w:r>
    </w:p>
    <w:p>
      <w:pPr>
        <w:bidi/>
        <w:spacing w:before="0" w:after="80"/>
        <w:jc w:val="both"/>
      </w:pPr>
      <w:r>
        <w:rPr>
          <w:rtl/>
        </w:rPr>
        <w:t xml:space="preserve">   ○ فَعيلة      ○ فِعالة      ○ مَفعَلة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اكتب كلمة على الوزن المطلوب من الجذر المعطى.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الجذر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فاعِل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مَفعول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 س 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 ن 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 ر 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 م 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في مصنع الحلويات</w:t>
      </w:r>
    </w:p>
    <w:p>
      <w:pPr>
        <w:bidi/>
        <w:spacing w:before="0" w:after="80"/>
        <w:jc w:val="both"/>
      </w:pPr>
      <w:r>
        <w:rPr>
          <w:rtl/>
        </w:rPr>
        <w:t>زار طلّاب الصفّ السادس مَصنَعًا للحلويات في المنطقة الصناعيّة. استقبلهم مدير المصنع، وشرح لهم كيف تُصنع الحلوى من السكّر والطحين والسمن.</w:t>
      </w:r>
    </w:p>
    <w:p>
      <w:pPr>
        <w:bidi/>
        <w:spacing w:before="0" w:after="80"/>
        <w:jc w:val="both"/>
      </w:pPr>
      <w:r>
        <w:rPr>
          <w:rtl/>
        </w:rPr>
        <w:t>رأى الطلّاب عامِلًا يقطّع العجين، وخبّازًا يُدخل الصواني إلى الفرن، ثمّ تُغلَّف الحلوى وتُرسل إلى المحلّات. وفي نهاية الزيارة تذوّق كلّ طالب قطعة مَحشوّة بالجوز.</w:t>
      </w:r>
    </w:p>
    <w:p>
      <w:pPr>
        <w:bidi/>
        <w:spacing w:before="0" w:after="80"/>
        <w:jc w:val="both"/>
      </w:pPr>
      <w:r>
        <w:rPr>
          <w:rtl/>
        </w:rPr>
        <w:t>كتب سامي في دفتره: «تعلّمتُ اليوم أنّ كلّ حلوى لذيذة وراءها عمل كبير».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النصّ «في مصنع الحلويات» الكلمات التي على الأوزان الآتية.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الوزن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جذرها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مَفعَل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فاعِل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فَعّال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تَفَعَّلَ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اعتمادًا على النصّ، أكمل.</w:t>
      </w:r>
    </w:p>
    <w:p>
      <w:pPr>
        <w:bidi/>
        <w:spacing w:before="0" w:after="60"/>
        <w:jc w:val="both"/>
      </w:pPr>
      <w:r>
        <w:rPr>
          <w:rtl/>
        </w:rPr>
        <w:t>أ. كلمة من جذر «ص ن ع» غير «مَصنَع» في النصّ: __________.</w:t>
      </w:r>
    </w:p>
    <w:p>
      <w:pPr>
        <w:bidi/>
        <w:spacing w:before="0" w:after="60"/>
        <w:jc w:val="both"/>
      </w:pPr>
      <w:r>
        <w:rPr>
          <w:rtl/>
        </w:rPr>
        <w:t>ب. جذر الفعل «استقبلهم» هو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اكتبوا جذر كلّ كلمة ووزنها.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الجذر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الوزن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كاتب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مكتوب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زرع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مزرعة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اختر جذرًا (مثل: ع م ل أو ف ت ح) واكتب منه خمس كلمات مختلفة، وزن ثلاثًا منها.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الجذر والميزان الصرفيّ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اكتب جذر كلّ 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الجذر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مَلعَب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 ع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كاتِب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 ت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مَحفوظ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ح ف ظ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مِفتاح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 ت ح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استَخرَجَ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خ ر 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الكلمات حسب جذرها.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ع ل 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 ت 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ز ر 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معلّم, تعليم, عالِم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مكتوب, كتاب, مكتبة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مزرعة, زراعة, مزروع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كلّ كلمة بوزنها.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عامِل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فاعِل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مَصنَع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مَفعول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مَشروب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مَفعَل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مِنشار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فَعيل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نَجّار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فَعّال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كَريم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مِفعال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الميزان الصرفيّ.</w:t>
      </w:r>
    </w:p>
    <w:p>
      <w:pPr>
        <w:bidi/>
        <w:spacing w:before="0" w:after="40"/>
        <w:jc w:val="both"/>
      </w:pPr>
      <w:r>
        <w:rPr>
          <w:rtl/>
        </w:rPr>
        <w:t>أ. حامِد على وزن فاعِل.</w:t>
      </w:r>
    </w:p>
    <w:p>
      <w:pPr>
        <w:bidi/>
        <w:spacing w:before="0" w:after="40"/>
        <w:jc w:val="both"/>
      </w:pPr>
      <w:r>
        <w:rPr>
          <w:rtl/>
        </w:rPr>
        <w:t>ب. مَطبوخ على وزن مَفعول.</w:t>
      </w:r>
    </w:p>
    <w:p>
      <w:pPr>
        <w:bidi/>
        <w:spacing w:before="0" w:after="40"/>
        <w:jc w:val="both"/>
      </w:pPr>
      <w:r>
        <w:rPr>
          <w:rtl/>
        </w:rPr>
        <w:t>ج. مَجلِس على وزن مَفعِل.</w:t>
      </w:r>
    </w:p>
    <w:p>
      <w:pPr>
        <w:bidi/>
        <w:spacing w:before="0" w:after="40"/>
        <w:jc w:val="both"/>
      </w:pPr>
      <w:r>
        <w:rPr>
          <w:rtl/>
        </w:rPr>
        <w:t>د. خَبّاز على وزن فَعّال.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اكتب الحروف الزائدة في كلّ كلمة.</w:t>
      </w:r>
    </w:p>
    <w:p>
      <w:pPr>
        <w:bidi/>
        <w:spacing w:before="0" w:after="100"/>
        <w:jc w:val="both"/>
      </w:pPr>
      <w:r>
        <w:rPr>
          <w:rtl/>
        </w:rPr>
        <w:t>أ. مَكتوب  ← الميم والواو</w:t>
      </w:r>
    </w:p>
    <w:p>
      <w:pPr>
        <w:bidi/>
        <w:spacing w:before="0" w:after="100"/>
        <w:jc w:val="both"/>
      </w:pPr>
      <w:r>
        <w:rPr>
          <w:rtl/>
        </w:rPr>
        <w:t>ب. استَقبَلَ  ← الألف والسين والتاء</w:t>
      </w:r>
    </w:p>
    <w:p>
      <w:pPr>
        <w:bidi/>
        <w:spacing w:before="0" w:after="100"/>
        <w:jc w:val="both"/>
      </w:pPr>
      <w:r>
        <w:rPr>
          <w:rtl/>
        </w:rPr>
        <w:t>ج. كاتِب  ← الألف</w:t>
      </w:r>
    </w:p>
    <w:p>
      <w:pPr>
        <w:bidi/>
        <w:spacing w:before="0" w:after="100"/>
        <w:jc w:val="both"/>
      </w:pPr>
      <w:r>
        <w:rPr>
          <w:rtl/>
        </w:rPr>
        <w:t>د. انصَرَفَ  ← الألف والنون</w:t>
      </w:r>
    </w:p>
    <w:p>
      <w:pPr>
        <w:bidi/>
        <w:spacing w:before="0" w:after="100"/>
        <w:jc w:val="both"/>
      </w:pPr>
      <w:r>
        <w:rPr>
          <w:rtl/>
        </w:rPr>
        <w:t>هـ. مَلعَب  ← الميم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جذر «مَدرسة» هو د ر س. – صحيح</w:t>
      </w:r>
    </w:p>
    <w:p>
      <w:pPr>
        <w:bidi/>
        <w:spacing w:before="0" w:after="40"/>
        <w:jc w:val="both"/>
      </w:pPr>
      <w:r>
        <w:rPr>
          <w:rtl/>
        </w:rPr>
        <w:t>ب. الحرف الزائد لا يُكتب في الميزان. – خطأ – الحرف الزائد يُكتب في الميزان كما هو</w:t>
      </w:r>
    </w:p>
    <w:p>
      <w:pPr>
        <w:bidi/>
        <w:spacing w:before="0" w:after="40"/>
        <w:jc w:val="both"/>
      </w:pPr>
      <w:r>
        <w:rPr>
          <w:rtl/>
        </w:rPr>
        <w:t>ج. وزن «عَلَّمَ» هو فَعَلَ. – خطأ – وزنه فَعَّلَ لأنّ العين مضعّفة</w:t>
      </w:r>
    </w:p>
    <w:p>
      <w:pPr>
        <w:bidi/>
        <w:spacing w:before="0" w:after="40"/>
        <w:jc w:val="both"/>
      </w:pPr>
      <w:r>
        <w:rPr>
          <w:rtl/>
        </w:rPr>
        <w:t>د. «مكتبة» و«كتاب» من جذر واحد.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الوزن الصحيح.</w:t>
      </w:r>
    </w:p>
    <w:p>
      <w:pPr>
        <w:bidi/>
        <w:spacing w:before="0" w:after="20"/>
        <w:jc w:val="both"/>
      </w:pPr>
      <w:r>
        <w:rPr>
          <w:rtl/>
        </w:rPr>
        <w:t>أ. اِحتَرَمَ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افتَعَلَ</w:t>
      </w:r>
    </w:p>
    <w:p>
      <w:pPr>
        <w:bidi/>
        <w:spacing w:before="0" w:after="20"/>
        <w:jc w:val="both"/>
      </w:pPr>
      <w:r>
        <w:rPr>
          <w:rtl/>
        </w:rPr>
        <w:t>ب. شارَكَ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فاعَلَ</w:t>
      </w:r>
    </w:p>
    <w:p>
      <w:pPr>
        <w:bidi/>
        <w:spacing w:before="0" w:after="20"/>
        <w:jc w:val="both"/>
      </w:pPr>
      <w:r>
        <w:rPr>
          <w:rtl/>
        </w:rPr>
        <w:t>ج. زِراعة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فِعالة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اكتب كلمة على الوزن المطلوب من الجذر المعطى.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الجذر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فاعِل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مَفعول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 س 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راسِم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مَرسوم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 ن 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صانِع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مَصنوع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 ر 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شارِب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مَشروب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 م 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حامِل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مَحمول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النصّ «في مصنع الحلويات» الكلمات التي على الأوزان الآتية.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الوزن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جذرها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مَفعَل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مَصنَع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ص ن 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فاعِل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عامِل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 م 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فَعّال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خبّاز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خ ب ز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تَفَعَّلَ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تعلّمتُ / تذوّق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 ل م / ذ و 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اعتمادًا على النصّ، أكمل.</w:t>
      </w:r>
    </w:p>
    <w:p>
      <w:pPr>
        <w:bidi/>
        <w:spacing w:before="0" w:after="40"/>
        <w:jc w:val="both"/>
      </w:pPr>
      <w:r>
        <w:rPr>
          <w:rtl/>
        </w:rPr>
        <w:t>أ. كلمة من جذر «ص ن ع» غير «مَصنَع» في النصّ: تُصنع / الصناعيّة.</w:t>
      </w:r>
    </w:p>
    <w:p>
      <w:pPr>
        <w:bidi/>
        <w:spacing w:before="0" w:after="40"/>
        <w:jc w:val="both"/>
      </w:pPr>
      <w:r>
        <w:rPr>
          <w:rtl/>
        </w:rPr>
        <w:t>ب. جذر الفعل «استقبلهم» هو ق ب ل.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اكتبوا جذر كلّ كلمة ووزنها.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الجذر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الوزن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كاتب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 ت 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فاعِل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مكتوب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 ت 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مَفْعُول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زرع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ز ر 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فَعَلَ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مزرعة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ز ر 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مَفْعَلَة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اختر جذرًا (مثل: ع م ل أو ف ت ح) واكتب منه خمس كلمات مختلفة، وزن ثلاثًا منها.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ف ت ح: فَتَحَ (فَعَلَ)، فاتِح (فاعِل)، مِفتاح (مِفعال)، مَفتوح، افتتاح.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