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Test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Final Test – Basic Level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מבחן מסכם – רמה בסיסית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الامتحان النهائيّ – المستوى الأساسيّ</w:t>
      </w:r>
    </w:p>
    <w:p>
      <w:pPr>
        <w:spacing w:before="0" w:after="20"/>
        <w:jc w:val="both"/>
      </w:pPr>
      <w:r>
        <w:rPr>
          <w:color w:val="5B6476"/>
          <w:sz w:val="22"/>
          <w:szCs w:val="22"/>
        </w:rPr>
        <w:t>Time: 45 minutes · Total: 100 points · Listen to your teacher and answer all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זמן: 45 דקות · סך הכול: 100 נקודות · הקשיבו למורה וענו על כל השאלות.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الوقت: 45 دقيقة · المجموع: 100 علامة · استمع إلى المعلّم وأجب عن كلّ الأسئلة.</w:t>
      </w:r>
    </w:p>
    <w:p>
      <w:pPr>
        <w:spacing w:before="200" w:after="80"/>
        <w:jc w:val="both"/>
      </w:pPr>
      <w:r>
        <w:rPr>
          <w:rFonts w:ascii="Arial Black" w:hAnsi="Arial Black" w:cs="Arial Black"/>
          <w:b/>
          <w:bCs/>
          <w:color w:val="C2410C"/>
          <w:sz w:val="30"/>
          <w:szCs w:val="30"/>
        </w:rPr>
        <w:t>Score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Max points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Points earned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A: Letters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B: Sounds and words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C: Writing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20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Total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100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C2410C"/>
          <w:sz w:val="32"/>
          <w:szCs w:val="32"/>
        </w:rPr>
        <w:t>Part A: Letters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א': אותיות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أ: الحروف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capital letter to the small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b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missing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a    b    __________    d</w:t>
      </w:r>
    </w:p>
    <w:p>
      <w:pPr>
        <w:spacing w:before="0" w:after="60"/>
        <w:jc w:val="both"/>
      </w:pPr>
      <w:r>
        <w:rPr/>
        <w:t>b. f    g    __________</w:t>
      </w:r>
    </w:p>
    <w:p>
      <w:pPr>
        <w:spacing w:before="0" w:after="60"/>
        <w:jc w:val="both"/>
      </w:pPr>
      <w:r>
        <w:rPr/>
        <w:t>c. l    __________    n</w:t>
      </w:r>
    </w:p>
    <w:p>
      <w:pPr>
        <w:spacing w:before="0" w:after="60"/>
        <w:jc w:val="both"/>
      </w:pPr>
      <w:r>
        <w:rPr/>
        <w:t>d. s    t    __________</w:t>
      </w:r>
    </w:p>
    <w:p>
      <w:pPr>
        <w:spacing w:before="0" w:after="60"/>
        <w:jc w:val="both"/>
      </w:pPr>
      <w:r>
        <w:rPr/>
        <w:t>e. x    y   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Circle the small letter for the capital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D:   b    d    p</w:t>
      </w:r>
    </w:p>
    <w:p>
      <w:pPr>
        <w:spacing w:before="0" w:after="100"/>
        <w:jc w:val="both"/>
      </w:pPr>
      <w:r>
        <w:rPr/>
        <w:t>b. H:   h    n    k</w:t>
      </w:r>
    </w:p>
    <w:p>
      <w:pPr>
        <w:spacing w:before="0" w:after="100"/>
        <w:jc w:val="both"/>
      </w:pPr>
      <w:r>
        <w:rPr/>
        <w:t>c. N:   m    n    u</w:t>
      </w:r>
    </w:p>
    <w:p>
      <w:pPr>
        <w:spacing w:before="0" w:after="100"/>
        <w:jc w:val="both"/>
      </w:pPr>
      <w:r>
        <w:rPr/>
        <w:t>d. Q:   p    q    g</w:t>
      </w:r>
    </w:p>
    <w:p>
      <w:pPr>
        <w:spacing w:before="0" w:after="100"/>
        <w:jc w:val="both"/>
      </w:pPr>
      <w:r>
        <w:rPr/>
        <w:t>e. Y:   v    y    j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capital or the small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f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C2410C"/>
          <w:sz w:val="32"/>
          <w:szCs w:val="32"/>
        </w:rPr>
        <w:t>Part B: Sounds and words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ב': צלילים ומילים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ب: الأصوات والكلمات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Circle the first letter.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d     </w:t>
            </w:r>
            <w:r>
              <w:rPr>
                <w:sz w:val="28"/>
                <w:szCs w:val="28"/>
              </w:rPr>
              <w:t xml:space="preserve">p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v     </w:t>
            </w:r>
            <w:r>
              <w:rPr>
                <w:sz w:val="28"/>
                <w:szCs w:val="28"/>
              </w:rPr>
              <w:t xml:space="preserve">f     </w:t>
            </w:r>
            <w:r>
              <w:rPr>
                <w:sz w:val="28"/>
                <w:szCs w:val="28"/>
              </w:rPr>
              <w:t xml:space="preserve">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i     </w:t>
            </w:r>
            <w:r>
              <w:rPr>
                <w:sz w:val="28"/>
                <w:szCs w:val="28"/>
              </w:rPr>
              <w:t xml:space="preserve">r     </w:t>
            </w:r>
            <w:r>
              <w:rPr>
                <w:sz w:val="28"/>
                <w:szCs w:val="28"/>
              </w:rPr>
              <w:t xml:space="preserve">l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o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     </w:t>
            </w: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w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     </w:t>
            </w:r>
            <w:r>
              <w:rPr>
                <w:sz w:val="28"/>
                <w:szCs w:val="28"/>
              </w:rPr>
              <w:t xml:space="preserve">t     </w:t>
            </w:r>
            <w:r>
              <w:rPr>
                <w:sz w:val="28"/>
                <w:szCs w:val="28"/>
              </w:rPr>
              <w:t xml:space="preserve">d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     </w:t>
            </w:r>
            <w:r>
              <w:rPr>
                <w:sz w:val="28"/>
                <w:szCs w:val="28"/>
              </w:rPr>
              <w:t xml:space="preserve">x     </w:t>
            </w:r>
            <w:r>
              <w:rPr>
                <w:sz w:val="28"/>
                <w:szCs w:val="28"/>
              </w:rPr>
              <w:t xml:space="preserve">z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cat     </w:t>
            </w:r>
            <w:r>
              <w:rPr>
                <w:sz w:val="28"/>
                <w:szCs w:val="28"/>
              </w:rPr>
              <w:t xml:space="preserve">cup     </w:t>
            </w:r>
            <w:r>
              <w:rPr>
                <w:sz w:val="28"/>
                <w:szCs w:val="28"/>
              </w:rPr>
              <w:t xml:space="preserve">cow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six     </w:t>
            </w:r>
            <w:r>
              <w:rPr>
                <w:sz w:val="28"/>
                <w:szCs w:val="28"/>
              </w:rPr>
              <w:t xml:space="preserve">sun     </w:t>
            </w:r>
            <w:r>
              <w:rPr>
                <w:sz w:val="28"/>
                <w:szCs w:val="28"/>
              </w:rPr>
              <w:t xml:space="preserve">bus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box     </w:t>
            </w:r>
            <w:r>
              <w:rPr>
                <w:sz w:val="28"/>
                <w:szCs w:val="28"/>
              </w:rPr>
              <w:t xml:space="preserve">duck     </w:t>
            </w:r>
            <w:r>
              <w:rPr>
                <w:sz w:val="28"/>
                <w:szCs w:val="28"/>
              </w:rPr>
              <w:t xml:space="preserve">dog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pen     </w:t>
            </w:r>
            <w:r>
              <w:rPr>
                <w:sz w:val="28"/>
                <w:szCs w:val="28"/>
              </w:rPr>
              <w:t xml:space="preserve">pin     </w:t>
            </w:r>
            <w:r>
              <w:rPr>
                <w:sz w:val="28"/>
                <w:szCs w:val="28"/>
              </w:rPr>
              <w:t xml:space="preserve">hen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bed     </w:t>
            </w:r>
            <w:r>
              <w:rPr>
                <w:sz w:val="28"/>
                <w:szCs w:val="28"/>
              </w:rPr>
              <w:t xml:space="preserve">bus     </w:t>
            </w:r>
            <w:r>
              <w:rPr>
                <w:sz w:val="28"/>
                <w:szCs w:val="28"/>
              </w:rPr>
              <w:t xml:space="preserve">bag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map     </w:t>
            </w:r>
            <w:r>
              <w:rPr>
                <w:sz w:val="28"/>
                <w:szCs w:val="28"/>
              </w:rPr>
              <w:t xml:space="preserve">hen     </w:t>
            </w:r>
            <w:r>
              <w:rPr>
                <w:sz w:val="28"/>
                <w:szCs w:val="28"/>
              </w:rPr>
              <w:t xml:space="preserve">hat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Count and circle the number.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ספרו והקיפו את המספר.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عُدّ وضع دائرة حول العدد.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three     </w:t>
            </w:r>
            <w:r>
              <w:rPr>
                <w:sz w:val="28"/>
                <w:szCs w:val="28"/>
              </w:rPr>
              <w:t xml:space="preserve">five     </w:t>
            </w:r>
            <w:r>
              <w:rPr>
                <w:sz w:val="28"/>
                <w:szCs w:val="28"/>
              </w:rPr>
              <w:t xml:space="preserve">two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four     </w:t>
            </w:r>
            <w:r>
              <w:rPr>
                <w:sz w:val="28"/>
                <w:szCs w:val="28"/>
              </w:rPr>
              <w:t xml:space="preserve">five     </w:t>
            </w:r>
            <w:r>
              <w:rPr>
                <w:sz w:val="28"/>
                <w:szCs w:val="28"/>
              </w:rPr>
              <w:t xml:space="preserve">six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two     </w:t>
            </w:r>
            <w:r>
              <w:rPr>
                <w:sz w:val="28"/>
                <w:szCs w:val="28"/>
              </w:rPr>
              <w:t xml:space="preserve">ten     </w:t>
            </w:r>
            <w:r>
              <w:rPr>
                <w:sz w:val="28"/>
                <w:szCs w:val="28"/>
              </w:rPr>
              <w:t xml:space="preserve">one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six     </w:t>
            </w:r>
            <w:r>
              <w:rPr>
                <w:sz w:val="28"/>
                <w:szCs w:val="28"/>
              </w:rPr>
              <w:t xml:space="preserve">eight     </w:t>
            </w:r>
            <w:r>
              <w:rPr>
                <w:sz w:val="28"/>
                <w:szCs w:val="28"/>
              </w:rPr>
              <w:t xml:space="preserve">four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right color.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הצבע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اللون الصحيح.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red     </w:t>
            </w:r>
            <w:r>
              <w:rPr>
                <w:sz w:val="28"/>
                <w:szCs w:val="28"/>
              </w:rPr>
              <w:t xml:space="preserve">blue     </w:t>
            </w:r>
            <w:r>
              <w:rPr>
                <w:sz w:val="28"/>
                <w:szCs w:val="28"/>
              </w:rPr>
              <w:t xml:space="preserve">green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black     </w:t>
            </w:r>
            <w:r>
              <w:rPr>
                <w:sz w:val="28"/>
                <w:szCs w:val="28"/>
              </w:rPr>
              <w:t xml:space="preserve">yellow     </w:t>
            </w:r>
            <w:r>
              <w:rPr>
                <w:sz w:val="28"/>
                <w:szCs w:val="28"/>
              </w:rPr>
              <w:t xml:space="preserve">brown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pink     </w:t>
            </w:r>
            <w:r>
              <w:rPr>
                <w:sz w:val="28"/>
                <w:szCs w:val="28"/>
              </w:rPr>
              <w:t xml:space="preserve">white     </w:t>
            </w:r>
            <w:r>
              <w:rPr>
                <w:sz w:val="28"/>
                <w:szCs w:val="28"/>
              </w:rPr>
              <w:t xml:space="preserve">green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blue     </w:t>
            </w:r>
            <w:r>
              <w:rPr>
                <w:sz w:val="28"/>
                <w:szCs w:val="28"/>
              </w:rPr>
              <w:t xml:space="preserve">orange     </w:t>
            </w:r>
            <w:r>
              <w:rPr>
                <w:sz w:val="28"/>
                <w:szCs w:val="28"/>
              </w:rPr>
              <w:t xml:space="preserve">purple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C2410C"/>
          <w:sz w:val="32"/>
          <w:szCs w:val="32"/>
        </w:rPr>
        <w:t>Part C: Writing (20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ג': כתיבה (20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ج: الكتابة (20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missing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 bank: a  |  e  |  i  |  o  |  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c_____t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b_____d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b_____x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c_____p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h_____n</w:t>
            </w:r>
          </w:p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Write the word.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 bank: dog  |  bag  |  sun  |  book  |  cow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pPr>
        <w:spacing w:before="0" w:after="80"/>
        <w:jc w:val="both"/>
      </w:pPr>
    </w:p>
    <w:p>
      <w:pPr>
        <w:spacing w:before="0" w:after="8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Good luck! · </w:t>
      </w:r>
      <w:r>
        <w:rPr>
          <w:rFonts w:ascii="Arial" w:hAnsi="Arial" w:cs="Arial"/>
          <w:b/>
          <w:bCs/>
          <w:color w:val="1D2433"/>
          <w:sz w:val="32"/>
          <w:szCs w:val="32"/>
          <w:rtl/>
          <w:lang w:val="en-US" w:bidi="he-IL"/>
        </w:rPr>
        <w:t xml:space="preserve">בהצלחה!</w:t>
      </w:r>
      <w:r>
        <w:rPr>
          <w:sz w:val="32"/>
          <w:szCs w:val="32"/>
        </w:rPr>
        <w:t>‎</w:t>
      </w:r>
      <w:r>
        <w:rPr>
          <w:rFonts w:ascii="Arial" w:hAnsi="Arial" w:cs="Arial"/>
          <w:b/>
          <w:bCs/>
          <w:sz w:val="32"/>
          <w:szCs w:val="32"/>
        </w:rPr>
        <w:t xml:space="preserve"> · </w:t>
      </w:r>
      <w:r>
        <w:rPr>
          <w:rFonts w:ascii="Arial" w:hAnsi="Arial" w:cs="Arial"/>
          <w:b/>
          <w:bCs/>
          <w:color w:val="1D2433"/>
          <w:sz w:val="32"/>
          <w:szCs w:val="32"/>
          <w:rtl/>
          <w:lang w:val="en-US" w:bidi="ar-SA"/>
        </w:rPr>
        <w:t xml:space="preserve">بالتوفيق!</w:t>
      </w:r>
      <w:r>
        <w:rPr>
          <w:sz w:val="32"/>
          <w:szCs w:val="32"/>
        </w:rPr>
        <w:t>‎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