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Test answer key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C2410C"/>
          <w:sz w:val="44"/>
          <w:szCs w:val="44"/>
        </w:rPr>
        <w:t>🔑 Final Test – Basic Level – Answer Key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מבחן מסכם – רמה בסיסית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الامتحان النهائيّ – المستوى الأساسيّ</w:t>
      </w:r>
    </w:p>
    <w:p>
      <w:pPr>
        <w:spacing w:before="0" w:after="20"/>
        <w:jc w:val="both"/>
      </w:pPr>
      <w:r>
        <w:rPr>
          <w:color w:val="5B6476"/>
          <w:sz w:val="22"/>
          <w:szCs w:val="22"/>
        </w:rPr>
        <w:t>Time: 45 minutes · Total: 100 points · Listen to your teacher and answer all the questions.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זמן: 45 דקות · סך הכול: 100 נקודות · הקשיבו למורה וענו על כל השאלות.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الوقت: 45 دقيقة · المجموع: 100 علامة · استمع إلى المعلّم وأجب عن كلّ الأسئلة.</w:t>
      </w:r>
    </w:p>
    <w:p>
      <w:pPr>
        <w:spacing w:before="200" w:after="80"/>
        <w:jc w:val="both"/>
      </w:pPr>
      <w:r>
        <w:rPr>
          <w:rFonts w:ascii="Arial Black" w:hAnsi="Arial Black" w:cs="Arial Black"/>
          <w:b/>
          <w:bCs/>
          <w:color w:val="C2410C"/>
          <w:sz w:val="30"/>
          <w:szCs w:val="30"/>
        </w:rPr>
        <w:t>Score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Part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Max points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Points earned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A: Letters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40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B: Sounds and words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40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C: Writing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20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Total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100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C2410C"/>
          <w:sz w:val="32"/>
          <w:szCs w:val="32"/>
        </w:rPr>
        <w:t>Part A: Letters (40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א': אותיות (40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أ: الحروف (40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capital letter to the small letter.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הגדולה לאות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الكبير بالحرف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B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M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b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missing letter.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40"/>
        <w:jc w:val="both"/>
      </w:pPr>
      <w:r>
        <w:rPr/>
        <w:t>a. a    b    c    d</w:t>
      </w:r>
    </w:p>
    <w:p>
      <w:pPr>
        <w:spacing w:before="0" w:after="40"/>
        <w:jc w:val="both"/>
      </w:pPr>
      <w:r>
        <w:rPr/>
        <w:t>b. f    g    h</w:t>
      </w:r>
    </w:p>
    <w:p>
      <w:pPr>
        <w:spacing w:before="0" w:after="40"/>
        <w:jc w:val="both"/>
      </w:pPr>
      <w:r>
        <w:rPr/>
        <w:t>c. l    m    n</w:t>
      </w:r>
    </w:p>
    <w:p>
      <w:pPr>
        <w:spacing w:before="0" w:after="40"/>
        <w:jc w:val="both"/>
      </w:pPr>
      <w:r>
        <w:rPr/>
        <w:t>d. s    t    u</w:t>
      </w:r>
    </w:p>
    <w:p>
      <w:pPr>
        <w:spacing w:before="0" w:after="40"/>
        <w:jc w:val="both"/>
      </w:pPr>
      <w:r>
        <w:rPr/>
        <w:t>e. x    y    z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Circle the small letter for the capital letter.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האות הקטנה של האות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الحرف الصغير الذي يناسب الحرف الكبير.</w:t>
      </w:r>
    </w:p>
    <w:p>
      <w:pPr>
        <w:spacing w:before="0" w:after="100"/>
        <w:jc w:val="both"/>
      </w:pPr>
      <w:r>
        <w:rPr/>
        <w:t>a. D:   b    d    p  → d</w:t>
      </w:r>
    </w:p>
    <w:p>
      <w:pPr>
        <w:spacing w:before="0" w:after="100"/>
        <w:jc w:val="both"/>
      </w:pPr>
      <w:r>
        <w:rPr/>
        <w:t>b. H:   h    n    k  → h</w:t>
      </w:r>
    </w:p>
    <w:p>
      <w:pPr>
        <w:spacing w:before="0" w:after="100"/>
        <w:jc w:val="both"/>
      </w:pPr>
      <w:r>
        <w:rPr/>
        <w:t>c. N:   m    n    u  → n</w:t>
      </w:r>
    </w:p>
    <w:p>
      <w:pPr>
        <w:spacing w:before="0" w:after="100"/>
        <w:jc w:val="both"/>
      </w:pPr>
      <w:r>
        <w:rPr/>
        <w:t>d. Q:   p    q    g  → q</w:t>
      </w:r>
    </w:p>
    <w:p>
      <w:pPr>
        <w:spacing w:before="0" w:after="100"/>
        <w:jc w:val="both"/>
      </w:pPr>
      <w:r>
        <w:rPr/>
        <w:t>e. Y:   v    y    j  → y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Write the capital or the small letter.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הגדולה או את האות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الكبير أو 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Capital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Small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a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F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f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C2410C"/>
          <w:sz w:val="32"/>
          <w:szCs w:val="32"/>
        </w:rPr>
        <w:t>Part B: Sounds and words (40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ב': צלילים ומילים (40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ب: الأصوات والكلمات (40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Circle the first letter. (12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(b)     </w:t>
            </w:r>
            <w:r>
              <w:rPr>
                <w:sz w:val="28"/>
                <w:szCs w:val="28"/>
              </w:rPr>
              <w:t xml:space="preserve">d     </w:t>
            </w:r>
            <w:r>
              <w:rPr>
                <w:sz w:val="28"/>
                <w:szCs w:val="28"/>
              </w:rPr>
              <w:t xml:space="preserve">p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v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(f)     </w:t>
            </w:r>
            <w:r>
              <w:rPr>
                <w:sz w:val="28"/>
                <w:szCs w:val="28"/>
              </w:rPr>
              <w:t xml:space="preserve">s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i     </w:t>
            </w:r>
            <w:r>
              <w:rPr>
                <w:sz w:val="28"/>
                <w:szCs w:val="28"/>
              </w:rPr>
              <w:t xml:space="preserve">r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(l)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o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(m)     </w:t>
            </w:r>
            <w:r>
              <w:rPr>
                <w:sz w:val="28"/>
                <w:szCs w:val="28"/>
              </w:rPr>
              <w:t xml:space="preserve">n     </w:t>
            </w:r>
            <w:r>
              <w:rPr>
                <w:sz w:val="28"/>
                <w:szCs w:val="28"/>
              </w:rPr>
              <w:t xml:space="preserve">w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e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(t)     </w:t>
            </w:r>
            <w:r>
              <w:rPr>
                <w:sz w:val="28"/>
                <w:szCs w:val="28"/>
              </w:rPr>
              <w:t xml:space="preserve">d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s     </w:t>
            </w:r>
            <w:r>
              <w:rPr>
                <w:sz w:val="28"/>
                <w:szCs w:val="28"/>
              </w:rPr>
              <w:t xml:space="preserve">x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(z)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at the picture. Circle the right word. (12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الكلمة الصحيحة.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(cat)     </w:t>
            </w:r>
            <w:r>
              <w:rPr>
                <w:sz w:val="28"/>
                <w:szCs w:val="28"/>
              </w:rPr>
              <w:t xml:space="preserve">cup     </w:t>
            </w:r>
            <w:r>
              <w:rPr>
                <w:sz w:val="28"/>
                <w:szCs w:val="28"/>
              </w:rPr>
              <w:t xml:space="preserve">cow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six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(sun)     </w:t>
            </w:r>
            <w:r>
              <w:rPr>
                <w:sz w:val="28"/>
                <w:szCs w:val="28"/>
              </w:rPr>
              <w:t xml:space="preserve">bus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box     </w:t>
            </w:r>
            <w:r>
              <w:rPr>
                <w:sz w:val="28"/>
                <w:szCs w:val="28"/>
              </w:rPr>
              <w:t xml:space="preserve">duck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(dog)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(pen)     </w:t>
            </w:r>
            <w:r>
              <w:rPr>
                <w:sz w:val="28"/>
                <w:szCs w:val="28"/>
              </w:rPr>
              <w:t xml:space="preserve">pin     </w:t>
            </w:r>
            <w:r>
              <w:rPr>
                <w:sz w:val="28"/>
                <w:szCs w:val="28"/>
              </w:rPr>
              <w:t xml:space="preserve">hen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bed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(bus)     </w:t>
            </w:r>
            <w:r>
              <w:rPr>
                <w:sz w:val="28"/>
                <w:szCs w:val="28"/>
              </w:rPr>
              <w:t xml:space="preserve">bag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74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7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map     </w:t>
            </w:r>
            <w:r>
              <w:rPr>
                <w:sz w:val="28"/>
                <w:szCs w:val="28"/>
              </w:rPr>
              <w:t xml:space="preserve">hen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(hat)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Count and circle the number.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ספרו והקיפו את המספר.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عُدّ وضع دائرة حول العدد.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(three)     </w:t>
            </w:r>
            <w:r>
              <w:rPr>
                <w:sz w:val="28"/>
                <w:szCs w:val="28"/>
              </w:rPr>
              <w:t xml:space="preserve">five     </w:t>
            </w:r>
            <w:r>
              <w:rPr>
                <w:sz w:val="28"/>
                <w:szCs w:val="28"/>
              </w:rPr>
              <w:t xml:space="preserve">two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four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(five)     </w:t>
            </w:r>
            <w:r>
              <w:rPr>
                <w:sz w:val="28"/>
                <w:szCs w:val="28"/>
              </w:rPr>
              <w:t xml:space="preserve">six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83688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rt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836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83688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rt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836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(two)     </w:t>
            </w:r>
            <w:r>
              <w:rPr>
                <w:sz w:val="28"/>
                <w:szCs w:val="28"/>
              </w:rPr>
              <w:t xml:space="preserve">ten     </w:t>
            </w:r>
            <w:r>
              <w:rPr>
                <w:sz w:val="28"/>
                <w:szCs w:val="28"/>
              </w:rPr>
              <w:t xml:space="preserve">one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six     </w:t>
            </w:r>
            <w:r>
              <w:rPr>
                <w:sz w:val="28"/>
                <w:szCs w:val="28"/>
              </w:rPr>
              <w:t xml:space="preserve">eight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(four)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Circle the right color.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הצבע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اللون الصحيح.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d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(red)     </w:t>
            </w:r>
            <w:r>
              <w:rPr>
                <w:sz w:val="28"/>
                <w:szCs w:val="28"/>
              </w:rPr>
              <w:t xml:space="preserve">blue     </w:t>
            </w:r>
            <w:r>
              <w:rPr>
                <w:sz w:val="28"/>
                <w:szCs w:val="28"/>
              </w:rPr>
              <w:t xml:space="preserve">green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ellow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black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(yellow)     </w:t>
            </w:r>
            <w:r>
              <w:rPr>
                <w:sz w:val="28"/>
                <w:szCs w:val="28"/>
              </w:rPr>
              <w:t xml:space="preserve">brown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een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pink     </w:t>
            </w:r>
            <w:r>
              <w:rPr>
                <w:sz w:val="28"/>
                <w:szCs w:val="28"/>
              </w:rPr>
              <w:t xml:space="preserve">white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(green)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ue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(blue)     </w:t>
            </w:r>
            <w:r>
              <w:rPr>
                <w:sz w:val="28"/>
                <w:szCs w:val="28"/>
              </w:rPr>
              <w:t xml:space="preserve">orange     </w:t>
            </w:r>
            <w:r>
              <w:rPr>
                <w:sz w:val="28"/>
                <w:szCs w:val="28"/>
              </w:rPr>
              <w:t xml:space="preserve">purple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C2410C"/>
          <w:sz w:val="32"/>
          <w:szCs w:val="32"/>
        </w:rPr>
        <w:t>Part C: Writing (20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ג': כתיבה (20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ج: الكتابة (20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missing letter.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الناقص.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cat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bed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box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cup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n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hen</w:t>
            </w:r>
          </w:p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at the picture. Write the word.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dog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bag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sun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08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book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2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cow</w:t>
            </w:r>
          </w:p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</w:tbl>
    <w:p>
      <w:pPr>
        <w:spacing w:before="0" w:after="8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