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Test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🎯 Final Test – High Level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🎯 מבחן מסכם – רמה גבוהה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🎯 الامتحان النهائيّ – المستوى المتقدّم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45 minutes · Total: 100 points · Listen to your teacher and answer all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45 דקות · סך הכול: 100 נקודות · הקשיבו למורה וענו על כל השאלות.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45 دقيقة · المجموع: 100 علامة · استمع إلى المعلّم وأجب عن كلّ الأسئلة.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The ABC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Reading words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 words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A: The ABC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ה-‎ABC (30‎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الأبجديّة ‎ABC (30‎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the missing letters in the ABC.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האותיות החסרות ב-‎ABC‎.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الحروف الناقصة في الأبجديّة ‎ABC‎.</w:t>
      </w:r>
    </w:p>
    <w:p>
      <w:pPr>
        <w:spacing w:before="0" w:after="60"/>
        <w:jc w:val="both"/>
      </w:pPr>
      <w:r>
        <w:rPr/>
        <w:t>a. A  B  C  D  __________  F  G  H  I  J  K  L  M</w:t>
      </w:r>
    </w:p>
    <w:p>
      <w:pPr>
        <w:spacing w:before="0" w:after="60"/>
        <w:jc w:val="both"/>
      </w:pPr>
      <w:r>
        <w:rPr/>
        <w:t>b. N  O  P  Q  R  S  T  __________  V  W  X  Y  Z</w:t>
      </w:r>
    </w:p>
    <w:p>
      <w:pPr>
        <w:spacing w:before="0" w:after="60"/>
        <w:jc w:val="both"/>
      </w:pPr>
      <w:r>
        <w:rPr/>
        <w:t>c. a  b  c  d  e  f  g  h  __________  j  k  l  m</w:t>
      </w:r>
    </w:p>
    <w:p>
      <w:pPr>
        <w:spacing w:before="0" w:after="60"/>
        <w:jc w:val="both"/>
      </w:pPr>
      <w:r>
        <w:rPr/>
        <w:t>d. n  o  __________  q  r  s  t  u  v  w  x  y  z</w:t>
      </w:r>
    </w:p>
    <w:p>
      <w:pPr>
        <w:spacing w:before="0" w:after="60"/>
        <w:jc w:val="both"/>
      </w:pPr>
      <w:r>
        <w:rPr/>
        <w:t>e. s  t  u  v  w  x  __________ 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Put the letters in ABC order.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60"/>
        <w:jc w:val="both"/>
      </w:pPr>
      <w:r>
        <w:rPr/>
        <w:t>a. D    B    C    →    __________</w:t>
      </w:r>
    </w:p>
    <w:p>
      <w:pPr>
        <w:spacing w:before="0" w:after="60"/>
        <w:jc w:val="both"/>
      </w:pPr>
      <w:r>
        <w:rPr/>
        <w:t>b. K    M    L    →    __________</w:t>
      </w:r>
    </w:p>
    <w:p>
      <w:pPr>
        <w:spacing w:before="0" w:after="60"/>
        <w:jc w:val="both"/>
      </w:pPr>
      <w:r>
        <w:rPr/>
        <w:t>c. s    u    t    →    __________</w:t>
      </w:r>
    </w:p>
    <w:p>
      <w:pPr>
        <w:spacing w:before="0" w:after="60"/>
        <w:jc w:val="both"/>
      </w:pPr>
      <w:r>
        <w:rPr/>
        <w:t>d. y    w    x    →    __________</w:t>
      </w:r>
    </w:p>
    <w:p>
      <w:pPr>
        <w:spacing w:before="0" w:after="60"/>
        <w:jc w:val="both"/>
      </w:pPr>
      <w:r>
        <w:rPr/>
        <w:t>e. h    f    g    →  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capital or the small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Q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J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B: Reading words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קריאת מילים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قراءة الكلمات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and read. Circle Yes or No.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fox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bus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sun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cup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fan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and read. Circle Yes or No.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red apple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pink frog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nana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yellow banana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blue elephant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green tree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words that rhyme.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מילים מתחרזות.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بين الكلمات المتشابهة في القافية.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cat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rug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hat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fox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bug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Which word does not rhyme? Circle it.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איזו מילה לא מתחרזת? הקיפו אותה.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أيّ كلمة لا تتّفق في القافية؟ ضع دائرة حولها.</w:t>
      </w:r>
    </w:p>
    <w:p>
      <w:pPr>
        <w:spacing w:before="0" w:after="100"/>
        <w:jc w:val="both"/>
      </w:pPr>
      <w:r>
        <w:rPr/>
        <w:t>a. cat    bat    dog</w:t>
      </w:r>
    </w:p>
    <w:p>
      <w:pPr>
        <w:spacing w:before="0" w:after="100"/>
        <w:jc w:val="both"/>
      </w:pPr>
      <w:r>
        <w:rPr/>
        <w:t>b. pen    ten    cup</w:t>
      </w:r>
    </w:p>
    <w:p>
      <w:pPr>
        <w:spacing w:before="0" w:after="100"/>
        <w:jc w:val="both"/>
      </w:pPr>
      <w:r>
        <w:rPr/>
        <w:t>c. fox    box    sun</w:t>
      </w:r>
    </w:p>
    <w:p>
      <w:pPr>
        <w:spacing w:before="0" w:after="100"/>
        <w:jc w:val="both"/>
      </w:pPr>
      <w:r>
        <w:rPr/>
        <w:t>d. bug    rug    bed</w:t>
      </w:r>
    </w:p>
    <w:p>
      <w:pPr>
        <w:spacing w:before="0" w:after="100"/>
        <w:jc w:val="both"/>
      </w:pPr>
      <w:r>
        <w:rPr/>
        <w:t>e. hen    men    map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C: Writing words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כתיבת מילים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كتابة الكلمات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number word.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بالكلمات.</w:t>
      </w:r>
    </w:p>
    <w:p>
      <w:pPr>
        <w:spacing w:before="0" w:after="60"/>
        <w:jc w:val="both"/>
      </w:pPr>
      <w:r>
        <w:rPr/>
        <w:t>a. 4 = __________</w:t>
      </w:r>
    </w:p>
    <w:p>
      <w:pPr>
        <w:spacing w:before="0" w:after="60"/>
        <w:jc w:val="both"/>
      </w:pPr>
      <w:r>
        <w:rPr/>
        <w:t>b. 7 = __________</w:t>
      </w:r>
    </w:p>
    <w:p>
      <w:pPr>
        <w:spacing w:before="0" w:after="60"/>
        <w:jc w:val="both"/>
      </w:pPr>
      <w:r>
        <w:rPr/>
        <w:t>c. 10 = __________</w:t>
      </w:r>
    </w:p>
    <w:p>
      <w:pPr>
        <w:spacing w:before="0" w:after="60"/>
        <w:jc w:val="both"/>
      </w:pPr>
      <w:r>
        <w:rPr/>
        <w:t>d. 3 =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Sound it out. Write the word.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אמרו כל צליל, חברו את הצלילים וכתבו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انطق كلّ صوت، صِل الأصوات واكتب الكلمة.</w:t>
      </w:r>
    </w:p>
    <w:p>
      <w:pPr>
        <w:spacing w:before="0" w:after="60"/>
        <w:jc w:val="both"/>
      </w:pPr>
      <w:r>
        <w:rPr/>
        <w:t>a. m – a – p  →  __________</w:t>
      </w:r>
    </w:p>
    <w:p>
      <w:pPr>
        <w:spacing w:before="0" w:after="60"/>
        <w:jc w:val="both"/>
      </w:pPr>
      <w:r>
        <w:rPr/>
        <w:t>b. n – e – t  →  __________</w:t>
      </w:r>
    </w:p>
    <w:p>
      <w:pPr>
        <w:spacing w:before="0" w:after="60"/>
        <w:jc w:val="both"/>
      </w:pPr>
      <w:r>
        <w:rPr/>
        <w:t>c. b – u – g  →  __________</w:t>
      </w:r>
    </w:p>
    <w:p>
      <w:pPr>
        <w:spacing w:before="0" w:after="60"/>
        <w:jc w:val="both"/>
      </w:pPr>
      <w:r>
        <w:rPr/>
        <w:t>d. p – e – n  →  __________</w:t>
      </w:r>
    </w:p>
    <w:p>
      <w:pPr>
        <w:spacing w:before="0" w:after="60"/>
        <w:jc w:val="both"/>
      </w:pPr>
      <w:r>
        <w:rPr/>
        <w:t>e. h – a – t  →  __________</w:t>
      </w:r>
    </w:p>
    <w:p>
      <w:pPr>
        <w:spacing w:before="0" w:after="8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Good luck! · </w:t>
      </w:r>
      <w:r>
        <w:rPr>
          <w:rFonts w:ascii="Arial" w:hAnsi="Arial" w:cs="Arial"/>
          <w:b/>
          <w:bCs/>
          <w:color w:val="1D2433"/>
          <w:sz w:val="32"/>
          <w:szCs w:val="32"/>
          <w:rtl/>
          <w:lang w:val="en-US" w:bidi="he-IL"/>
        </w:rPr>
        <w:t xml:space="preserve">בהצלחה!</w:t>
      </w:r>
      <w:r>
        <w:rPr>
          <w:sz w:val="32"/>
          <w:szCs w:val="32"/>
        </w:rPr>
        <w:t>‎</w:t>
      </w:r>
      <w:r>
        <w:rPr>
          <w:rFonts w:ascii="Arial" w:hAnsi="Arial" w:cs="Arial"/>
          <w:b/>
          <w:bCs/>
          <w:sz w:val="32"/>
          <w:szCs w:val="32"/>
        </w:rPr>
        <w:t xml:space="preserve"> · </w:t>
      </w:r>
      <w:r>
        <w:rPr>
          <w:rFonts w:ascii="Arial" w:hAnsi="Arial" w:cs="Arial"/>
          <w:b/>
          <w:bCs/>
          <w:color w:val="1D2433"/>
          <w:sz w:val="32"/>
          <w:szCs w:val="32"/>
          <w:rtl/>
          <w:lang w:val="en-US" w:bidi="ar-SA"/>
        </w:rPr>
        <w:t xml:space="preserve">بالتوفيق!</w:t>
      </w:r>
      <w:r>
        <w:rPr>
          <w:sz w:val="32"/>
          <w:szCs w:val="32"/>
        </w:rPr>
        <w:t>‎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