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Test answer key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1D4ED8"/>
          <w:sz w:val="44"/>
          <w:szCs w:val="44"/>
        </w:rPr>
        <w:t>🔑 🎯 Final Test – High Level – Answer Key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🎯 מבחן מסכם – רמה גבוהה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🎯 الامتحان النهائيّ – المستوى المتقدّم</w:t>
      </w:r>
    </w:p>
    <w:p>
      <w:pPr>
        <w:spacing w:before="0" w:after="20"/>
        <w:jc w:val="both"/>
      </w:pPr>
      <w:r>
        <w:rPr>
          <w:color w:val="5B6476"/>
          <w:sz w:val="22"/>
          <w:szCs w:val="22"/>
        </w:rPr>
        <w:t>Time: 45 minutes · Total: 100 points · Listen to your teacher and answer all the questions.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זמן: 45 דקות · סך הכול: 100 נקודות · הקשיבו למורה וענו על כל השאלות.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الوقت: 45 دقيقة · المجموع: 100 علامة · استمع إلى المعلّم وأجب عن كلّ الأسئلة.</w:t>
      </w:r>
    </w:p>
    <w:p>
      <w:pPr>
        <w:spacing w:before="200" w:after="80"/>
        <w:jc w:val="both"/>
      </w:pPr>
      <w:r>
        <w:rPr>
          <w:rFonts w:ascii="Arial Black" w:hAnsi="Arial Black" w:cs="Arial Black"/>
          <w:b/>
          <w:bCs/>
          <w:color w:val="1D4ED8"/>
          <w:sz w:val="30"/>
          <w:szCs w:val="30"/>
        </w:rPr>
        <w:t>Score table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Part</w:t>
            </w:r>
          </w:p>
        </w:tc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Max points</w:t>
            </w:r>
          </w:p>
        </w:tc>
        <w:tc>
          <w:tcPr>
            <w:tcW w:type="dxa" w:w="3326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Points earned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Part A: The ABC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30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Part B: Reading words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40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Part C: Writing words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30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Total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100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rFonts w:ascii="Arial Black" w:hAnsi="Arial Black" w:cs="Arial Black"/>
          <w:b/>
          <w:bCs/>
          <w:color w:val="1D4ED8"/>
          <w:sz w:val="32"/>
          <w:szCs w:val="32"/>
        </w:rPr>
        <w:t>Part A: The ABC (30 points)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חלק א': ה-‎ABC (30‎ נקודות)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الجزء أ: الأبجديّة ‎ABC (30‎ علامة)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Write the missing letters in the ABC.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האותיות החסרות ב-‎ABC‎.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الحروف الناقصة في الأبجديّة ‎ABC‎.</w:t>
      </w:r>
    </w:p>
    <w:p>
      <w:pPr>
        <w:spacing w:before="0" w:after="40"/>
        <w:jc w:val="both"/>
      </w:pPr>
      <w:r>
        <w:rPr/>
        <w:t>a. A  B  C  D  E  F  G  H  I  J  K  L  M</w:t>
      </w:r>
    </w:p>
    <w:p>
      <w:pPr>
        <w:spacing w:before="0" w:after="40"/>
        <w:jc w:val="both"/>
      </w:pPr>
      <w:r>
        <w:rPr/>
        <w:t>b. N  O  P  Q  R  S  T  U  V  W  X  Y  Z</w:t>
      </w:r>
    </w:p>
    <w:p>
      <w:pPr>
        <w:spacing w:before="0" w:after="40"/>
        <w:jc w:val="both"/>
      </w:pPr>
      <w:r>
        <w:rPr/>
        <w:t>c. a  b  c  d  e  f  g  h  i  j  k  l  m</w:t>
      </w:r>
    </w:p>
    <w:p>
      <w:pPr>
        <w:spacing w:before="0" w:after="40"/>
        <w:jc w:val="both"/>
      </w:pPr>
      <w:r>
        <w:rPr/>
        <w:t>d. n  o  p  q  r  s  t  u  v  w  x  y  z</w:t>
      </w:r>
    </w:p>
    <w:p>
      <w:pPr>
        <w:spacing w:before="0" w:after="40"/>
        <w:jc w:val="both"/>
      </w:pPr>
      <w:r>
        <w:rPr/>
        <w:t>e. s  t  u  v  w  x  y  z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Put the letters in ABC order.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סדרו את האותיות לפי הסדר של ה-‎ABC‎.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رتّب الحروف حسب ترتيب الأبجديّة ‎ABC‎.</w:t>
      </w:r>
    </w:p>
    <w:p>
      <w:pPr>
        <w:spacing w:before="0" w:after="40"/>
        <w:jc w:val="both"/>
      </w:pPr>
      <w:r>
        <w:rPr/>
        <w:t>a. D    B    C    →    B C D</w:t>
      </w:r>
    </w:p>
    <w:p>
      <w:pPr>
        <w:spacing w:before="0" w:after="40"/>
        <w:jc w:val="both"/>
      </w:pPr>
      <w:r>
        <w:rPr/>
        <w:t>b. K    M    L    →    K L M</w:t>
      </w:r>
    </w:p>
    <w:p>
      <w:pPr>
        <w:spacing w:before="0" w:after="40"/>
        <w:jc w:val="both"/>
      </w:pPr>
      <w:r>
        <w:rPr/>
        <w:t>c. s    u    t    →    s t u</w:t>
      </w:r>
    </w:p>
    <w:p>
      <w:pPr>
        <w:spacing w:before="0" w:after="40"/>
        <w:jc w:val="both"/>
      </w:pPr>
      <w:r>
        <w:rPr/>
        <w:t>d. y    w    x    →    w x y</w:t>
      </w:r>
    </w:p>
    <w:p>
      <w:pPr>
        <w:spacing w:before="0" w:after="40"/>
        <w:jc w:val="both"/>
      </w:pPr>
      <w:r>
        <w:rPr/>
        <w:t>e. h    f    g    →    f g h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Write the capital or the small letter.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הגדולה או את האות הקטנה.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الكبير أو الحرف الصغير.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Capital</w:t>
            </w:r>
          </w:p>
        </w:tc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Small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g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Q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q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R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J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j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B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b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rFonts w:ascii="Arial Black" w:hAnsi="Arial Black" w:cs="Arial Black"/>
          <w:b/>
          <w:bCs/>
          <w:color w:val="1D4ED8"/>
          <w:sz w:val="32"/>
          <w:szCs w:val="32"/>
        </w:rPr>
        <w:t>Part B: Reading words (40 points)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חלק ב': קריאת מילים (40 נקודות)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الجزء ب: قراءة الكلمات (40 علامة)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Look and read. Circle Yes or No. (12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וקראו. הקיפו ‎Yes (‎כן) או ‎No (‎לא).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واقرأ. ضع دائرة حول ‎Yes (‎نعم) أو ‎No (‎لا).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4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ox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4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fox</w:t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(Yes)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3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bus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(No)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sun</w:t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(Yes)     </w:t>
            </w:r>
            <w:r>
              <w:rPr>
                <w:sz w:val="28"/>
                <w:szCs w:val="28"/>
              </w:rPr>
              <w:t xml:space="preserve">No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6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n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pen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(No)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up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cup</w:t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(Yes)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4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an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fan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(No)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Look and read. Circle Yes or No.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וקראו. הקיפו ‎Yes (‎כן) או ‎No (‎לא).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واقرأ. ضع دائرة حول ‎Yes (‎نعم) أو ‎No (‎لا).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144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red apple</w:t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(Yes)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98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og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pink frog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(No)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nana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yellow banana</w:t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(Yes)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22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lephant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2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blue elephant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(No)     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e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green tree</w:t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(Yes)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  <w:tc>
          <w:tcPr>
            <w:tcW w:type="dxa" w:w="2494"/>
          </w:tcPr>
          <w:p/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Match the words that rhyme. (8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בין מילים מתחרזות.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بين الكلمات المتشابهة في القافية.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cat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rug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ten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hat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box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fox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bug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hen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Which word does not rhyme? Circle it.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איזו מילה לא מתחרזת? הקיפו אותה.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أيّ كلمة لا تتّفق في القافية؟ ضع دائرة حولها.</w:t>
      </w:r>
    </w:p>
    <w:p>
      <w:pPr>
        <w:spacing w:before="0" w:after="100"/>
        <w:jc w:val="both"/>
      </w:pPr>
      <w:r>
        <w:rPr/>
        <w:t>a. cat    bat    dog  → dog</w:t>
      </w:r>
    </w:p>
    <w:p>
      <w:pPr>
        <w:spacing w:before="0" w:after="100"/>
        <w:jc w:val="both"/>
      </w:pPr>
      <w:r>
        <w:rPr/>
        <w:t>b. pen    ten    cup  → cup</w:t>
      </w:r>
    </w:p>
    <w:p>
      <w:pPr>
        <w:spacing w:before="0" w:after="100"/>
        <w:jc w:val="both"/>
      </w:pPr>
      <w:r>
        <w:rPr/>
        <w:t>c. fox    box    sun  → sun</w:t>
      </w:r>
    </w:p>
    <w:p>
      <w:pPr>
        <w:spacing w:before="0" w:after="100"/>
        <w:jc w:val="both"/>
      </w:pPr>
      <w:r>
        <w:rPr/>
        <w:t>d. bug    rug    bed  → bed</w:t>
      </w:r>
    </w:p>
    <w:p>
      <w:pPr>
        <w:spacing w:before="0" w:after="100"/>
        <w:jc w:val="both"/>
      </w:pPr>
      <w:r>
        <w:rPr/>
        <w:t>e. hen    men    map  → map</w:t>
      </w:r>
    </w:p>
    <w:p>
      <w:pPr>
        <w:spacing w:before="160" w:after="20"/>
        <w:jc w:val="both"/>
      </w:pPr>
      <w:r>
        <w:rPr>
          <w:rFonts w:ascii="Arial Black" w:hAnsi="Arial Black" w:cs="Arial Black"/>
          <w:b/>
          <w:bCs/>
          <w:color w:val="1D4ED8"/>
          <w:sz w:val="32"/>
          <w:szCs w:val="32"/>
        </w:rPr>
        <w:t>Part C: Writing words (30 points)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חלק ג': כתיבת מילים (30 נקודות)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الجزء ج: كتابة الكلمات (30 علامة)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Look at the picture. Write the word. (12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dog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90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bus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16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cat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un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sun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36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bed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up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cup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Write the number word. (8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המספר במילה.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العدد بالكلمات.</w:t>
      </w:r>
    </w:p>
    <w:p>
      <w:pPr>
        <w:spacing w:before="0" w:after="40"/>
        <w:jc w:val="both"/>
      </w:pPr>
      <w:r>
        <w:rPr/>
        <w:t>a. 4 = four</w:t>
      </w:r>
    </w:p>
    <w:p>
      <w:pPr>
        <w:spacing w:before="0" w:after="40"/>
        <w:jc w:val="both"/>
      </w:pPr>
      <w:r>
        <w:rPr/>
        <w:t>b. 7 = seven</w:t>
      </w:r>
    </w:p>
    <w:p>
      <w:pPr>
        <w:spacing w:before="0" w:after="40"/>
        <w:jc w:val="both"/>
      </w:pPr>
      <w:r>
        <w:rPr/>
        <w:t>c. 10 = ten</w:t>
      </w:r>
    </w:p>
    <w:p>
      <w:pPr>
        <w:spacing w:before="0" w:after="40"/>
        <w:jc w:val="both"/>
      </w:pPr>
      <w:r>
        <w:rPr/>
        <w:t>d. 3 = three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Sound it out. Write the word. (10 pts)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אמרו כל צליל, חברו את הצלילים וכתבו את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انطق كلّ صوت، صِل الأصوات واكتب الكلمة.</w:t>
      </w:r>
    </w:p>
    <w:p>
      <w:pPr>
        <w:spacing w:before="0" w:after="40"/>
        <w:jc w:val="both"/>
      </w:pPr>
      <w:r>
        <w:rPr/>
        <w:t>a. m – a – p  →  map</w:t>
      </w:r>
    </w:p>
    <w:p>
      <w:pPr>
        <w:spacing w:before="0" w:after="40"/>
        <w:jc w:val="both"/>
      </w:pPr>
      <w:r>
        <w:rPr/>
        <w:t>b. n – e – t  →  net</w:t>
      </w:r>
    </w:p>
    <w:p>
      <w:pPr>
        <w:spacing w:before="0" w:after="40"/>
        <w:jc w:val="both"/>
      </w:pPr>
      <w:r>
        <w:rPr/>
        <w:t>c. b – u – g  →  bug</w:t>
      </w:r>
    </w:p>
    <w:p>
      <w:pPr>
        <w:spacing w:before="0" w:after="40"/>
        <w:jc w:val="both"/>
      </w:pPr>
      <w:r>
        <w:rPr/>
        <w:t>d. p – e – n  →  pen</w:t>
      </w:r>
    </w:p>
    <w:p>
      <w:pPr>
        <w:spacing w:before="0" w:after="40"/>
        <w:jc w:val="both"/>
      </w:pPr>
      <w:r>
        <w:rPr/>
        <w:t>e. h – a – t  →  hat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