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Letters A–F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‎A–F‎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‎A–F‎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</w:rPr>
        <w:t>Summary: letters A–F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האותיות ‎A–F –‎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الحروف ‎A–F –‎ كلّ ما يجب أن تتذكّره في صفحة واحدة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A a     B b     C c</w:t>
      </w:r>
    </w:p>
    <w:p>
      <w:pPr>
        <w:spacing w:before="0" w:after="20"/>
        <w:jc w:val="both"/>
      </w:pPr>
      <w:r>
        <w:rPr/>
        <w:t>2. D d     E e     F f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apple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ant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 b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ball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 c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cup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 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duck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 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egg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elephant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 f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fish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frog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Writing on the lines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כתיבה על השורות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الكتابة على الأسطر</w:t>
      </w:r>
    </w:p>
    <w:p>
      <w:pPr>
        <w:spacing w:before="0" w:after="20"/>
        <w:jc w:val="both"/>
      </w:pPr>
      <w:r>
        <w:rPr/>
        <w:t>1. Capital letters touch the top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נוגעות בשורה העליונה.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تلمس السطر العلويّ.</w:t>
      </w:r>
    </w:p>
    <w:p>
      <w:pPr>
        <w:spacing w:before="0" w:after="20"/>
        <w:jc w:val="both"/>
      </w:pPr>
      <w:r>
        <w:rPr/>
        <w:t>2. b, d and f are tall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‎b, d‎ ו-‎f‎ הן אותיות קטנות גבוהות.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‎b‎ و‎d‎ و‎f‎ حروف صغيرة طويلة.</w:t>
      </w:r>
    </w:p>
    <w:p>
      <w:pPr>
        <w:spacing w:before="0" w:after="20"/>
        <w:jc w:val="both"/>
      </w:pPr>
      <w:r>
        <w:rPr/>
        <w:t>3. a, c and e are short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‎a, c‎ ו-‎e‎ הן אותיות קטנות נמוכות.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‎a‎ و‎c‎ و‎e‎ حروف صغيرة قصيرة.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egg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ביצה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بيضة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apple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תפוח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تفاحة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ant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נמלה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نملة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fish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דג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سمكة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A name starts with a capital letter: Adam, Dana.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שם מתחיל באות גדולה: ‎Adam, Dana‎.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يبدأ الاسم بحرف كبير: ‎Adam‎ و‎Dana‎.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What is the first letter of dog? ___</w:t>
      </w:r>
    </w:p>
    <w:p>
      <w:pPr>
        <w:spacing w:before="0" w:after="20"/>
        <w:jc w:val="both"/>
      </w:pPr>
      <w:r>
        <w:rPr/>
        <w:t>1. Look at the picture: a dog.</w:t>
      </w:r>
    </w:p>
    <w:p>
      <w:pPr>
        <w:spacing w:before="0" w:after="20"/>
        <w:jc w:val="both"/>
      </w:pPr>
      <w:r>
        <w:rPr/>
        <w:t>2. Say it slowly: d-o-g.</w:t>
      </w:r>
    </w:p>
    <w:p>
      <w:pPr>
        <w:spacing w:before="0" w:after="20"/>
        <w:jc w:val="both"/>
      </w:pPr>
      <w:r>
        <w:rPr/>
        <w:t>3. The first sound is /d/. The letter is d.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d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Check yourself –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A, B, __________, D</w:t>
      </w:r>
    </w:p>
    <w:p>
      <w:pPr>
        <w:spacing w:before="0" w:after="60"/>
        <w:jc w:val="both"/>
      </w:pPr>
      <w:r>
        <w:rPr/>
        <w:t>b. D, E, __________</w:t>
      </w:r>
    </w:p>
    <w:p>
      <w:pPr>
        <w:spacing w:before="0" w:after="60"/>
        <w:jc w:val="both"/>
      </w:pPr>
      <w:r>
        <w:rPr/>
        <w:t>c. cat starts with __________.</w:t>
      </w:r>
    </w:p>
    <w:p>
      <w:pPr>
        <w:spacing w:before="0" w:after="60"/>
        <w:jc w:val="both"/>
      </w:pPr>
      <w:r>
        <w:rPr/>
        <w:t>d. The small letter of B is __________.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C · b. F · c. c · d. b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