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Worksheet</w:t>
      </w:r>
    </w:p>
    <w:p>
      <w:pPr>
        <w:spacing w:before="0" w:after="200"/>
        <w:jc w:val="left"/>
      </w:pPr>
      <w:r>
        <w:rPr>
          <w:rFonts w:ascii="Arial" w:hAnsi="Arial" w:cs="Arial"/>
          <w:sz w:val="20"/>
          <w:szCs w:val="20"/>
        </w:rPr>
        <w:t xml:space="preserve">First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פרטי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الاسم الشخصي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Last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משפחה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اسم العائلة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Class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כיתה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الصف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>: ______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9F1239"/>
          <w:sz w:val="44"/>
          <w:szCs w:val="44"/>
        </w:rPr>
        <w:t>Letters A–F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האותיות ‎A–F‎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الحروف ‎A–F‎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Trace and write the letters.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עקבו אחרי האותיות האפורות וכתבו אותן בעצמכם.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تتبّع الحروف الرماديّة ثمّ اكتبها وحدك.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Aa    </w:t>
      </w:r>
      <w:r>
        <w:rPr>
          <w:rFonts w:ascii="Calibri" w:hAnsi="Calibri" w:cs="Calibri"/>
          <w:color w:val="B4BBC7"/>
          <w:sz w:val="60"/>
          <w:szCs w:val="60"/>
        </w:rPr>
        <w:t xml:space="preserve">Aa    </w:t>
      </w:r>
      <w:r>
        <w:rPr>
          <w:rFonts w:ascii="Calibri" w:hAnsi="Calibri" w:cs="Calibri"/>
          <w:color w:val="B4BBC7"/>
          <w:sz w:val="60"/>
          <w:szCs w:val="60"/>
        </w:rPr>
        <w:t xml:space="preserve">Aa    </w:t>
      </w:r>
      <w:r>
        <w:rPr>
          <w:rFonts w:ascii="Calibri" w:hAnsi="Calibri" w:cs="Calibri"/>
          <w:color w:val="B4BBC7"/>
          <w:sz w:val="60"/>
          <w:szCs w:val="60"/>
        </w:rPr>
        <w:t xml:space="preserve">Aa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Bb    </w:t>
      </w:r>
      <w:r>
        <w:rPr>
          <w:rFonts w:ascii="Calibri" w:hAnsi="Calibri" w:cs="Calibri"/>
          <w:color w:val="B4BBC7"/>
          <w:sz w:val="60"/>
          <w:szCs w:val="60"/>
        </w:rPr>
        <w:t xml:space="preserve">Bb    </w:t>
      </w:r>
      <w:r>
        <w:rPr>
          <w:rFonts w:ascii="Calibri" w:hAnsi="Calibri" w:cs="Calibri"/>
          <w:color w:val="B4BBC7"/>
          <w:sz w:val="60"/>
          <w:szCs w:val="60"/>
        </w:rPr>
        <w:t xml:space="preserve">Bb    </w:t>
      </w:r>
      <w:r>
        <w:rPr>
          <w:rFonts w:ascii="Calibri" w:hAnsi="Calibri" w:cs="Calibri"/>
          <w:color w:val="B4BBC7"/>
          <w:sz w:val="60"/>
          <w:szCs w:val="60"/>
        </w:rPr>
        <w:t xml:space="preserve">Bb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Cc    </w:t>
      </w:r>
      <w:r>
        <w:rPr>
          <w:rFonts w:ascii="Calibri" w:hAnsi="Calibri" w:cs="Calibri"/>
          <w:color w:val="B4BBC7"/>
          <w:sz w:val="60"/>
          <w:szCs w:val="60"/>
        </w:rPr>
        <w:t xml:space="preserve">Cc    </w:t>
      </w:r>
      <w:r>
        <w:rPr>
          <w:rFonts w:ascii="Calibri" w:hAnsi="Calibri" w:cs="Calibri"/>
          <w:color w:val="B4BBC7"/>
          <w:sz w:val="60"/>
          <w:szCs w:val="60"/>
        </w:rPr>
        <w:t xml:space="preserve">Cc    </w:t>
      </w:r>
      <w:r>
        <w:rPr>
          <w:rFonts w:ascii="Calibri" w:hAnsi="Calibri" w:cs="Calibri"/>
          <w:color w:val="B4BBC7"/>
          <w:sz w:val="60"/>
          <w:szCs w:val="60"/>
        </w:rPr>
        <w:t xml:space="preserve">Cc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Dd    </w:t>
      </w:r>
      <w:r>
        <w:rPr>
          <w:rFonts w:ascii="Calibri" w:hAnsi="Calibri" w:cs="Calibri"/>
          <w:color w:val="B4BBC7"/>
          <w:sz w:val="60"/>
          <w:szCs w:val="60"/>
        </w:rPr>
        <w:t xml:space="preserve">Dd    </w:t>
      </w:r>
      <w:r>
        <w:rPr>
          <w:rFonts w:ascii="Calibri" w:hAnsi="Calibri" w:cs="Calibri"/>
          <w:color w:val="B4BBC7"/>
          <w:sz w:val="60"/>
          <w:szCs w:val="60"/>
        </w:rPr>
        <w:t xml:space="preserve">Dd    </w:t>
      </w:r>
      <w:r>
        <w:rPr>
          <w:rFonts w:ascii="Calibri" w:hAnsi="Calibri" w:cs="Calibri"/>
          <w:color w:val="B4BBC7"/>
          <w:sz w:val="60"/>
          <w:szCs w:val="60"/>
        </w:rPr>
        <w:t xml:space="preserve">Dd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Ee    </w:t>
      </w:r>
      <w:r>
        <w:rPr>
          <w:rFonts w:ascii="Calibri" w:hAnsi="Calibri" w:cs="Calibri"/>
          <w:color w:val="B4BBC7"/>
          <w:sz w:val="60"/>
          <w:szCs w:val="60"/>
        </w:rPr>
        <w:t xml:space="preserve">Ee    </w:t>
      </w:r>
      <w:r>
        <w:rPr>
          <w:rFonts w:ascii="Calibri" w:hAnsi="Calibri" w:cs="Calibri"/>
          <w:color w:val="B4BBC7"/>
          <w:sz w:val="60"/>
          <w:szCs w:val="60"/>
        </w:rPr>
        <w:t xml:space="preserve">Ee    </w:t>
      </w:r>
      <w:r>
        <w:rPr>
          <w:rFonts w:ascii="Calibri" w:hAnsi="Calibri" w:cs="Calibri"/>
          <w:color w:val="B4BBC7"/>
          <w:sz w:val="60"/>
          <w:szCs w:val="60"/>
        </w:rPr>
        <w:t xml:space="preserve">Ee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Ff    </w:t>
      </w:r>
      <w:r>
        <w:rPr>
          <w:rFonts w:ascii="Calibri" w:hAnsi="Calibri" w:cs="Calibri"/>
          <w:color w:val="B4BBC7"/>
          <w:sz w:val="60"/>
          <w:szCs w:val="60"/>
        </w:rPr>
        <w:t xml:space="preserve">Ff    </w:t>
      </w:r>
      <w:r>
        <w:rPr>
          <w:rFonts w:ascii="Calibri" w:hAnsi="Calibri" w:cs="Calibri"/>
          <w:color w:val="B4BBC7"/>
          <w:sz w:val="60"/>
          <w:szCs w:val="60"/>
        </w:rPr>
        <w:t xml:space="preserve">Ff    </w:t>
      </w:r>
      <w:r>
        <w:rPr>
          <w:rFonts w:ascii="Calibri" w:hAnsi="Calibri" w:cs="Calibri"/>
          <w:color w:val="B4BBC7"/>
          <w:sz w:val="60"/>
          <w:szCs w:val="60"/>
        </w:rPr>
        <w:t xml:space="preserve">Ff    </w:t>
      </w:r>
      <w:r>
        <w:rPr>
          <w:color w:val="9AA3B2"/>
          <w:sz w:val="60"/>
          <w:szCs w:val="60"/>
        </w:rPr>
        <w:t>____________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Circle the small letter for the capital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האות הקטנה של האות הגדולה.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الحرف الصغير الذي يناسب الحرف الكبير.</w:t>
      </w:r>
    </w:p>
    <w:p>
      <w:pPr>
        <w:spacing w:before="0" w:after="100"/>
        <w:jc w:val="both"/>
      </w:pPr>
      <w:r>
        <w:rPr/>
        <w:t>a. B:   d    b    p</w:t>
      </w:r>
    </w:p>
    <w:p>
      <w:pPr>
        <w:spacing w:before="0" w:after="100"/>
        <w:jc w:val="both"/>
      </w:pPr>
      <w:r>
        <w:rPr/>
        <w:t>b. D:   b    q    d</w:t>
      </w:r>
    </w:p>
    <w:p>
      <w:pPr>
        <w:spacing w:before="0" w:after="100"/>
        <w:jc w:val="both"/>
      </w:pPr>
      <w:r>
        <w:rPr/>
        <w:t>c. E:   e    a    c</w:t>
      </w:r>
    </w:p>
    <w:p>
      <w:pPr>
        <w:spacing w:before="0" w:after="100"/>
        <w:jc w:val="both"/>
      </w:pPr>
      <w:r>
        <w:rPr/>
        <w:t>d. F:   t    f    l</w:t>
      </w:r>
    </w:p>
    <w:p>
      <w:pPr>
        <w:spacing w:before="0" w:after="100"/>
        <w:jc w:val="both"/>
      </w:pPr>
      <w:r>
        <w:rPr/>
        <w:t>e. A:   o    a    e</w:t>
      </w:r>
    </w:p>
    <w:p>
      <w:pPr>
        <w:spacing w:before="0" w:after="100"/>
        <w:jc w:val="both"/>
      </w:pPr>
      <w:r>
        <w:rPr/>
        <w:t>f. C:   c    e    o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Match the capital letter to the small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האות הגדולה לאות הקטנה.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صِلِ الحرف الكبير بالحرف الصغير.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A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B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c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C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D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f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a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F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d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Look at the picture. Circle the first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הקיפו את האות הראשונה של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ضع دائرة حول الحرف الأوّل من 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14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l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a     </w:t>
            </w:r>
            <w:r>
              <w:rPr>
                <w:sz w:val="28"/>
                <w:szCs w:val="28"/>
              </w:rPr>
              <w:t xml:space="preserve">o     </w:t>
            </w:r>
            <w:r>
              <w:rPr>
                <w:sz w:val="28"/>
                <w:szCs w:val="28"/>
              </w:rPr>
              <w:t xml:space="preserve">e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825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g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82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d     </w:t>
            </w:r>
            <w:r>
              <w:rPr>
                <w:sz w:val="28"/>
                <w:szCs w:val="28"/>
              </w:rPr>
              <w:t xml:space="preserve">b     </w:t>
            </w:r>
            <w:r>
              <w:rPr>
                <w:sz w:val="28"/>
                <w:szCs w:val="28"/>
              </w:rPr>
              <w:t xml:space="preserve">p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1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1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c     </w:t>
            </w:r>
            <w:r>
              <w:rPr>
                <w:sz w:val="28"/>
                <w:szCs w:val="28"/>
              </w:rPr>
              <w:t xml:space="preserve">a     </w:t>
            </w:r>
            <w:r>
              <w:rPr>
                <w:sz w:val="28"/>
                <w:szCs w:val="28"/>
              </w:rPr>
              <w:t xml:space="preserve">f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50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b     </w:t>
            </w:r>
            <w:r>
              <w:rPr>
                <w:sz w:val="28"/>
                <w:szCs w:val="28"/>
              </w:rPr>
              <w:t xml:space="preserve">e     </w:t>
            </w:r>
            <w:r>
              <w:rPr>
                <w:sz w:val="28"/>
                <w:szCs w:val="28"/>
              </w:rPr>
              <w:t xml:space="preserve">d     </w:t>
            </w:r>
          </w:p>
        </w:tc>
      </w:tr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76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gg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7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a     </w:t>
            </w:r>
            <w:r>
              <w:rPr>
                <w:sz w:val="28"/>
                <w:szCs w:val="28"/>
              </w:rPr>
              <w:t xml:space="preserve">e     </w:t>
            </w:r>
            <w:r>
              <w:rPr>
                <w:sz w:val="28"/>
                <w:szCs w:val="28"/>
              </w:rPr>
              <w:t xml:space="preserve">f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90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sh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9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f     </w:t>
            </w:r>
            <w:r>
              <w:rPr>
                <w:sz w:val="28"/>
                <w:szCs w:val="28"/>
              </w:rPr>
              <w:t xml:space="preserve">b     </w:t>
            </w:r>
            <w:r>
              <w:rPr>
                <w:sz w:val="28"/>
                <w:szCs w:val="28"/>
              </w:rPr>
              <w:t xml:space="preserve">c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g.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42977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uck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429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b     </w:t>
            </w:r>
            <w:r>
              <w:rPr>
                <w:sz w:val="28"/>
                <w:szCs w:val="28"/>
              </w:rPr>
              <w:t xml:space="preserve">d     </w:t>
            </w:r>
            <w:r>
              <w:rPr>
                <w:sz w:val="28"/>
                <w:szCs w:val="28"/>
              </w:rPr>
              <w:t xml:space="preserve">c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h.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2063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up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20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e     </w:t>
            </w:r>
            <w:r>
              <w:rPr>
                <w:sz w:val="28"/>
                <w:szCs w:val="28"/>
              </w:rPr>
              <w:t xml:space="preserve">a     </w:t>
            </w:r>
            <w:r>
              <w:rPr>
                <w:sz w:val="28"/>
                <w:szCs w:val="28"/>
              </w:rPr>
              <w:t xml:space="preserve">c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Look at the picture. Write the first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האות הראשונה של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الحرف الأوّل من الكلمة.</w:t>
      </w:r>
    </w:p>
    <w:p>
      <w:pPr>
        <w:spacing w:before="0" w:after="80"/>
        <w:jc w:val="both"/>
      </w:pPr>
      <w:r>
        <w:rPr>
          <w:color w:val="9F1239"/>
          <w:sz w:val="24"/>
          <w:szCs w:val="24"/>
        </w:rPr>
        <w:t>Word bank: a  |  b  |  c  |  d  |  e  |  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16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nt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1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_____nt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90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9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_____us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66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r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6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_____ar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1043321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or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10433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_____oor</w:t>
            </w:r>
          </w:p>
        </w:tc>
      </w:tr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22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lephant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2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_____lephant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98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rog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_____rog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g.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08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0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_____ook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h.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01043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rum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0104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_____rum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Write the missing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האות החסרה.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الحرف الناقص.</w:t>
      </w:r>
    </w:p>
    <w:p>
      <w:pPr>
        <w:spacing w:before="0" w:after="60"/>
        <w:jc w:val="both"/>
      </w:pPr>
      <w:r>
        <w:rPr/>
        <w:t>a. A    B    __________    D</w:t>
      </w:r>
    </w:p>
    <w:p>
      <w:pPr>
        <w:spacing w:before="0" w:after="60"/>
        <w:jc w:val="both"/>
      </w:pPr>
      <w:r>
        <w:rPr/>
        <w:t>b. C    D    __________    F</w:t>
      </w:r>
    </w:p>
    <w:p>
      <w:pPr>
        <w:spacing w:before="0" w:after="60"/>
        <w:jc w:val="both"/>
      </w:pPr>
      <w:r>
        <w:rPr/>
        <w:t>c. a    __________    c    d</w:t>
      </w:r>
    </w:p>
    <w:p>
      <w:pPr>
        <w:spacing w:before="0" w:after="60"/>
        <w:jc w:val="both"/>
      </w:pPr>
      <w:r>
        <w:rPr/>
        <w:t>d. d    e    __________</w:t>
      </w:r>
    </w:p>
    <w:p>
      <w:pPr>
        <w:spacing w:before="0" w:after="60"/>
        <w:jc w:val="both"/>
      </w:pPr>
      <w:r>
        <w:rPr/>
        <w:t>e. __________    b    c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Sort the letters: capital letters and small letters.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האותיות: אותיות גדולות ואותיות קטנות.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الحروف: حروف كبيرة وحروف صغيرة.</w:t>
      </w:r>
    </w:p>
    <w:p>
      <w:pPr>
        <w:spacing w:before="0" w:after="80"/>
        <w:jc w:val="both"/>
      </w:pPr>
      <w:r>
        <w:rPr>
          <w:color w:val="9F1239"/>
          <w:sz w:val="24"/>
          <w:szCs w:val="24"/>
        </w:rPr>
        <w:t>Words: A  |  b  |  C  |  d  |  E  |  f  |  B  |  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Capital letters</w:t>
            </w:r>
          </w:p>
        </w:tc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Small letters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Trace and write the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עקבו אחרי המילים האפורות וכתבו אותן בעצמכם.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تتبّع الكلمات الرماديّة ثمّ اكتبها وحدك.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apple    </w:t>
      </w:r>
      <w:r>
        <w:rPr>
          <w:rFonts w:ascii="Calibri" w:hAnsi="Calibri" w:cs="Calibri"/>
          <w:color w:val="B4BBC7"/>
          <w:sz w:val="60"/>
          <w:szCs w:val="60"/>
        </w:rPr>
        <w:t xml:space="preserve">apple    </w:t>
      </w:r>
      <w:r>
        <w:rPr>
          <w:rFonts w:ascii="Calibri" w:hAnsi="Calibri" w:cs="Calibri"/>
          <w:color w:val="B4BBC7"/>
          <w:sz w:val="60"/>
          <w:szCs w:val="60"/>
        </w:rPr>
        <w:t xml:space="preserve">apple    </w:t>
      </w:r>
      <w:r>
        <w:rPr>
          <w:rFonts w:ascii="Calibri" w:hAnsi="Calibri" w:cs="Calibri"/>
          <w:color w:val="B4BBC7"/>
          <w:sz w:val="60"/>
          <w:szCs w:val="60"/>
        </w:rPr>
        <w:t xml:space="preserve">apple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bag    </w:t>
      </w:r>
      <w:r>
        <w:rPr>
          <w:rFonts w:ascii="Calibri" w:hAnsi="Calibri" w:cs="Calibri"/>
          <w:color w:val="B4BBC7"/>
          <w:sz w:val="60"/>
          <w:szCs w:val="60"/>
        </w:rPr>
        <w:t xml:space="preserve">bag    </w:t>
      </w:r>
      <w:r>
        <w:rPr>
          <w:rFonts w:ascii="Calibri" w:hAnsi="Calibri" w:cs="Calibri"/>
          <w:color w:val="B4BBC7"/>
          <w:sz w:val="60"/>
          <w:szCs w:val="60"/>
        </w:rPr>
        <w:t xml:space="preserve">bag    </w:t>
      </w:r>
      <w:r>
        <w:rPr>
          <w:rFonts w:ascii="Calibri" w:hAnsi="Calibri" w:cs="Calibri"/>
          <w:color w:val="B4BBC7"/>
          <w:sz w:val="60"/>
          <w:szCs w:val="60"/>
        </w:rPr>
        <w:t xml:space="preserve">bag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cat    </w:t>
      </w:r>
      <w:r>
        <w:rPr>
          <w:rFonts w:ascii="Calibri" w:hAnsi="Calibri" w:cs="Calibri"/>
          <w:color w:val="B4BBC7"/>
          <w:sz w:val="60"/>
          <w:szCs w:val="60"/>
        </w:rPr>
        <w:t xml:space="preserve">cat    </w:t>
      </w:r>
      <w:r>
        <w:rPr>
          <w:rFonts w:ascii="Calibri" w:hAnsi="Calibri" w:cs="Calibri"/>
          <w:color w:val="B4BBC7"/>
          <w:sz w:val="60"/>
          <w:szCs w:val="60"/>
        </w:rPr>
        <w:t xml:space="preserve">cat    </w:t>
      </w:r>
      <w:r>
        <w:rPr>
          <w:rFonts w:ascii="Calibri" w:hAnsi="Calibri" w:cs="Calibri"/>
          <w:color w:val="B4BBC7"/>
          <w:sz w:val="60"/>
          <w:szCs w:val="60"/>
        </w:rPr>
        <w:t xml:space="preserve">cat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dog    </w:t>
      </w:r>
      <w:r>
        <w:rPr>
          <w:rFonts w:ascii="Calibri" w:hAnsi="Calibri" w:cs="Calibri"/>
          <w:color w:val="B4BBC7"/>
          <w:sz w:val="60"/>
          <w:szCs w:val="60"/>
        </w:rPr>
        <w:t xml:space="preserve">dog    </w:t>
      </w:r>
      <w:r>
        <w:rPr>
          <w:rFonts w:ascii="Calibri" w:hAnsi="Calibri" w:cs="Calibri"/>
          <w:color w:val="B4BBC7"/>
          <w:sz w:val="60"/>
          <w:szCs w:val="60"/>
        </w:rPr>
        <w:t xml:space="preserve">dog    </w:t>
      </w:r>
      <w:r>
        <w:rPr>
          <w:rFonts w:ascii="Calibri" w:hAnsi="Calibri" w:cs="Calibri"/>
          <w:color w:val="B4BBC7"/>
          <w:sz w:val="60"/>
          <w:szCs w:val="60"/>
        </w:rPr>
        <w:t xml:space="preserve">dog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egg    </w:t>
      </w:r>
      <w:r>
        <w:rPr>
          <w:rFonts w:ascii="Calibri" w:hAnsi="Calibri" w:cs="Calibri"/>
          <w:color w:val="B4BBC7"/>
          <w:sz w:val="60"/>
          <w:szCs w:val="60"/>
        </w:rPr>
        <w:t xml:space="preserve">egg    </w:t>
      </w:r>
      <w:r>
        <w:rPr>
          <w:rFonts w:ascii="Calibri" w:hAnsi="Calibri" w:cs="Calibri"/>
          <w:color w:val="B4BBC7"/>
          <w:sz w:val="60"/>
          <w:szCs w:val="60"/>
        </w:rPr>
        <w:t xml:space="preserve">egg    </w:t>
      </w:r>
      <w:r>
        <w:rPr>
          <w:rFonts w:ascii="Calibri" w:hAnsi="Calibri" w:cs="Calibri"/>
          <w:color w:val="B4BBC7"/>
          <w:sz w:val="60"/>
          <w:szCs w:val="60"/>
        </w:rPr>
        <w:t xml:space="preserve">egg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fish    </w:t>
      </w:r>
      <w:r>
        <w:rPr>
          <w:rFonts w:ascii="Calibri" w:hAnsi="Calibri" w:cs="Calibri"/>
          <w:color w:val="B4BBC7"/>
          <w:sz w:val="60"/>
          <w:szCs w:val="60"/>
        </w:rPr>
        <w:t xml:space="preserve">fish    </w:t>
      </w:r>
      <w:r>
        <w:rPr>
          <w:rFonts w:ascii="Calibri" w:hAnsi="Calibri" w:cs="Calibri"/>
          <w:color w:val="B4BBC7"/>
          <w:sz w:val="60"/>
          <w:szCs w:val="60"/>
        </w:rPr>
        <w:t xml:space="preserve">fish    </w:t>
      </w:r>
      <w:r>
        <w:rPr>
          <w:rFonts w:ascii="Calibri" w:hAnsi="Calibri" w:cs="Calibri"/>
          <w:color w:val="B4BBC7"/>
          <w:sz w:val="60"/>
          <w:szCs w:val="60"/>
        </w:rPr>
        <w:t xml:space="preserve">fish    </w:t>
      </w:r>
      <w:r>
        <w:rPr>
          <w:color w:val="9AA3B2"/>
          <w:sz w:val="60"/>
          <w:szCs w:val="60"/>
        </w:rPr>
        <w:t>____________</w:t>
      </w:r>
    </w:p>
    <w:p>
      <w:pPr>
        <w:spacing w:before="160" w:after="60"/>
        <w:jc w:val="both"/>
      </w:pPr>
      <w:r>
        <w:rPr>
          <w:b/>
          <w:bCs/>
          <w:color w:val="9F1239"/>
          <w:sz w:val="26"/>
          <w:szCs w:val="26"/>
        </w:rPr>
        <w:t>9. Cut out the small letters. Glue each small letter next to its capital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גזרו את האותיות הקטנות, והדביקו כל אות קטנה ליד האות הגדולה שלה.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قُصّوا الحروف الصغيرة، وألصقوا كلّ حرف صغير بجانب الحرف الكبير.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A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B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C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D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E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6.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F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</w:tbl>
    <w:p>
      <w:pPr>
        <w:spacing w:before="0" w:after="40"/>
        <w:jc w:val="both"/>
      </w:pPr>
    </w:p>
    <w:p>
      <w:pPr>
        <w:spacing w:before="160" w:after="60"/>
        <w:jc w:val="both"/>
      </w:pPr>
      <w:r>
        <w:rPr>
          <w:b/>
          <w:bCs/>
          <w:color w:val="9F1239"/>
          <w:sz w:val="26"/>
          <w:szCs w:val="26"/>
        </w:rPr>
        <w:t>10. Match the picture to the word. Write the number.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התמונה למילה. כתבו את המספר.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طابِقوا الصورة مع الكلمة. اكتبوا الرقم.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</w:rPr>
              <w:t>1</w:t>
            </w:r>
          </w:p>
        </w:tc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</w:rPr>
              <w:t>2</w:t>
            </w:r>
          </w:p>
        </w:tc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</w:rPr>
              <w:t>3</w:t>
            </w:r>
          </w:p>
        </w:tc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</w:rPr>
              <w:t>4</w:t>
            </w:r>
          </w:p>
        </w:tc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</w:rPr>
              <w:t>5</w:t>
            </w:r>
          </w:p>
        </w:tc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</w:rPr>
              <w:t>6</w:t>
            </w:r>
          </w:p>
        </w:tc>
      </w:tr>
      <w:tr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🍎</w:t>
            </w:r>
          </w:p>
        </w:tc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⚽</w:t>
            </w:r>
          </w:p>
        </w:tc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🐱</w:t>
            </w:r>
          </w:p>
        </w:tc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🐶</w:t>
            </w:r>
          </w:p>
        </w:tc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🥚</w:t>
            </w:r>
          </w:p>
        </w:tc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🐟</w:t>
            </w:r>
          </w:p>
        </w:tc>
      </w:tr>
    </w:tbl>
    <w:p>
      <w:pPr>
        <w:spacing w:before="0" w:after="40"/>
        <w:jc w:val="both"/>
      </w:pPr>
    </w:p>
    <w:p>
      <w:pPr>
        <w:spacing w:before="0" w:after="60"/>
        <w:jc w:val="both"/>
      </w:pPr>
      <w:r>
        <w:rPr>
          <w:sz w:val="25"/>
          <w:szCs w:val="25"/>
        </w:rPr>
        <w:t>[      ]   dog</w:t>
      </w:r>
    </w:p>
    <w:p>
      <w:pPr>
        <w:spacing w:before="0" w:after="60"/>
        <w:jc w:val="both"/>
      </w:pPr>
      <w:r>
        <w:rPr>
          <w:sz w:val="25"/>
          <w:szCs w:val="25"/>
        </w:rPr>
        <w:t>[      ]   egg</w:t>
      </w:r>
    </w:p>
    <w:p>
      <w:pPr>
        <w:spacing w:before="0" w:after="60"/>
        <w:jc w:val="both"/>
      </w:pPr>
      <w:r>
        <w:rPr>
          <w:sz w:val="25"/>
          <w:szCs w:val="25"/>
        </w:rPr>
        <w:t>[      ]   ball</w:t>
      </w:r>
    </w:p>
    <w:p>
      <w:pPr>
        <w:spacing w:before="0" w:after="60"/>
        <w:jc w:val="both"/>
      </w:pPr>
      <w:r>
        <w:rPr>
          <w:sz w:val="25"/>
          <w:szCs w:val="25"/>
        </w:rPr>
        <w:t>[      ]   apple</w:t>
      </w:r>
    </w:p>
    <w:p>
      <w:pPr>
        <w:spacing w:before="0" w:after="60"/>
        <w:jc w:val="both"/>
      </w:pPr>
      <w:r>
        <w:rPr>
          <w:sz w:val="25"/>
          <w:szCs w:val="25"/>
        </w:rPr>
        <w:t>[      ]   fish</w:t>
      </w:r>
    </w:p>
    <w:p>
      <w:pPr>
        <w:spacing w:before="0" w:after="60"/>
        <w:jc w:val="both"/>
      </w:pPr>
      <w:r>
        <w:rPr>
          <w:sz w:val="25"/>
          <w:szCs w:val="25"/>
        </w:rPr>
        <w:t>[      ]   cat</w:t>
      </w:r>
    </w:p>
    <w:p>
      <w:pPr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</w:rPr>
              <w:t>✂ Cut-out page · דף גזירה – Letters A–F</w:t>
            </w:r>
          </w:p>
        </w:tc>
      </w:tr>
    </w:tbl>
    <w:p>
      <w:pPr>
        <w:spacing w:before="0" w:after="40"/>
        <w:jc w:val="both"/>
      </w:pPr>
    </w:p>
    <w:p>
      <w:pPr>
        <w:spacing w:before="120" w:after="60"/>
        <w:jc w:val="both"/>
      </w:pPr>
      <w:r>
        <w:rPr>
          <w:b/>
          <w:bCs/>
          <w:sz w:val="25"/>
          <w:szCs w:val="25"/>
        </w:rPr>
        <w:t>✂ גזרו את הכרטיסים לאורך הקו המקווקו והדביקו בעמוד 4, משימה 9.</w:t>
      </w:r>
    </w:p>
    <w:p>
      <w:pPr>
        <w:spacing w:before="0" w:after="80"/>
        <w:jc w:val="both"/>
      </w:pPr>
      <w:r>
        <w:rPr>
          <w:sz w:val="24"/>
          <w:szCs w:val="24"/>
        </w:rPr>
        <w:t>Cut out the cards and glue them on page 4, task 9.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e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f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c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d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a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b</w:t>
            </w:r>
          </w:p>
        </w:tc>
        <w:tc>
          <w:tcPr>
            <w:tcW w:type="dxa" w:w="2466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120"/>
        <w:jc w:val="both"/>
      </w:pP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