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3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Letters A–F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Trace and write the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האותיות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الحروف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Aa    </w:t>
      </w:r>
      <w:r>
        <w:rPr>
          <w:rFonts w:ascii="Calibri" w:hAnsi="Calibri" w:cs="Calibri"/>
          <w:sz w:val="60"/>
          <w:szCs w:val="60"/>
        </w:rPr>
        <w:t xml:space="preserve">Aa    </w:t>
      </w:r>
      <w:r>
        <w:rPr>
          <w:rFonts w:ascii="Calibri" w:hAnsi="Calibri" w:cs="Calibri"/>
          <w:sz w:val="60"/>
          <w:szCs w:val="60"/>
        </w:rPr>
        <w:t xml:space="preserve">Aa    </w:t>
      </w:r>
      <w:r>
        <w:rPr>
          <w:rFonts w:ascii="Calibri" w:hAnsi="Calibri" w:cs="Calibri"/>
          <w:sz w:val="60"/>
          <w:szCs w:val="60"/>
        </w:rPr>
        <w:t xml:space="preserve">Aa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Bb    </w:t>
      </w:r>
      <w:r>
        <w:rPr>
          <w:rFonts w:ascii="Calibri" w:hAnsi="Calibri" w:cs="Calibri"/>
          <w:sz w:val="60"/>
          <w:szCs w:val="60"/>
        </w:rPr>
        <w:t xml:space="preserve">Bb    </w:t>
      </w:r>
      <w:r>
        <w:rPr>
          <w:rFonts w:ascii="Calibri" w:hAnsi="Calibri" w:cs="Calibri"/>
          <w:sz w:val="60"/>
          <w:szCs w:val="60"/>
        </w:rPr>
        <w:t xml:space="preserve">Bb    </w:t>
      </w:r>
      <w:r>
        <w:rPr>
          <w:rFonts w:ascii="Calibri" w:hAnsi="Calibri" w:cs="Calibri"/>
          <w:sz w:val="60"/>
          <w:szCs w:val="60"/>
        </w:rPr>
        <w:t xml:space="preserve">Bb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Cc    </w:t>
      </w:r>
      <w:r>
        <w:rPr>
          <w:rFonts w:ascii="Calibri" w:hAnsi="Calibri" w:cs="Calibri"/>
          <w:sz w:val="60"/>
          <w:szCs w:val="60"/>
        </w:rPr>
        <w:t xml:space="preserve">Cc    </w:t>
      </w:r>
      <w:r>
        <w:rPr>
          <w:rFonts w:ascii="Calibri" w:hAnsi="Calibri" w:cs="Calibri"/>
          <w:sz w:val="60"/>
          <w:szCs w:val="60"/>
        </w:rPr>
        <w:t xml:space="preserve">Cc    </w:t>
      </w:r>
      <w:r>
        <w:rPr>
          <w:rFonts w:ascii="Calibri" w:hAnsi="Calibri" w:cs="Calibri"/>
          <w:sz w:val="60"/>
          <w:szCs w:val="60"/>
        </w:rPr>
        <w:t xml:space="preserve">Cc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Dd    </w:t>
      </w:r>
      <w:r>
        <w:rPr>
          <w:rFonts w:ascii="Calibri" w:hAnsi="Calibri" w:cs="Calibri"/>
          <w:sz w:val="60"/>
          <w:szCs w:val="60"/>
        </w:rPr>
        <w:t xml:space="preserve">Dd    </w:t>
      </w:r>
      <w:r>
        <w:rPr>
          <w:rFonts w:ascii="Calibri" w:hAnsi="Calibri" w:cs="Calibri"/>
          <w:sz w:val="60"/>
          <w:szCs w:val="60"/>
        </w:rPr>
        <w:t xml:space="preserve">Dd    </w:t>
      </w:r>
      <w:r>
        <w:rPr>
          <w:rFonts w:ascii="Calibri" w:hAnsi="Calibri" w:cs="Calibri"/>
          <w:sz w:val="60"/>
          <w:szCs w:val="60"/>
        </w:rPr>
        <w:t xml:space="preserve">Dd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Ee    </w:t>
      </w:r>
      <w:r>
        <w:rPr>
          <w:rFonts w:ascii="Calibri" w:hAnsi="Calibri" w:cs="Calibri"/>
          <w:sz w:val="60"/>
          <w:szCs w:val="60"/>
        </w:rPr>
        <w:t xml:space="preserve">Ee    </w:t>
      </w:r>
      <w:r>
        <w:rPr>
          <w:rFonts w:ascii="Calibri" w:hAnsi="Calibri" w:cs="Calibri"/>
          <w:sz w:val="60"/>
          <w:szCs w:val="60"/>
        </w:rPr>
        <w:t xml:space="preserve">Ee    </w:t>
      </w:r>
      <w:r>
        <w:rPr>
          <w:rFonts w:ascii="Calibri" w:hAnsi="Calibri" w:cs="Calibri"/>
          <w:sz w:val="60"/>
          <w:szCs w:val="60"/>
        </w:rPr>
        <w:t xml:space="preserve">Ee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Ff    </w:t>
      </w:r>
      <w:r>
        <w:rPr>
          <w:rFonts w:ascii="Calibri" w:hAnsi="Calibri" w:cs="Calibri"/>
          <w:sz w:val="60"/>
          <w:szCs w:val="60"/>
        </w:rPr>
        <w:t xml:space="preserve">Ff    </w:t>
      </w:r>
      <w:r>
        <w:rPr>
          <w:rFonts w:ascii="Calibri" w:hAnsi="Calibri" w:cs="Calibri"/>
          <w:sz w:val="60"/>
          <w:szCs w:val="60"/>
        </w:rPr>
        <w:t xml:space="preserve">Ff    </w:t>
      </w:r>
      <w:r>
        <w:rPr>
          <w:rFonts w:ascii="Calibri" w:hAnsi="Calibri" w:cs="Calibri"/>
          <w:sz w:val="60"/>
          <w:szCs w:val="60"/>
        </w:rPr>
        <w:t xml:space="preserve">Ff    </w:t>
      </w:r>
      <w:r>
        <w:rPr>
          <w:color w:val="9AA3B2"/>
          <w:sz w:val="60"/>
          <w:szCs w:val="60"/>
        </w:rPr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Circle the small letter for the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האות הקטנה של האות הגדולה.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الحرف الصغير الذي يناسب الحرف الكبير.</w:t>
      </w:r>
    </w:p>
    <w:p>
      <w:pPr>
        <w:spacing w:before="0" w:after="100"/>
        <w:jc w:val="both"/>
      </w:pPr>
      <w:r>
        <w:rPr/>
        <w:t>a. B:   d    b    p  → b</w:t>
      </w:r>
    </w:p>
    <w:p>
      <w:pPr>
        <w:spacing w:before="0" w:after="100"/>
        <w:jc w:val="both"/>
      </w:pPr>
      <w:r>
        <w:rPr/>
        <w:t>b. D:   b    q    d  → d</w:t>
      </w:r>
    </w:p>
    <w:p>
      <w:pPr>
        <w:spacing w:before="0" w:after="100"/>
        <w:jc w:val="both"/>
      </w:pPr>
      <w:r>
        <w:rPr/>
        <w:t>c. E:   e    a    c  → e</w:t>
      </w:r>
    </w:p>
    <w:p>
      <w:pPr>
        <w:spacing w:before="0" w:after="100"/>
        <w:jc w:val="both"/>
      </w:pPr>
      <w:r>
        <w:rPr/>
        <w:t>d. F:   t    f    l  → f</w:t>
      </w:r>
    </w:p>
    <w:p>
      <w:pPr>
        <w:spacing w:before="0" w:after="100"/>
        <w:jc w:val="both"/>
      </w:pPr>
      <w:r>
        <w:rPr/>
        <w:t>e. A:   o    a    e  → a</w:t>
      </w:r>
    </w:p>
    <w:p>
      <w:pPr>
        <w:spacing w:before="0" w:after="100"/>
        <w:jc w:val="both"/>
      </w:pPr>
      <w:r>
        <w:rPr/>
        <w:t>f. C:   c    e    o  → c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Match the capital letter to the small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האות הגדולה לאות הקטנה.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صِلِ الحرف الكبير بالحرف الصغير.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A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c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C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D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f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E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a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F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d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Look at the picture. Circle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הקיפו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ضع دائرة حول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ppl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(a)     </w:t>
            </w:r>
            <w:r>
              <w:rPr>
                <w:sz w:val="28"/>
                <w:szCs w:val="28"/>
              </w:rPr>
              <w:t xml:space="preserve">o     </w:t>
            </w:r>
            <w:r>
              <w:rPr>
                <w:sz w:val="28"/>
                <w:szCs w:val="28"/>
              </w:rPr>
              <w:t xml:space="preserve">e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82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82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d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(b)     </w:t>
            </w:r>
            <w:r>
              <w:rPr>
                <w:sz w:val="28"/>
                <w:szCs w:val="28"/>
              </w:rPr>
              <w:t xml:space="preserve">p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(c)     </w:t>
            </w:r>
            <w:r>
              <w:rPr>
                <w:sz w:val="28"/>
                <w:szCs w:val="28"/>
              </w:rPr>
              <w:t xml:space="preserve">a     </w:t>
            </w:r>
            <w:r>
              <w:rPr>
                <w:sz w:val="28"/>
                <w:szCs w:val="28"/>
              </w:rPr>
              <w:t xml:space="preserve">f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50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5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e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(d)     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768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gg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7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a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(e)     </w:t>
            </w:r>
            <w:r>
              <w:rPr>
                <w:sz w:val="28"/>
                <w:szCs w:val="28"/>
              </w:rPr>
              <w:t xml:space="preserve">f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sh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b/>
                <w:bCs/>
                <w:color w:val="0F7A4F"/>
                <w:sz w:val="28"/>
                <w:szCs w:val="28"/>
              </w:rPr>
              <w:t xml:space="preserve">(f)     </w:t>
            </w:r>
            <w:r>
              <w:rPr>
                <w:sz w:val="28"/>
                <w:szCs w:val="28"/>
              </w:rPr>
              <w:t xml:space="preserve">b     </w:t>
            </w:r>
            <w:r>
              <w:rPr>
                <w:sz w:val="28"/>
                <w:szCs w:val="28"/>
              </w:rPr>
              <w:t xml:space="preserve">c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4297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uck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4297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b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(d)     </w:t>
            </w:r>
            <w:r>
              <w:rPr>
                <w:sz w:val="28"/>
                <w:szCs w:val="28"/>
              </w:rPr>
              <w:t xml:space="preserve">c     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82063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up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8206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40"/>
              <w:jc w:val="center"/>
            </w:pPr>
            <w:r>
              <w:rPr>
                <w:sz w:val="28"/>
                <w:szCs w:val="28"/>
              </w:rPr>
              <w:t xml:space="preserve">e     </w:t>
            </w:r>
            <w:r>
              <w:rPr>
                <w:sz w:val="28"/>
                <w:szCs w:val="28"/>
              </w:rPr>
              <w:t xml:space="preserve">a     </w:t>
            </w:r>
            <w:r>
              <w:rPr>
                <w:b/>
                <w:bCs/>
                <w:color w:val="0F7A4F"/>
                <w:sz w:val="28"/>
                <w:szCs w:val="28"/>
              </w:rPr>
              <w:t xml:space="preserve">(c)     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Look at the picture. Write the first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הסתכלו בתמונה. כתבו את האות הראשונה של המילה.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انظر إلى الصورة. اكتب الحرف الأوّل من الكلمة.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160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nt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1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ant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b.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900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9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bus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c.  </w:t>
            </w:r>
            <w:r>
              <w:drawing>
                <wp:inline xmlns:a="http://schemas.openxmlformats.org/drawingml/2006/main" xmlns:pic="http://schemas.openxmlformats.org/drawingml/2006/picture">
                  <wp:extent cx="576000" cy="3660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36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car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d.  </w:t>
            </w:r>
            <w:r>
              <w:drawing>
                <wp:inline xmlns:a="http://schemas.openxmlformats.org/drawingml/2006/main" xmlns:pic="http://schemas.openxmlformats.org/drawingml/2006/picture">
                  <wp:extent cx="576000" cy="1043321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or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104332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door</w:t>
            </w:r>
          </w:p>
        </w:tc>
      </w:tr>
      <w:tr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e.  </w:t>
            </w:r>
            <w:r>
              <w:drawing>
                <wp:inline xmlns:a="http://schemas.openxmlformats.org/drawingml/2006/main" xmlns:pic="http://schemas.openxmlformats.org/drawingml/2006/picture">
                  <wp:extent cx="576000" cy="5220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lephant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2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elephant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f.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9800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rog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9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frog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g.  </w:t>
            </w:r>
            <w:r>
              <w:drawing>
                <wp:inline xmlns:a="http://schemas.openxmlformats.org/drawingml/2006/main" xmlns:pic="http://schemas.openxmlformats.org/drawingml/2006/picture">
                  <wp:extent cx="576000" cy="40800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40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book</w:t>
            </w:r>
          </w:p>
        </w:tc>
        <w:tc>
          <w:tcPr>
            <w:tcW w:type="dxa" w:w="2494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h.  </w:t>
            </w:r>
            <w:r>
              <w:drawing>
                <wp:inline xmlns:a="http://schemas.openxmlformats.org/drawingml/2006/main" xmlns:pic="http://schemas.openxmlformats.org/drawingml/2006/picture">
                  <wp:extent cx="576000" cy="601043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rum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60104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30"/>
                <w:szCs w:val="30"/>
              </w:rPr>
              <w:t>drum</w:t>
            </w:r>
          </w:p>
        </w:tc>
      </w:tr>
    </w:tbl>
    <w:p>
      <w:pPr>
        <w:spacing w:before="0" w:after="8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Write the missing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האות החסרה.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الحرف الناقص.</w:t>
      </w:r>
    </w:p>
    <w:p>
      <w:pPr>
        <w:spacing w:before="0" w:after="40"/>
        <w:jc w:val="both"/>
      </w:pPr>
      <w:r>
        <w:rPr/>
        <w:t>a. A    B    C    D</w:t>
      </w:r>
    </w:p>
    <w:p>
      <w:pPr>
        <w:spacing w:before="0" w:after="40"/>
        <w:jc w:val="both"/>
      </w:pPr>
      <w:r>
        <w:rPr/>
        <w:t>b. C    D    E    F</w:t>
      </w:r>
    </w:p>
    <w:p>
      <w:pPr>
        <w:spacing w:before="0" w:after="40"/>
        <w:jc w:val="both"/>
      </w:pPr>
      <w:r>
        <w:rPr/>
        <w:t>c. a    b    c    d</w:t>
      </w:r>
    </w:p>
    <w:p>
      <w:pPr>
        <w:spacing w:before="0" w:after="40"/>
        <w:jc w:val="both"/>
      </w:pPr>
      <w:r>
        <w:rPr/>
        <w:t>d. d    e    f</w:t>
      </w:r>
    </w:p>
    <w:p>
      <w:pPr>
        <w:spacing w:before="0" w:after="40"/>
        <w:jc w:val="both"/>
      </w:pPr>
      <w:r>
        <w:rPr/>
        <w:t>e. a    b    c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Sort the letters: capital letters and small letters.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האותיות: אותיות גדולות ואותיות קטנות.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الحروف: حروف كبيرة وحروف صغيرة.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Capital letters</w:t>
            </w:r>
          </w:p>
        </w:tc>
        <w:tc>
          <w:tcPr>
            <w:tcW w:type="dxa" w:w="4989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Small letters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A, C, E, B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b, d, f, 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Trace and write the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עקבו אחרי המילים האפורות וכתבו אותן בעצמכם.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تتبّع الكلمات الرماديّة ثمّ اكتبها وحدك.</w:t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apple    </w:t>
      </w:r>
      <w:r>
        <w:rPr>
          <w:rFonts w:ascii="Calibri" w:hAnsi="Calibri" w:cs="Calibri"/>
          <w:sz w:val="60"/>
          <w:szCs w:val="60"/>
        </w:rPr>
        <w:t xml:space="preserve">apple    </w:t>
      </w:r>
      <w:r>
        <w:rPr>
          <w:rFonts w:ascii="Calibri" w:hAnsi="Calibri" w:cs="Calibri"/>
          <w:sz w:val="60"/>
          <w:szCs w:val="60"/>
        </w:rPr>
        <w:t xml:space="preserve">apple    </w:t>
      </w:r>
      <w:r>
        <w:rPr>
          <w:rFonts w:ascii="Calibri" w:hAnsi="Calibri" w:cs="Calibri"/>
          <w:sz w:val="60"/>
          <w:szCs w:val="60"/>
        </w:rPr>
        <w:t xml:space="preserve">apple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bag    </w:t>
      </w:r>
      <w:r>
        <w:rPr>
          <w:rFonts w:ascii="Calibri" w:hAnsi="Calibri" w:cs="Calibri"/>
          <w:sz w:val="60"/>
          <w:szCs w:val="60"/>
        </w:rPr>
        <w:t xml:space="preserve">bag    </w:t>
      </w:r>
      <w:r>
        <w:rPr>
          <w:rFonts w:ascii="Calibri" w:hAnsi="Calibri" w:cs="Calibri"/>
          <w:sz w:val="60"/>
          <w:szCs w:val="60"/>
        </w:rPr>
        <w:t xml:space="preserve">bag    </w:t>
      </w:r>
      <w:r>
        <w:rPr>
          <w:rFonts w:ascii="Calibri" w:hAnsi="Calibri" w:cs="Calibri"/>
          <w:sz w:val="60"/>
          <w:szCs w:val="60"/>
        </w:rPr>
        <w:t xml:space="preserve">bag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rFonts w:ascii="Calibri" w:hAnsi="Calibri" w:cs="Calibri"/>
          <w:sz w:val="60"/>
          <w:szCs w:val="60"/>
        </w:rPr>
        <w:t xml:space="preserve">cat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rFonts w:ascii="Calibri" w:hAnsi="Calibri" w:cs="Calibri"/>
          <w:sz w:val="60"/>
          <w:szCs w:val="60"/>
        </w:rPr>
        <w:t xml:space="preserve">dog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egg    </w:t>
      </w:r>
      <w:r>
        <w:rPr>
          <w:rFonts w:ascii="Calibri" w:hAnsi="Calibri" w:cs="Calibri"/>
          <w:sz w:val="60"/>
          <w:szCs w:val="60"/>
        </w:rPr>
        <w:t xml:space="preserve">egg    </w:t>
      </w:r>
      <w:r>
        <w:rPr>
          <w:rFonts w:ascii="Calibri" w:hAnsi="Calibri" w:cs="Calibri"/>
          <w:sz w:val="60"/>
          <w:szCs w:val="60"/>
        </w:rPr>
        <w:t xml:space="preserve">egg    </w:t>
      </w:r>
      <w:r>
        <w:rPr>
          <w:rFonts w:ascii="Calibri" w:hAnsi="Calibri" w:cs="Calibri"/>
          <w:sz w:val="60"/>
          <w:szCs w:val="60"/>
        </w:rPr>
        <w:t xml:space="preserve">egg    </w:t>
      </w:r>
      <w:r>
        <w:rPr>
          <w:color w:val="9AA3B2"/>
          <w:sz w:val="60"/>
          <w:szCs w:val="60"/>
        </w:rPr>
      </w:r>
    </w:p>
    <w:p>
      <w:pPr>
        <w:spacing w:before="0" w:after="120"/>
        <w:jc w:val="left"/>
      </w:pPr>
      <w:r>
        <w:rPr>
          <w:rFonts w:ascii="Calibri" w:hAnsi="Calibri" w:cs="Calibri"/>
          <w:sz w:val="60"/>
          <w:szCs w:val="60"/>
        </w:rPr>
        <w:t xml:space="preserve">fish    </w:t>
      </w:r>
      <w:r>
        <w:rPr>
          <w:rFonts w:ascii="Calibri" w:hAnsi="Calibri" w:cs="Calibri"/>
          <w:sz w:val="60"/>
          <w:szCs w:val="60"/>
        </w:rPr>
        <w:t xml:space="preserve">fish    </w:t>
      </w:r>
      <w:r>
        <w:rPr>
          <w:rFonts w:ascii="Calibri" w:hAnsi="Calibri" w:cs="Calibri"/>
          <w:sz w:val="60"/>
          <w:szCs w:val="60"/>
        </w:rPr>
        <w:t xml:space="preserve">fish    </w:t>
      </w:r>
      <w:r>
        <w:rPr>
          <w:rFonts w:ascii="Calibri" w:hAnsi="Calibri" w:cs="Calibri"/>
          <w:sz w:val="60"/>
          <w:szCs w:val="60"/>
        </w:rPr>
        <w:t xml:space="preserve">fish    </w:t>
      </w:r>
      <w:r>
        <w:rPr>
          <w:color w:val="9AA3B2"/>
          <w:sz w:val="60"/>
          <w:szCs w:val="60"/>
        </w:rPr>
      </w: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9. Cut out the small letters. Glue each small letter next to its capital letter.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גזרו את האותיות הקטנות, והדביקו כל אות קטנה ליד האות הגדולה שלה.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قُصّوا الحروف الصغيرة، وألصقوا كلّ حرف صغير بجانب الحرف الكبير.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3326"/>
        <w:gridCol w:w="3326"/>
        <w:gridCol w:w="3326"/>
      </w:tblGrid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1.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A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a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2.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B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b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3.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C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c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4.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D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d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5.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E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e</w:t>
            </w:r>
          </w:p>
        </w:tc>
      </w:tr>
      <w:tr>
        <w:trPr>
          <w:trHeight w:val="1304" w:hRule="exact"/>
        </w:trPr>
        <w:tc>
          <w:tcPr>
            <w:tcW w:type="dxa" w:w="510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25"/>
                <w:szCs w:val="25"/>
              </w:rPr>
              <w:t>6.</w:t>
            </w:r>
          </w:p>
        </w:tc>
        <w:tc>
          <w:tcPr>
            <w:tcW w:type="dxa" w:w="7257"/>
            <w:vAlign w:val="center"/>
          </w:tcPr>
          <w:p>
            <w:pPr>
              <w:spacing w:before="0" w:after="0"/>
              <w:jc w:val="both"/>
            </w:pPr>
            <w:r>
              <w:rPr>
                <w:sz w:val="25"/>
                <w:szCs w:val="25"/>
              </w:rPr>
              <w:t>F</w:t>
            </w:r>
          </w:p>
        </w:tc>
        <w:tc>
          <w:tcPr>
            <w:tcW w:type="dxa" w:w="2098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0F7A4F"/>
                <w:sz w:val="40"/>
                <w:szCs w:val="40"/>
              </w:rPr>
              <w:t>f</w:t>
            </w:r>
          </w:p>
        </w:tc>
      </w:tr>
    </w:tbl>
    <w:p>
      <w:pPr>
        <w:spacing w:before="0" w:after="40"/>
        <w:jc w:val="both"/>
      </w:pPr>
    </w:p>
    <w:p>
      <w:pPr>
        <w:spacing w:before="160" w:after="60"/>
        <w:jc w:val="both"/>
      </w:pPr>
      <w:r>
        <w:rPr>
          <w:b/>
          <w:bCs/>
          <w:color w:val="9F1239"/>
          <w:sz w:val="26"/>
          <w:szCs w:val="26"/>
        </w:rPr>
        <w:t>10. Match the picture to the word. Write the number.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התמונה למילה. כתבו את המספר.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طابِقوا الصورة مع الكلمة. اكتبوا الرقم.</w:t>
      </w:r>
    </w:p>
    <w:tbl>
      <w:tblPr>
        <w:tblW w:type="auto" w:w="0"/>
        <w:tblLook w:firstColumn="1" w:firstRow="1" w:lastColumn="0" w:lastRow="0" w:noHBand="0" w:noVBand="1" w:val="04A0"/>
        <w:tblLayout w:type="fixed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1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2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3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4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5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b/>
                <w:bCs/>
                <w:color w:val="9F1239"/>
                <w:sz w:val="24"/>
                <w:szCs w:val="24"/>
              </w:rPr>
              <w:t>6</w:t>
            </w:r>
          </w:p>
        </w:tc>
      </w:tr>
      <w:tr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🍎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⚽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🐱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🐶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🥚</w:t>
            </w:r>
          </w:p>
        </w:tc>
        <w:tc>
          <w:tcPr>
            <w:tcW w:type="dxa" w:w="1644"/>
            <w:tcBorders>
              <w:top w:val="single" w:sz="6" w:color="BBBBBB" w:space="0"/>
              <w:left w:val="single" w:sz="6" w:color="BBBBBB" w:space="0"/>
              <w:bottom w:val="single" w:sz="6" w:color="BBBBBB" w:space="0"/>
              <w:right w:val="single" w:sz="6" w:color="BBBBBB" w:space="0"/>
            </w:tcBorders>
          </w:tcPr>
          <w:p>
            <w:pPr>
              <w:spacing w:before="0" w:after="0"/>
              <w:jc w:val="center"/>
            </w:pPr>
            <w:r>
              <w:rPr>
                <w:rFonts w:ascii="Segoe UI Emoji" w:hAnsi="Segoe UI Emoji" w:cs="Segoe UI Emoji"/>
                <w:sz w:val="56"/>
                <w:szCs w:val="56"/>
              </w:rPr>
              <w:t>🐟</w:t>
            </w:r>
          </w:p>
        </w:tc>
      </w:tr>
    </w:tbl>
    <w:p>
      <w:pPr>
        <w:spacing w:before="0" w:after="40"/>
        <w:jc w:val="both"/>
      </w:pP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[ 4 ]   dog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[ 5 ]   egg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[ 2 ]   ball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[ 1 ]   apple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[ 6 ]   fish</w:t>
      </w:r>
    </w:p>
    <w:p>
      <w:pPr>
        <w:spacing w:before="0" w:after="60"/>
        <w:jc w:val="both"/>
      </w:pPr>
      <w:r>
        <w:rPr>
          <w:b/>
          <w:bCs/>
          <w:color w:val="0F7A4F"/>
          <w:sz w:val="25"/>
          <w:szCs w:val="25"/>
        </w:rPr>
        <w:t>[ 3 ]   cat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image" Target="media/image14.png"/><Relationship Id="rId24" Type="http://schemas.openxmlformats.org/officeDocument/2006/relationships/image" Target="media/image15.png"/><Relationship Id="rId25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