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</w:rPr>
        <w:t>Letters G–L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האותיות ‎G–L‎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الحروف ‎G–L‎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</w:rPr>
        <w:t>Summary: letters G–L – everything to remember on one page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האותיות ‎G–L –‎ כל מה שצריך לזכור בעמוד אחד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الحروف ‎G–L –‎ كلّ ما يجب أن تتذكّره في صفحة واحدة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◆ Capital and small letters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אותיות גדולות וקטנות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الكبيرة والصغيرة</w:t>
      </w:r>
    </w:p>
    <w:p>
      <w:pPr>
        <w:spacing w:before="0" w:after="40"/>
        <w:jc w:val="both"/>
      </w:pPr>
      <w:r>
        <w:rPr/>
        <w:t>Every letter has a capital letter and a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לכל אות יש אות גדולה ‎(capital)‎ ואות קטנה ‎(small)‎.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لكلّ حرف شكل كبير ‎(capital)‎ وشكل صغير ‎(small)‎.</w:t>
      </w:r>
    </w:p>
    <w:p>
      <w:pPr>
        <w:spacing w:before="0" w:after="20"/>
        <w:jc w:val="both"/>
      </w:pPr>
      <w:r>
        <w:rPr/>
        <w:t>1. G g     H h     I i</w:t>
      </w:r>
    </w:p>
    <w:p>
      <w:pPr>
        <w:spacing w:before="0" w:after="20"/>
        <w:jc w:val="both"/>
      </w:pPr>
      <w:r>
        <w:rPr/>
        <w:t>2. J j     K k     L l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◆ Letters and sounds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אותיות וצלילים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والأصوات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Letter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  <w:tc>
          <w:tcPr>
            <w:tcW w:type="dxa" w:w="3326"/>
            <w:shd w:val="clear" w:color="auto" w:fill="3f6212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Word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G g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gift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grapes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 h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hat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horse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 i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ice cream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–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J j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juice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jeans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K k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key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kite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L l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lion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lemon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◆ Writing on the lines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כתיבה על השורות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الكتابة على الأسطر</w:t>
      </w:r>
    </w:p>
    <w:p>
      <w:pPr>
        <w:spacing w:before="0" w:after="20"/>
        <w:jc w:val="both"/>
      </w:pPr>
      <w:r>
        <w:rPr/>
        <w:t>1. g and j go down under the line.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האותיות ‎g‎ ו-‎j‎ יורדות מתחת לשורה.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الحرفان ‎g‎ و‎j‎ ينزلان تحت السطر.</w:t>
      </w:r>
    </w:p>
    <w:p>
      <w:pPr>
        <w:spacing w:before="0" w:after="20"/>
        <w:jc w:val="both"/>
      </w:pPr>
      <w:r>
        <w:rPr/>
        <w:t>2. h, k and l are tall small letters.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האותיות ‎h, k‎ ו-‎l‎ הן אותיות קטנות גבוהות.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الحروف ‎h‎ و‎k‎ و‎l‎ حروف صغيرة طويلة.</w:t>
      </w:r>
    </w:p>
    <w:p>
      <w:pPr>
        <w:spacing w:before="0" w:after="20"/>
        <w:jc w:val="both"/>
      </w:pPr>
      <w:r>
        <w:rPr/>
        <w:t>3. i and j have a dot.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ל-‎i‎ ול-‎j‎ יש נקודה.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لِـ ‎i‎ و‎j‎ نقطة.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4362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it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43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kite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עפיפון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طائرة ورقية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52241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522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lion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אריה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أسد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83097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y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8309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key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מפתח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مفتاح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50480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if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50480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gift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מתנה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هدية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8512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at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85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hat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כובע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قبعة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713143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juic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7131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juice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מיץ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عصير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Look carefully: i and j both have a dot.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היטב: גם ל-‎i‎ וגם ל-‎j‎ יש נקודה.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جيّدًا: لكلّ من ‎i‎ و‎j‎ نقطة.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What is the first letter of kite? ___</w:t>
      </w:r>
    </w:p>
    <w:p>
      <w:pPr>
        <w:spacing w:before="0" w:after="20"/>
        <w:jc w:val="both"/>
      </w:pPr>
      <w:r>
        <w:rPr/>
        <w:t>1. Look at the picture: a kite.</w:t>
      </w:r>
    </w:p>
    <w:p>
      <w:pPr>
        <w:spacing w:before="0" w:after="20"/>
        <w:jc w:val="both"/>
      </w:pPr>
      <w:r>
        <w:rPr/>
        <w:t>2. Say it slowly: k-i-te.</w:t>
      </w:r>
    </w:p>
    <w:p>
      <w:pPr>
        <w:spacing w:before="0" w:after="20"/>
        <w:jc w:val="both"/>
      </w:pPr>
      <w:r>
        <w:rPr/>
        <w:t>3. The first sound is /k/. The letter is k.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k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3F6212"/>
          <w:sz w:val="28"/>
          <w:szCs w:val="28"/>
        </w:rPr>
        <w:t>Check yourself –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الناقص.</w:t>
      </w:r>
    </w:p>
    <w:p>
      <w:pPr>
        <w:spacing w:before="0" w:after="60"/>
        <w:jc w:val="both"/>
      </w:pPr>
      <w:r>
        <w:rPr/>
        <w:t>a. G, H, __________, J</w:t>
      </w:r>
    </w:p>
    <w:p>
      <w:pPr>
        <w:spacing w:before="0" w:after="60"/>
        <w:jc w:val="both"/>
      </w:pPr>
      <w:r>
        <w:rPr/>
        <w:t>b. J, K, __________</w:t>
      </w:r>
    </w:p>
    <w:p>
      <w:pPr>
        <w:spacing w:before="0" w:after="60"/>
        <w:jc w:val="both"/>
      </w:pPr>
      <w:r>
        <w:rPr/>
        <w:t>c. lion starts with __________.</w:t>
      </w:r>
    </w:p>
    <w:p>
      <w:pPr>
        <w:spacing w:before="0" w:after="60"/>
        <w:jc w:val="both"/>
      </w:pPr>
      <w:r>
        <w:rPr/>
        <w:t>d. The capital letter of g is __________.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I · b. L · c. l · d. G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