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3   |   Worksheet</w:t>
      </w:r>
    </w:p>
    <w:p>
      <w:pPr>
        <w:spacing w:before="0" w:after="200"/>
        <w:jc w:val="left"/>
      </w:pPr>
      <w:r>
        <w:rPr>
          <w:rFonts w:ascii="Arial" w:hAnsi="Arial" w:cs="Arial"/>
          <w:sz w:val="20"/>
          <w:szCs w:val="20"/>
        </w:rPr>
        <w:t xml:space="preserve">First name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שם פרטי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الاسم الشخصي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: ______________     Last name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שם משפחה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اسم العائلة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: ______________     Class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כיתה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الصف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>: ______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C2410C"/>
          <w:sz w:val="44"/>
          <w:szCs w:val="44"/>
        </w:rPr>
        <w:t>Letters G–L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האותיות ‎G–L‎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الحروف ‎G–L‎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Trace and write the letters.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עקבו אחרי האותיות האפורות וכתבו אותן בעצמכם.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تتبّع الحروف الرماديّة ثمّ اكتبها وحدك.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Gg    </w:t>
      </w:r>
      <w:r>
        <w:rPr>
          <w:rFonts w:ascii="Calibri" w:hAnsi="Calibri" w:cs="Calibri"/>
          <w:color w:val="B4BBC7"/>
          <w:sz w:val="60"/>
          <w:szCs w:val="60"/>
        </w:rPr>
        <w:t xml:space="preserve">Gg    </w:t>
      </w:r>
      <w:r>
        <w:rPr>
          <w:rFonts w:ascii="Calibri" w:hAnsi="Calibri" w:cs="Calibri"/>
          <w:color w:val="B4BBC7"/>
          <w:sz w:val="60"/>
          <w:szCs w:val="60"/>
        </w:rPr>
        <w:t xml:space="preserve">Gg    </w:t>
      </w:r>
      <w:r>
        <w:rPr>
          <w:rFonts w:ascii="Calibri" w:hAnsi="Calibri" w:cs="Calibri"/>
          <w:color w:val="B4BBC7"/>
          <w:sz w:val="60"/>
          <w:szCs w:val="60"/>
        </w:rPr>
        <w:t xml:space="preserve">Gg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Hh    </w:t>
      </w:r>
      <w:r>
        <w:rPr>
          <w:rFonts w:ascii="Calibri" w:hAnsi="Calibri" w:cs="Calibri"/>
          <w:color w:val="B4BBC7"/>
          <w:sz w:val="60"/>
          <w:szCs w:val="60"/>
        </w:rPr>
        <w:t xml:space="preserve">Hh    </w:t>
      </w:r>
      <w:r>
        <w:rPr>
          <w:rFonts w:ascii="Calibri" w:hAnsi="Calibri" w:cs="Calibri"/>
          <w:color w:val="B4BBC7"/>
          <w:sz w:val="60"/>
          <w:szCs w:val="60"/>
        </w:rPr>
        <w:t xml:space="preserve">Hh    </w:t>
      </w:r>
      <w:r>
        <w:rPr>
          <w:rFonts w:ascii="Calibri" w:hAnsi="Calibri" w:cs="Calibri"/>
          <w:color w:val="B4BBC7"/>
          <w:sz w:val="60"/>
          <w:szCs w:val="60"/>
        </w:rPr>
        <w:t xml:space="preserve">Hh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Ii    </w:t>
      </w:r>
      <w:r>
        <w:rPr>
          <w:rFonts w:ascii="Calibri" w:hAnsi="Calibri" w:cs="Calibri"/>
          <w:color w:val="B4BBC7"/>
          <w:sz w:val="60"/>
          <w:szCs w:val="60"/>
        </w:rPr>
        <w:t xml:space="preserve">Ii    </w:t>
      </w:r>
      <w:r>
        <w:rPr>
          <w:rFonts w:ascii="Calibri" w:hAnsi="Calibri" w:cs="Calibri"/>
          <w:color w:val="B4BBC7"/>
          <w:sz w:val="60"/>
          <w:szCs w:val="60"/>
        </w:rPr>
        <w:t xml:space="preserve">Ii    </w:t>
      </w:r>
      <w:r>
        <w:rPr>
          <w:rFonts w:ascii="Calibri" w:hAnsi="Calibri" w:cs="Calibri"/>
          <w:color w:val="B4BBC7"/>
          <w:sz w:val="60"/>
          <w:szCs w:val="60"/>
        </w:rPr>
        <w:t xml:space="preserve">Ii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Jj    </w:t>
      </w:r>
      <w:r>
        <w:rPr>
          <w:rFonts w:ascii="Calibri" w:hAnsi="Calibri" w:cs="Calibri"/>
          <w:color w:val="B4BBC7"/>
          <w:sz w:val="60"/>
          <w:szCs w:val="60"/>
        </w:rPr>
        <w:t xml:space="preserve">Jj    </w:t>
      </w:r>
      <w:r>
        <w:rPr>
          <w:rFonts w:ascii="Calibri" w:hAnsi="Calibri" w:cs="Calibri"/>
          <w:color w:val="B4BBC7"/>
          <w:sz w:val="60"/>
          <w:szCs w:val="60"/>
        </w:rPr>
        <w:t xml:space="preserve">Jj    </w:t>
      </w:r>
      <w:r>
        <w:rPr>
          <w:rFonts w:ascii="Calibri" w:hAnsi="Calibri" w:cs="Calibri"/>
          <w:color w:val="B4BBC7"/>
          <w:sz w:val="60"/>
          <w:szCs w:val="60"/>
        </w:rPr>
        <w:t xml:space="preserve">Jj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Kk    </w:t>
      </w:r>
      <w:r>
        <w:rPr>
          <w:rFonts w:ascii="Calibri" w:hAnsi="Calibri" w:cs="Calibri"/>
          <w:color w:val="B4BBC7"/>
          <w:sz w:val="60"/>
          <w:szCs w:val="60"/>
        </w:rPr>
        <w:t xml:space="preserve">Kk    </w:t>
      </w:r>
      <w:r>
        <w:rPr>
          <w:rFonts w:ascii="Calibri" w:hAnsi="Calibri" w:cs="Calibri"/>
          <w:color w:val="B4BBC7"/>
          <w:sz w:val="60"/>
          <w:szCs w:val="60"/>
        </w:rPr>
        <w:t xml:space="preserve">Kk    </w:t>
      </w:r>
      <w:r>
        <w:rPr>
          <w:rFonts w:ascii="Calibri" w:hAnsi="Calibri" w:cs="Calibri"/>
          <w:color w:val="B4BBC7"/>
          <w:sz w:val="60"/>
          <w:szCs w:val="60"/>
        </w:rPr>
        <w:t xml:space="preserve">Kk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Ll    </w:t>
      </w:r>
      <w:r>
        <w:rPr>
          <w:rFonts w:ascii="Calibri" w:hAnsi="Calibri" w:cs="Calibri"/>
          <w:color w:val="B4BBC7"/>
          <w:sz w:val="60"/>
          <w:szCs w:val="60"/>
        </w:rPr>
        <w:t xml:space="preserve">Ll    </w:t>
      </w:r>
      <w:r>
        <w:rPr>
          <w:rFonts w:ascii="Calibri" w:hAnsi="Calibri" w:cs="Calibri"/>
          <w:color w:val="B4BBC7"/>
          <w:sz w:val="60"/>
          <w:szCs w:val="60"/>
        </w:rPr>
        <w:t xml:space="preserve">Ll    </w:t>
      </w:r>
      <w:r>
        <w:rPr>
          <w:rFonts w:ascii="Calibri" w:hAnsi="Calibri" w:cs="Calibri"/>
          <w:color w:val="B4BBC7"/>
          <w:sz w:val="60"/>
          <w:szCs w:val="60"/>
        </w:rPr>
        <w:t xml:space="preserve">Ll    </w:t>
      </w:r>
      <w:r>
        <w:rPr>
          <w:color w:val="9AA3B2"/>
          <w:sz w:val="60"/>
          <w:szCs w:val="60"/>
        </w:rPr>
        <w:t>____________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Circle the small letter for the capital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האות הקטנה של האות הגדולה.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الحرف الصغير الذي يناسب الحرف الكبير.</w:t>
      </w:r>
    </w:p>
    <w:p>
      <w:pPr>
        <w:spacing w:before="0" w:after="100"/>
        <w:jc w:val="both"/>
      </w:pPr>
      <w:r>
        <w:rPr/>
        <w:t>a. G:   q    g    j</w:t>
      </w:r>
    </w:p>
    <w:p>
      <w:pPr>
        <w:spacing w:before="0" w:after="100"/>
        <w:jc w:val="both"/>
      </w:pPr>
      <w:r>
        <w:rPr/>
        <w:t>b. H:   n    h    k</w:t>
      </w:r>
    </w:p>
    <w:p>
      <w:pPr>
        <w:spacing w:before="0" w:after="100"/>
        <w:jc w:val="both"/>
      </w:pPr>
      <w:r>
        <w:rPr/>
        <w:t>c. I:   l    i    j</w:t>
      </w:r>
    </w:p>
    <w:p>
      <w:pPr>
        <w:spacing w:before="0" w:after="100"/>
        <w:jc w:val="both"/>
      </w:pPr>
      <w:r>
        <w:rPr/>
        <w:t>d. J:   j    g    y</w:t>
      </w:r>
    </w:p>
    <w:p>
      <w:pPr>
        <w:spacing w:before="0" w:after="100"/>
        <w:jc w:val="both"/>
      </w:pPr>
      <w:r>
        <w:rPr/>
        <w:t>e. K:   h    k    x</w:t>
      </w:r>
    </w:p>
    <w:p>
      <w:pPr>
        <w:spacing w:before="0" w:after="100"/>
        <w:jc w:val="both"/>
      </w:pPr>
      <w:r>
        <w:rPr/>
        <w:t>f. L:   l    i    t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Match the capital letter to the small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האות הגדולה לאות הקטנה.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صِلِ الحرف الكبير بالحرف الصغير.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G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g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H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k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I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j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J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h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K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i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6. L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l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Look at the picture. Circle the first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הקיפו את האות הראשונה של המילה.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ضع دائرة حول الحرف الأوّل من الكلمة.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21303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ift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2130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g     </w:t>
            </w:r>
            <w:r>
              <w:rPr>
                <w:sz w:val="28"/>
                <w:szCs w:val="28"/>
              </w:rPr>
              <w:t xml:space="preserve">j     </w:t>
            </w:r>
            <w:r>
              <w:rPr>
                <w:sz w:val="28"/>
                <w:szCs w:val="28"/>
              </w:rPr>
              <w:t xml:space="preserve">k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7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t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7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k     </w:t>
            </w:r>
            <w:r>
              <w:rPr>
                <w:sz w:val="28"/>
                <w:szCs w:val="28"/>
              </w:rPr>
              <w:t xml:space="preserve">h     </w:t>
            </w:r>
            <w:r>
              <w:rPr>
                <w:sz w:val="28"/>
                <w:szCs w:val="28"/>
              </w:rPr>
              <w:t xml:space="preserve">l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877714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juic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8777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g     </w:t>
            </w:r>
            <w:r>
              <w:rPr>
                <w:sz w:val="28"/>
                <w:szCs w:val="28"/>
              </w:rPr>
              <w:t xml:space="preserve">i     </w:t>
            </w:r>
            <w:r>
              <w:rPr>
                <w:sz w:val="28"/>
                <w:szCs w:val="28"/>
              </w:rPr>
              <w:t xml:space="preserve">j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94581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ey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945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k     </w:t>
            </w:r>
            <w:r>
              <w:rPr>
                <w:sz w:val="28"/>
                <w:szCs w:val="28"/>
              </w:rPr>
              <w:t xml:space="preserve">h     </w:t>
            </w:r>
            <w:r>
              <w:rPr>
                <w:sz w:val="28"/>
                <w:szCs w:val="28"/>
              </w:rPr>
              <w:t xml:space="preserve">g     </w:t>
            </w:r>
          </w:p>
        </w:tc>
      </w:tr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42977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on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429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i     </w:t>
            </w:r>
            <w:r>
              <w:rPr>
                <w:sz w:val="28"/>
                <w:szCs w:val="28"/>
              </w:rPr>
              <w:t xml:space="preserve">l     </w:t>
            </w:r>
            <w:r>
              <w:rPr>
                <w:sz w:val="28"/>
                <w:szCs w:val="28"/>
              </w:rPr>
              <w:t xml:space="preserve">j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46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it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4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h     </w:t>
            </w:r>
            <w:r>
              <w:rPr>
                <w:sz w:val="28"/>
                <w:szCs w:val="28"/>
              </w:rPr>
              <w:t xml:space="preserve">l     </w:t>
            </w:r>
            <w:r>
              <w:rPr>
                <w:sz w:val="28"/>
                <w:szCs w:val="28"/>
              </w:rPr>
              <w:t xml:space="preserve">k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g.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07648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or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076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h     </w:t>
            </w:r>
            <w:r>
              <w:rPr>
                <w:sz w:val="28"/>
                <w:szCs w:val="28"/>
              </w:rPr>
              <w:t xml:space="preserve">g     </w:t>
            </w:r>
            <w:r>
              <w:rPr>
                <w:sz w:val="28"/>
                <w:szCs w:val="28"/>
              </w:rPr>
              <w:t xml:space="preserve">j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h.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86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emon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k     </w:t>
            </w:r>
            <w:r>
              <w:rPr>
                <w:sz w:val="28"/>
                <w:szCs w:val="28"/>
              </w:rPr>
              <w:t xml:space="preserve">l     </w:t>
            </w:r>
            <w:r>
              <w:rPr>
                <w:sz w:val="28"/>
                <w:szCs w:val="28"/>
              </w:rPr>
              <w:t xml:space="preserve">h     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Look at the picture. Write the first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כתבו את האות הראשונה של המילה.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اكتب الحرف الأوّل من الكلمة.</w:t>
      </w:r>
    </w:p>
    <w:p>
      <w:pPr>
        <w:spacing w:before="0" w:after="80"/>
        <w:jc w:val="both"/>
      </w:pPr>
      <w:r>
        <w:rPr>
          <w:color w:val="C2410C"/>
          <w:sz w:val="24"/>
          <w:szCs w:val="24"/>
        </w:rPr>
        <w:t>Word bank: g  |  h  |  i  |  j  |  k  |  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66217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rapes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6621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_____rapes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64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ous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_____ouse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1043321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e_cream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10433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_____ce cream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1063385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jeans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106338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_____eans</w:t>
            </w:r>
          </w:p>
        </w:tc>
      </w:tr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460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it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4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_____ite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86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emon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_____emon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g.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2063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uitar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20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_____uitar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h.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340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eart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3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_____eart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Write the missing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האות החסרה.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الحرف الناقص.</w:t>
      </w:r>
    </w:p>
    <w:p>
      <w:pPr>
        <w:spacing w:before="0" w:after="60"/>
        <w:jc w:val="both"/>
      </w:pPr>
      <w:r>
        <w:rPr/>
        <w:t>a. G    H    __________    J</w:t>
      </w:r>
    </w:p>
    <w:p>
      <w:pPr>
        <w:spacing w:before="0" w:after="60"/>
        <w:jc w:val="both"/>
      </w:pPr>
      <w:r>
        <w:rPr/>
        <w:t>b. J    K    __________</w:t>
      </w:r>
    </w:p>
    <w:p>
      <w:pPr>
        <w:spacing w:before="0" w:after="60"/>
        <w:jc w:val="both"/>
      </w:pPr>
      <w:r>
        <w:rPr/>
        <w:t>c. g    __________    i</w:t>
      </w:r>
    </w:p>
    <w:p>
      <w:pPr>
        <w:spacing w:before="0" w:after="60"/>
        <w:jc w:val="both"/>
      </w:pPr>
      <w:r>
        <w:rPr/>
        <w:t>d. i    j    __________    l</w:t>
      </w:r>
    </w:p>
    <w:p>
      <w:pPr>
        <w:spacing w:before="0" w:after="60"/>
        <w:jc w:val="both"/>
      </w:pPr>
      <w:r>
        <w:rPr/>
        <w:t>e. F    __________    H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Put the letters in ABC order.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סדרו את האותיות לפי הסדר של ה-‎ABC‎.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رتّب الحروف حسب ترتيب الأبجديّة ‎ABC‎.</w:t>
      </w:r>
    </w:p>
    <w:p>
      <w:pPr>
        <w:spacing w:before="0" w:after="60"/>
        <w:jc w:val="both"/>
      </w:pPr>
      <w:r>
        <w:rPr/>
        <w:t>a. H    G    I    →    __________</w:t>
      </w:r>
    </w:p>
    <w:p>
      <w:pPr>
        <w:spacing w:before="0" w:after="60"/>
        <w:jc w:val="both"/>
      </w:pPr>
      <w:r>
        <w:rPr/>
        <w:t>b. L    J    K    →    __________</w:t>
      </w:r>
    </w:p>
    <w:p>
      <w:pPr>
        <w:spacing w:before="0" w:after="60"/>
        <w:jc w:val="both"/>
      </w:pPr>
      <w:r>
        <w:rPr/>
        <w:t>c. k    l    j    →    __________</w:t>
      </w:r>
    </w:p>
    <w:p>
      <w:pPr>
        <w:spacing w:before="0" w:after="60"/>
        <w:jc w:val="both"/>
      </w:pPr>
      <w:r>
        <w:rPr/>
        <w:t>d. i    g    h    →    __________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Trace and write the words.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עקבו אחרי המילים האפורות וכתבו אותן בעצמכם.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تتبّع الكلمات الرماديّة ثمّ اكتبها وحدك.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hat    </w:t>
      </w:r>
      <w:r>
        <w:rPr>
          <w:rFonts w:ascii="Calibri" w:hAnsi="Calibri" w:cs="Calibri"/>
          <w:color w:val="B4BBC7"/>
          <w:sz w:val="60"/>
          <w:szCs w:val="60"/>
        </w:rPr>
        <w:t xml:space="preserve">hat    </w:t>
      </w:r>
      <w:r>
        <w:rPr>
          <w:rFonts w:ascii="Calibri" w:hAnsi="Calibri" w:cs="Calibri"/>
          <w:color w:val="B4BBC7"/>
          <w:sz w:val="60"/>
          <w:szCs w:val="60"/>
        </w:rPr>
        <w:t xml:space="preserve">hat    </w:t>
      </w:r>
      <w:r>
        <w:rPr>
          <w:rFonts w:ascii="Calibri" w:hAnsi="Calibri" w:cs="Calibri"/>
          <w:color w:val="B4BBC7"/>
          <w:sz w:val="60"/>
          <w:szCs w:val="60"/>
        </w:rPr>
        <w:t xml:space="preserve">hat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key    </w:t>
      </w:r>
      <w:r>
        <w:rPr>
          <w:rFonts w:ascii="Calibri" w:hAnsi="Calibri" w:cs="Calibri"/>
          <w:color w:val="B4BBC7"/>
          <w:sz w:val="60"/>
          <w:szCs w:val="60"/>
        </w:rPr>
        <w:t xml:space="preserve">key    </w:t>
      </w:r>
      <w:r>
        <w:rPr>
          <w:rFonts w:ascii="Calibri" w:hAnsi="Calibri" w:cs="Calibri"/>
          <w:color w:val="B4BBC7"/>
          <w:sz w:val="60"/>
          <w:szCs w:val="60"/>
        </w:rPr>
        <w:t xml:space="preserve">key    </w:t>
      </w:r>
      <w:r>
        <w:rPr>
          <w:rFonts w:ascii="Calibri" w:hAnsi="Calibri" w:cs="Calibri"/>
          <w:color w:val="B4BBC7"/>
          <w:sz w:val="60"/>
          <w:szCs w:val="60"/>
        </w:rPr>
        <w:t xml:space="preserve">key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kite    </w:t>
      </w:r>
      <w:r>
        <w:rPr>
          <w:rFonts w:ascii="Calibri" w:hAnsi="Calibri" w:cs="Calibri"/>
          <w:color w:val="B4BBC7"/>
          <w:sz w:val="60"/>
          <w:szCs w:val="60"/>
        </w:rPr>
        <w:t xml:space="preserve">kite    </w:t>
      </w:r>
      <w:r>
        <w:rPr>
          <w:rFonts w:ascii="Calibri" w:hAnsi="Calibri" w:cs="Calibri"/>
          <w:color w:val="B4BBC7"/>
          <w:sz w:val="60"/>
          <w:szCs w:val="60"/>
        </w:rPr>
        <w:t xml:space="preserve">kite    </w:t>
      </w:r>
      <w:r>
        <w:rPr>
          <w:rFonts w:ascii="Calibri" w:hAnsi="Calibri" w:cs="Calibri"/>
          <w:color w:val="B4BBC7"/>
          <w:sz w:val="60"/>
          <w:szCs w:val="60"/>
        </w:rPr>
        <w:t xml:space="preserve">kite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lion    </w:t>
      </w:r>
      <w:r>
        <w:rPr>
          <w:rFonts w:ascii="Calibri" w:hAnsi="Calibri" w:cs="Calibri"/>
          <w:color w:val="B4BBC7"/>
          <w:sz w:val="60"/>
          <w:szCs w:val="60"/>
        </w:rPr>
        <w:t xml:space="preserve">lion    </w:t>
      </w:r>
      <w:r>
        <w:rPr>
          <w:rFonts w:ascii="Calibri" w:hAnsi="Calibri" w:cs="Calibri"/>
          <w:color w:val="B4BBC7"/>
          <w:sz w:val="60"/>
          <w:szCs w:val="60"/>
        </w:rPr>
        <w:t xml:space="preserve">lion    </w:t>
      </w:r>
      <w:r>
        <w:rPr>
          <w:rFonts w:ascii="Calibri" w:hAnsi="Calibri" w:cs="Calibri"/>
          <w:color w:val="B4BBC7"/>
          <w:sz w:val="60"/>
          <w:szCs w:val="60"/>
        </w:rPr>
        <w:t xml:space="preserve">lion    </w:t>
      </w:r>
      <w:r>
        <w:rPr>
          <w:color w:val="9AA3B2"/>
          <w:sz w:val="60"/>
          <w:szCs w:val="60"/>
        </w:rPr>
        <w:t>____________</w:t>
      </w:r>
    </w:p>
    <w:p>
      <w:pPr>
        <w:spacing w:before="160" w:after="60"/>
        <w:jc w:val="both"/>
      </w:pPr>
      <w:r>
        <w:rPr>
          <w:b/>
          <w:bCs/>
          <w:color w:val="C2410C"/>
          <w:sz w:val="26"/>
          <w:szCs w:val="26"/>
        </w:rPr>
        <w:t>9. Cut out the letter cards. Glue them in ABC order.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גזרו את כרטיסי האותיות, והדביקו אותם לפי סדר ה-‎ABC‎.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قُصّوا بطاقات الحروف، وألصقوها حسب ترتيب الأبجديّة.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1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2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3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4</w:t>
            </w:r>
          </w:p>
        </w:tc>
      </w:tr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5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6</w:t>
            </w:r>
          </w:p>
        </w:tc>
        <w:tc>
          <w:tcPr>
            <w:tcW w:type="dxa" w:w="2466"/>
          </w:tcPr>
          <w:p>
            <w:pPr>
              <w:spacing w:before="0" w:after="0"/>
              <w:jc w:val="center"/>
            </w:pPr>
          </w:p>
        </w:tc>
        <w:tc>
          <w:tcPr>
            <w:tcW w:type="dxa" w:w="2466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40"/>
        <w:jc w:val="both"/>
      </w:pPr>
    </w:p>
    <w:p>
      <w:pPr>
        <w:spacing w:before="160" w:after="60"/>
        <w:jc w:val="both"/>
      </w:pPr>
      <w:r>
        <w:rPr>
          <w:b/>
          <w:bCs/>
          <w:color w:val="C2410C"/>
          <w:sz w:val="26"/>
          <w:szCs w:val="26"/>
        </w:rPr>
        <w:t>10. Draw a line from the letter to the picture that starts with it.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מתחו קו מן האות אל התמונה שמתחילה בה.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صِلوا بخطّ بين الحرف والصورة التي تبدأ به.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1. G</w:t>
            </w: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a. 🍦 ice cream</w:t>
            </w:r>
          </w:p>
        </w:tc>
      </w:tr>
      <w:tr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2. H</w:t>
            </w: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b. 🎩 hat</w:t>
            </w:r>
          </w:p>
        </w:tc>
      </w:tr>
      <w:tr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3. I</w:t>
            </w: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c. 🦁 lion</w:t>
            </w:r>
          </w:p>
        </w:tc>
      </w:tr>
      <w:tr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4. J</w:t>
            </w: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d. 🧃 juice</w:t>
            </w:r>
          </w:p>
        </w:tc>
      </w:tr>
      <w:tr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5. K</w:t>
            </w: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e. 🪁 kite</w:t>
            </w:r>
          </w:p>
        </w:tc>
      </w:tr>
      <w:tr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6. L</w:t>
            </w: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f. 🍇 grapes</w:t>
            </w:r>
          </w:p>
        </w:tc>
      </w:tr>
    </w:tbl>
    <w:p>
      <w:pPr>
        <w:spacing w:before="0" w:after="40"/>
        <w:jc w:val="both"/>
      </w:pPr>
    </w:p>
    <w:p>
      <w:pPr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</w:rPr>
              <w:t>✂ Cut-out page · דף גזירה – Letters G–L</w:t>
            </w:r>
          </w:p>
        </w:tc>
      </w:tr>
    </w:tbl>
    <w:p>
      <w:pPr>
        <w:spacing w:before="0" w:after="40"/>
        <w:jc w:val="both"/>
      </w:pPr>
    </w:p>
    <w:p>
      <w:pPr>
        <w:spacing w:before="120" w:after="60"/>
        <w:jc w:val="both"/>
      </w:pPr>
      <w:r>
        <w:rPr>
          <w:b/>
          <w:bCs/>
          <w:sz w:val="25"/>
          <w:szCs w:val="25"/>
        </w:rPr>
        <w:t>✂ גזרו את הכרטיסים לאורך הקו המקווקו והדביקו בעמוד 4, משימה 9.</w:t>
      </w:r>
    </w:p>
    <w:p>
      <w:pPr>
        <w:spacing w:before="0" w:after="80"/>
        <w:jc w:val="both"/>
      </w:pPr>
      <w:r>
        <w:rPr>
          <w:sz w:val="24"/>
          <w:szCs w:val="24"/>
        </w:rPr>
        <w:t>Cut out the cards and glue them on page 4, task 9.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</w:rPr>
              <w:t>I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</w:rPr>
              <w:t>K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</w:rPr>
              <w:t>H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</w:rPr>
              <w:t>J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</w:rPr>
              <w:t>G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</w:rPr>
              <w:t>L</w:t>
            </w:r>
          </w:p>
        </w:tc>
        <w:tc>
          <w:tcPr>
            <w:tcW w:type="dxa" w:w="2466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120"/>
        <w:jc w:val="both"/>
      </w:pP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