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Letters G–L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Trace and write the letters.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האותיות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الحروف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Gg    </w:t>
      </w:r>
      <w:r>
        <w:rPr>
          <w:rFonts w:ascii="Calibri" w:hAnsi="Calibri" w:cs="Calibri"/>
          <w:sz w:val="60"/>
          <w:szCs w:val="60"/>
        </w:rPr>
        <w:t xml:space="preserve">Gg    </w:t>
      </w:r>
      <w:r>
        <w:rPr>
          <w:rFonts w:ascii="Calibri" w:hAnsi="Calibri" w:cs="Calibri"/>
          <w:sz w:val="60"/>
          <w:szCs w:val="60"/>
        </w:rPr>
        <w:t xml:space="preserve">Gg    </w:t>
      </w:r>
      <w:r>
        <w:rPr>
          <w:rFonts w:ascii="Calibri" w:hAnsi="Calibri" w:cs="Calibri"/>
          <w:sz w:val="60"/>
          <w:szCs w:val="60"/>
        </w:rPr>
        <w:t xml:space="preserve">Gg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Hh    </w:t>
      </w:r>
      <w:r>
        <w:rPr>
          <w:rFonts w:ascii="Calibri" w:hAnsi="Calibri" w:cs="Calibri"/>
          <w:sz w:val="60"/>
          <w:szCs w:val="60"/>
        </w:rPr>
        <w:t xml:space="preserve">Hh    </w:t>
      </w:r>
      <w:r>
        <w:rPr>
          <w:rFonts w:ascii="Calibri" w:hAnsi="Calibri" w:cs="Calibri"/>
          <w:sz w:val="60"/>
          <w:szCs w:val="60"/>
        </w:rPr>
        <w:t xml:space="preserve">Hh    </w:t>
      </w:r>
      <w:r>
        <w:rPr>
          <w:rFonts w:ascii="Calibri" w:hAnsi="Calibri" w:cs="Calibri"/>
          <w:sz w:val="60"/>
          <w:szCs w:val="60"/>
        </w:rPr>
        <w:t xml:space="preserve">Hh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Ii    </w:t>
      </w:r>
      <w:r>
        <w:rPr>
          <w:rFonts w:ascii="Calibri" w:hAnsi="Calibri" w:cs="Calibri"/>
          <w:sz w:val="60"/>
          <w:szCs w:val="60"/>
        </w:rPr>
        <w:t xml:space="preserve">Ii    </w:t>
      </w:r>
      <w:r>
        <w:rPr>
          <w:rFonts w:ascii="Calibri" w:hAnsi="Calibri" w:cs="Calibri"/>
          <w:sz w:val="60"/>
          <w:szCs w:val="60"/>
        </w:rPr>
        <w:t xml:space="preserve">Ii    </w:t>
      </w:r>
      <w:r>
        <w:rPr>
          <w:rFonts w:ascii="Calibri" w:hAnsi="Calibri" w:cs="Calibri"/>
          <w:sz w:val="60"/>
          <w:szCs w:val="60"/>
        </w:rPr>
        <w:t xml:space="preserve">Ii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Jj    </w:t>
      </w:r>
      <w:r>
        <w:rPr>
          <w:rFonts w:ascii="Calibri" w:hAnsi="Calibri" w:cs="Calibri"/>
          <w:sz w:val="60"/>
          <w:szCs w:val="60"/>
        </w:rPr>
        <w:t xml:space="preserve">Jj    </w:t>
      </w:r>
      <w:r>
        <w:rPr>
          <w:rFonts w:ascii="Calibri" w:hAnsi="Calibri" w:cs="Calibri"/>
          <w:sz w:val="60"/>
          <w:szCs w:val="60"/>
        </w:rPr>
        <w:t xml:space="preserve">Jj    </w:t>
      </w:r>
      <w:r>
        <w:rPr>
          <w:rFonts w:ascii="Calibri" w:hAnsi="Calibri" w:cs="Calibri"/>
          <w:sz w:val="60"/>
          <w:szCs w:val="60"/>
        </w:rPr>
        <w:t xml:space="preserve">Jj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Kk    </w:t>
      </w:r>
      <w:r>
        <w:rPr>
          <w:rFonts w:ascii="Calibri" w:hAnsi="Calibri" w:cs="Calibri"/>
          <w:sz w:val="60"/>
          <w:szCs w:val="60"/>
        </w:rPr>
        <w:t xml:space="preserve">Kk    </w:t>
      </w:r>
      <w:r>
        <w:rPr>
          <w:rFonts w:ascii="Calibri" w:hAnsi="Calibri" w:cs="Calibri"/>
          <w:sz w:val="60"/>
          <w:szCs w:val="60"/>
        </w:rPr>
        <w:t xml:space="preserve">Kk    </w:t>
      </w:r>
      <w:r>
        <w:rPr>
          <w:rFonts w:ascii="Calibri" w:hAnsi="Calibri" w:cs="Calibri"/>
          <w:sz w:val="60"/>
          <w:szCs w:val="60"/>
        </w:rPr>
        <w:t xml:space="preserve">Kk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Ll    </w:t>
      </w:r>
      <w:r>
        <w:rPr>
          <w:rFonts w:ascii="Calibri" w:hAnsi="Calibri" w:cs="Calibri"/>
          <w:sz w:val="60"/>
          <w:szCs w:val="60"/>
        </w:rPr>
        <w:t xml:space="preserve">Ll    </w:t>
      </w:r>
      <w:r>
        <w:rPr>
          <w:rFonts w:ascii="Calibri" w:hAnsi="Calibri" w:cs="Calibri"/>
          <w:sz w:val="60"/>
          <w:szCs w:val="60"/>
        </w:rPr>
        <w:t xml:space="preserve">Ll    </w:t>
      </w:r>
      <w:r>
        <w:rPr>
          <w:rFonts w:ascii="Calibri" w:hAnsi="Calibri" w:cs="Calibri"/>
          <w:sz w:val="60"/>
          <w:szCs w:val="60"/>
        </w:rPr>
        <w:t xml:space="preserve">Ll    </w:t>
      </w:r>
      <w:r>
        <w:rPr>
          <w:color w:val="9AA3B2"/>
          <w:sz w:val="60"/>
          <w:szCs w:val="60"/>
        </w:rPr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Circle the small letter for the capital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האות הקטנה של האות הגדולה.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الحرف الصغير الذي يناسب الحرف الكبير.</w:t>
      </w:r>
    </w:p>
    <w:p>
      <w:pPr>
        <w:spacing w:before="0" w:after="100"/>
        <w:jc w:val="both"/>
      </w:pPr>
      <w:r>
        <w:rPr/>
        <w:t>a. G:   q    g    j  → g</w:t>
      </w:r>
    </w:p>
    <w:p>
      <w:pPr>
        <w:spacing w:before="0" w:after="100"/>
        <w:jc w:val="both"/>
      </w:pPr>
      <w:r>
        <w:rPr/>
        <w:t>b. H:   n    h    k  → h</w:t>
      </w:r>
    </w:p>
    <w:p>
      <w:pPr>
        <w:spacing w:before="0" w:after="100"/>
        <w:jc w:val="both"/>
      </w:pPr>
      <w:r>
        <w:rPr/>
        <w:t>c. I:   l    i    j  → i</w:t>
      </w:r>
    </w:p>
    <w:p>
      <w:pPr>
        <w:spacing w:before="0" w:after="100"/>
        <w:jc w:val="both"/>
      </w:pPr>
      <w:r>
        <w:rPr/>
        <w:t>d. J:   j    g    y  → j</w:t>
      </w:r>
    </w:p>
    <w:p>
      <w:pPr>
        <w:spacing w:before="0" w:after="100"/>
        <w:jc w:val="both"/>
      </w:pPr>
      <w:r>
        <w:rPr/>
        <w:t>e. K:   h    k    x  → k</w:t>
      </w:r>
    </w:p>
    <w:p>
      <w:pPr>
        <w:spacing w:before="0" w:after="100"/>
        <w:jc w:val="both"/>
      </w:pPr>
      <w:r>
        <w:rPr/>
        <w:t>f. L:   l    i    t  → l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Match the capital letter to the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האות הגדולה לאות הקטנה.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صِلِ الحرف الكبير بالحرف الصغير.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g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H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k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I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j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J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h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K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i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L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l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Look at the picture. Circle the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האות הראשונה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الحرف الأوّل من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2130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if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2130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(g)     </w:t>
            </w:r>
            <w:r>
              <w:rPr>
                <w:sz w:val="28"/>
                <w:szCs w:val="28"/>
              </w:rPr>
              <w:t xml:space="preserve">j     </w:t>
            </w:r>
            <w:r>
              <w:rPr>
                <w:sz w:val="28"/>
                <w:szCs w:val="28"/>
              </w:rPr>
              <w:t xml:space="preserve">k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7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t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7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k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(h)     </w:t>
            </w:r>
            <w:r>
              <w:rPr>
                <w:sz w:val="28"/>
                <w:szCs w:val="28"/>
              </w:rPr>
              <w:t xml:space="preserve">l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877714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juic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877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g     </w:t>
            </w:r>
            <w:r>
              <w:rPr>
                <w:sz w:val="28"/>
                <w:szCs w:val="28"/>
              </w:rPr>
              <w:t xml:space="preserve">i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(j)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9458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94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(k)     </w:t>
            </w:r>
            <w:r>
              <w:rPr>
                <w:sz w:val="28"/>
                <w:szCs w:val="28"/>
              </w:rPr>
              <w:t xml:space="preserve">h     </w:t>
            </w:r>
            <w:r>
              <w:rPr>
                <w:sz w:val="28"/>
                <w:szCs w:val="28"/>
              </w:rPr>
              <w:t xml:space="preserve">g     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on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i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(l)     </w:t>
            </w:r>
            <w:r>
              <w:rPr>
                <w:sz w:val="28"/>
                <w:szCs w:val="28"/>
              </w:rPr>
              <w:t xml:space="preserve">j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4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it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4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h     </w:t>
            </w:r>
            <w:r>
              <w:rPr>
                <w:sz w:val="28"/>
                <w:szCs w:val="28"/>
              </w:rPr>
              <w:t xml:space="preserve">l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(k)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07648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or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0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(h)     </w:t>
            </w:r>
            <w:r>
              <w:rPr>
                <w:sz w:val="28"/>
                <w:szCs w:val="28"/>
              </w:rPr>
              <w:t xml:space="preserve">g     </w:t>
            </w:r>
            <w:r>
              <w:rPr>
                <w:sz w:val="28"/>
                <w:szCs w:val="28"/>
              </w:rPr>
              <w:t xml:space="preserve">j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86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emon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k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(l)     </w:t>
            </w:r>
            <w:r>
              <w:rPr>
                <w:sz w:val="28"/>
                <w:szCs w:val="28"/>
              </w:rPr>
              <w:t xml:space="preserve">h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Look at the picture. Write the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הראשונה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الأوّل من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66217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rapes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662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grapes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6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ous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house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104332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e_cream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10433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ice cream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1063385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jeans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10633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jeans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46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it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4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kite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86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emon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lemon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itar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guitar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34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3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heart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الناقص.</w:t>
      </w:r>
    </w:p>
    <w:p>
      <w:pPr>
        <w:spacing w:before="0" w:after="40"/>
        <w:jc w:val="both"/>
      </w:pPr>
      <w:r>
        <w:rPr/>
        <w:t>a. G    H    I    J</w:t>
      </w:r>
    </w:p>
    <w:p>
      <w:pPr>
        <w:spacing w:before="0" w:after="40"/>
        <w:jc w:val="both"/>
      </w:pPr>
      <w:r>
        <w:rPr/>
        <w:t>b. J    K    L</w:t>
      </w:r>
    </w:p>
    <w:p>
      <w:pPr>
        <w:spacing w:before="0" w:after="40"/>
        <w:jc w:val="both"/>
      </w:pPr>
      <w:r>
        <w:rPr/>
        <w:t>c. g    h    i</w:t>
      </w:r>
    </w:p>
    <w:p>
      <w:pPr>
        <w:spacing w:before="0" w:after="40"/>
        <w:jc w:val="both"/>
      </w:pPr>
      <w:r>
        <w:rPr/>
        <w:t>d. i    j    k    l</w:t>
      </w:r>
    </w:p>
    <w:p>
      <w:pPr>
        <w:spacing w:before="0" w:after="40"/>
        <w:jc w:val="both"/>
      </w:pPr>
      <w:r>
        <w:rPr/>
        <w:t>e. F    G    H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Put the letters in ABC order.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סדרו את האותיות לפי הסדר של ה-‎ABC‎.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رتّب الحروف حسب ترتيب الأبجديّة ‎ABC‎.</w:t>
      </w:r>
    </w:p>
    <w:p>
      <w:pPr>
        <w:spacing w:before="0" w:after="40"/>
        <w:jc w:val="both"/>
      </w:pPr>
      <w:r>
        <w:rPr/>
        <w:t>a. H    G    I    →    G H I</w:t>
      </w:r>
    </w:p>
    <w:p>
      <w:pPr>
        <w:spacing w:before="0" w:after="40"/>
        <w:jc w:val="both"/>
      </w:pPr>
      <w:r>
        <w:rPr/>
        <w:t>b. L    J    K    →    J K L</w:t>
      </w:r>
    </w:p>
    <w:p>
      <w:pPr>
        <w:spacing w:before="0" w:after="40"/>
        <w:jc w:val="both"/>
      </w:pPr>
      <w:r>
        <w:rPr/>
        <w:t>c. k    l    j    →    j k l</w:t>
      </w:r>
    </w:p>
    <w:p>
      <w:pPr>
        <w:spacing w:before="0" w:after="40"/>
        <w:jc w:val="both"/>
      </w:pPr>
      <w:r>
        <w:rPr/>
        <w:t>d. i    g    h    →    g h i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Trace and write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המילים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الكلمات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hat    </w:t>
      </w:r>
      <w:r>
        <w:rPr>
          <w:rFonts w:ascii="Calibri" w:hAnsi="Calibri" w:cs="Calibri"/>
          <w:sz w:val="60"/>
          <w:szCs w:val="60"/>
        </w:rPr>
        <w:t xml:space="preserve">hat    </w:t>
      </w:r>
      <w:r>
        <w:rPr>
          <w:rFonts w:ascii="Calibri" w:hAnsi="Calibri" w:cs="Calibri"/>
          <w:sz w:val="60"/>
          <w:szCs w:val="60"/>
        </w:rPr>
        <w:t xml:space="preserve">hat    </w:t>
      </w:r>
      <w:r>
        <w:rPr>
          <w:rFonts w:ascii="Calibri" w:hAnsi="Calibri" w:cs="Calibri"/>
          <w:sz w:val="60"/>
          <w:szCs w:val="60"/>
        </w:rPr>
        <w:t xml:space="preserve">hat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key    </w:t>
      </w:r>
      <w:r>
        <w:rPr>
          <w:rFonts w:ascii="Calibri" w:hAnsi="Calibri" w:cs="Calibri"/>
          <w:sz w:val="60"/>
          <w:szCs w:val="60"/>
        </w:rPr>
        <w:t xml:space="preserve">key    </w:t>
      </w:r>
      <w:r>
        <w:rPr>
          <w:rFonts w:ascii="Calibri" w:hAnsi="Calibri" w:cs="Calibri"/>
          <w:sz w:val="60"/>
          <w:szCs w:val="60"/>
        </w:rPr>
        <w:t xml:space="preserve">key    </w:t>
      </w:r>
      <w:r>
        <w:rPr>
          <w:rFonts w:ascii="Calibri" w:hAnsi="Calibri" w:cs="Calibri"/>
          <w:sz w:val="60"/>
          <w:szCs w:val="60"/>
        </w:rPr>
        <w:t xml:space="preserve">key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kite    </w:t>
      </w:r>
      <w:r>
        <w:rPr>
          <w:rFonts w:ascii="Calibri" w:hAnsi="Calibri" w:cs="Calibri"/>
          <w:sz w:val="60"/>
          <w:szCs w:val="60"/>
        </w:rPr>
        <w:t xml:space="preserve">kite    </w:t>
      </w:r>
      <w:r>
        <w:rPr>
          <w:rFonts w:ascii="Calibri" w:hAnsi="Calibri" w:cs="Calibri"/>
          <w:sz w:val="60"/>
          <w:szCs w:val="60"/>
        </w:rPr>
        <w:t xml:space="preserve">kite    </w:t>
      </w:r>
      <w:r>
        <w:rPr>
          <w:rFonts w:ascii="Calibri" w:hAnsi="Calibri" w:cs="Calibri"/>
          <w:sz w:val="60"/>
          <w:szCs w:val="60"/>
        </w:rPr>
        <w:t xml:space="preserve">kite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lion    </w:t>
      </w:r>
      <w:r>
        <w:rPr>
          <w:rFonts w:ascii="Calibri" w:hAnsi="Calibri" w:cs="Calibri"/>
          <w:sz w:val="60"/>
          <w:szCs w:val="60"/>
        </w:rPr>
        <w:t xml:space="preserve">lion    </w:t>
      </w:r>
      <w:r>
        <w:rPr>
          <w:rFonts w:ascii="Calibri" w:hAnsi="Calibri" w:cs="Calibri"/>
          <w:sz w:val="60"/>
          <w:szCs w:val="60"/>
        </w:rPr>
        <w:t xml:space="preserve">lion    </w:t>
      </w:r>
      <w:r>
        <w:rPr>
          <w:rFonts w:ascii="Calibri" w:hAnsi="Calibri" w:cs="Calibri"/>
          <w:sz w:val="60"/>
          <w:szCs w:val="60"/>
        </w:rPr>
        <w:t xml:space="preserve">lion    </w:t>
      </w:r>
      <w:r>
        <w:rPr>
          <w:color w:val="9AA3B2"/>
          <w:sz w:val="60"/>
          <w:szCs w:val="60"/>
        </w:rPr>
      </w:r>
    </w:p>
    <w:p>
      <w:pPr>
        <w:spacing w:before="160" w:after="60"/>
        <w:jc w:val="both"/>
      </w:pPr>
      <w:r>
        <w:rPr>
          <w:b/>
          <w:bCs/>
          <w:color w:val="C2410C"/>
          <w:sz w:val="26"/>
          <w:szCs w:val="26"/>
        </w:rPr>
        <w:t>9. Cut out the letter cards. Glue them in ABC order.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כרטיסי האותיות, והדביקו אותם לפי סדר ה-‎ABC‎.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بطاقات الحروف، وألصقوها حسب ترتيب الأبجديّة.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</w:rPr>
              <w:t>G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</w:rPr>
              <w:t>H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</w:rPr>
              <w:t>I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</w:rPr>
              <w:t>J</w:t>
            </w:r>
          </w:p>
        </w:tc>
      </w:tr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</w:rPr>
              <w:t>K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</w:rPr>
              <w:t>L</w:t>
            </w:r>
          </w:p>
        </w:tc>
        <w:tc>
          <w:tcPr>
            <w:tcW w:type="dxa" w:w="2466"/>
          </w:tcPr>
          <w:p>
            <w:pPr>
              <w:spacing w:before="0" w:after="0"/>
              <w:jc w:val="center"/>
            </w:pPr>
          </w:p>
        </w:tc>
        <w:tc>
          <w:tcPr>
            <w:tcW w:type="dxa" w:w="2466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C2410C"/>
          <w:sz w:val="26"/>
          <w:szCs w:val="26"/>
        </w:rPr>
        <w:t>10. Draw a line from the letter to the picture that starts with it.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מתחו קו מן האות אל התמונה שמתחילה בה.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صِلوا بخطّ بين الحرف والصورة التي تبدأ به.</w:t>
      </w:r>
    </w:p>
    <w:p>
      <w:pPr>
        <w:spacing w:before="0" w:after="40"/>
        <w:jc w:val="both"/>
      </w:pPr>
      <w:r>
        <w:rPr>
          <w:color w:val="0F7A4F"/>
          <w:sz w:val="25"/>
          <w:szCs w:val="25"/>
        </w:rPr>
        <w:t>1. G  ←  f. 🍇 grapes</w:t>
      </w:r>
    </w:p>
    <w:p>
      <w:pPr>
        <w:spacing w:before="0" w:after="40"/>
        <w:jc w:val="both"/>
      </w:pPr>
      <w:r>
        <w:rPr>
          <w:color w:val="0F7A4F"/>
          <w:sz w:val="25"/>
          <w:szCs w:val="25"/>
        </w:rPr>
        <w:t>2. H  ←  b. 🎩 hat</w:t>
      </w:r>
    </w:p>
    <w:p>
      <w:pPr>
        <w:spacing w:before="0" w:after="40"/>
        <w:jc w:val="both"/>
      </w:pPr>
      <w:r>
        <w:rPr>
          <w:color w:val="0F7A4F"/>
          <w:sz w:val="25"/>
          <w:szCs w:val="25"/>
        </w:rPr>
        <w:t>3. I  ←  a. 🍦 ice cream</w:t>
      </w:r>
    </w:p>
    <w:p>
      <w:pPr>
        <w:spacing w:before="0" w:after="40"/>
        <w:jc w:val="both"/>
      </w:pPr>
      <w:r>
        <w:rPr>
          <w:color w:val="0F7A4F"/>
          <w:sz w:val="25"/>
          <w:szCs w:val="25"/>
        </w:rPr>
        <w:t>4. J  ←  d. 🧃 juice</w:t>
      </w:r>
    </w:p>
    <w:p>
      <w:pPr>
        <w:spacing w:before="0" w:after="40"/>
        <w:jc w:val="both"/>
      </w:pPr>
      <w:r>
        <w:rPr>
          <w:color w:val="0F7A4F"/>
          <w:sz w:val="25"/>
          <w:szCs w:val="25"/>
        </w:rPr>
        <w:t>5. K  ←  e. 🪁 kite</w:t>
      </w:r>
    </w:p>
    <w:p>
      <w:pPr>
        <w:spacing w:before="0" w:after="40"/>
        <w:jc w:val="both"/>
      </w:pPr>
      <w:r>
        <w:rPr>
          <w:color w:val="0F7A4F"/>
          <w:sz w:val="25"/>
          <w:szCs w:val="25"/>
        </w:rPr>
        <w:t>6. L  ←  c. 🦁 lion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