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Letters M–R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‎M–R‎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‎M–R‎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</w:rPr>
        <w:t>Summary: letters M–R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האותיות ‎M–R –‎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الحروف ‎M–R –‎ كلّ ما يجب أن تتذكّره في صفحة واحدة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M m     N n     O o</w:t>
      </w:r>
    </w:p>
    <w:p>
      <w:pPr>
        <w:spacing w:before="0" w:after="20"/>
        <w:jc w:val="both"/>
      </w:pPr>
      <w:r>
        <w:rPr/>
        <w:t>2. P p     Q q     R r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 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moon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mouse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 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nose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 o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orange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octopus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 p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pen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pizza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Q q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question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 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rabbit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ring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Writing on the lines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כתיבה על השורות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الكتابة على الأسطر</w:t>
      </w:r>
    </w:p>
    <w:p>
      <w:pPr>
        <w:spacing w:before="0" w:after="20"/>
        <w:jc w:val="both"/>
      </w:pPr>
      <w:r>
        <w:rPr/>
        <w:t>1. p and q go down under the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‎p‎ ו-‎q‎ יורדות מתחת לשורה.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الحرفان ‎p‎ و‎q‎ ينزلان تحت السطر.</w:t>
      </w:r>
    </w:p>
    <w:p>
      <w:pPr>
        <w:spacing w:before="0" w:after="20"/>
        <w:jc w:val="both"/>
      </w:pPr>
      <w:r>
        <w:rPr/>
        <w:t>2. m has two humps, n has one.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ל-‎m‎ יש שתי גבעות ול-‎n‎ יש אחת.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للحرف ‎m‎ قوسان وللحرف ‎n‎ قوس واحد.</w:t>
      </w:r>
    </w:p>
    <w:p>
      <w:pPr>
        <w:spacing w:before="0" w:after="20"/>
        <w:jc w:val="both"/>
      </w:pPr>
      <w:r>
        <w:rPr/>
        <w:t>3. q usually comes with u: qu.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אחרי ‎q‎ בדרך כלל בא ‎u: qu‎.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يأتي بعد ‎q‎ عادةً ‎u: qu‎.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292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29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قلم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moon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ירח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قمر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8821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uestio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882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question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שאלה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سؤال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1545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154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rabbit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ארנב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أرنب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8072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807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nose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אף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أنف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8348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zza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834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pizza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פיצה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بيتزا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q and u are good friends: the letter q usually comes with u, like in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‎q‎ ו-‎u‎ חברות טובות: אחרי ‎q‎ בדרך כלל בא ‎u‎, כמו ב-‎question‎.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الحرفان ‎q‎ و‎u‎ صديقان: يأتي بعد ‎q‎ عادةً الحرف ‎u‎، كما في ‎question‎.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What is the first letter of pen? ___</w:t>
      </w:r>
    </w:p>
    <w:p>
      <w:pPr>
        <w:spacing w:before="0" w:after="20"/>
        <w:jc w:val="both"/>
      </w:pPr>
      <w:r>
        <w:rPr/>
        <w:t>1. Look at the picture: a pen.</w:t>
      </w:r>
    </w:p>
    <w:p>
      <w:pPr>
        <w:spacing w:before="0" w:after="20"/>
        <w:jc w:val="both"/>
      </w:pPr>
      <w:r>
        <w:rPr/>
        <w:t>2. Say it slowly: p-e-n.</w:t>
      </w:r>
    </w:p>
    <w:p>
      <w:pPr>
        <w:spacing w:before="0" w:after="20"/>
        <w:jc w:val="both"/>
      </w:pPr>
      <w:r>
        <w:rPr/>
        <w:t>3. The first sound is /p/. The letter is p.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p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Check yourself –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M, N, __________, P</w:t>
      </w:r>
    </w:p>
    <w:p>
      <w:pPr>
        <w:spacing w:before="0" w:after="60"/>
        <w:jc w:val="both"/>
      </w:pPr>
      <w:r>
        <w:rPr/>
        <w:t>b. P, Q, __________</w:t>
      </w:r>
    </w:p>
    <w:p>
      <w:pPr>
        <w:spacing w:before="0" w:after="60"/>
        <w:jc w:val="both"/>
      </w:pPr>
      <w:r>
        <w:rPr/>
        <w:t>c. rabbit starts with __________.</w:t>
      </w:r>
    </w:p>
    <w:p>
      <w:pPr>
        <w:spacing w:before="0" w:after="60"/>
        <w:jc w:val="both"/>
      </w:pPr>
      <w:r>
        <w:rPr/>
        <w:t>d. The small letter of Q is __________.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O · b. R · c. r · d. q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