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Letters M–R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Mm    </w:t>
      </w:r>
      <w:r>
        <w:rPr>
          <w:rFonts w:ascii="Calibri" w:hAnsi="Calibri" w:cs="Calibri"/>
          <w:sz w:val="60"/>
          <w:szCs w:val="60"/>
        </w:rPr>
        <w:t xml:space="preserve">Mm    </w:t>
      </w:r>
      <w:r>
        <w:rPr>
          <w:rFonts w:ascii="Calibri" w:hAnsi="Calibri" w:cs="Calibri"/>
          <w:sz w:val="60"/>
          <w:szCs w:val="60"/>
        </w:rPr>
        <w:t xml:space="preserve">Mm    </w:t>
      </w:r>
      <w:r>
        <w:rPr>
          <w:rFonts w:ascii="Calibri" w:hAnsi="Calibri" w:cs="Calibri"/>
          <w:sz w:val="60"/>
          <w:szCs w:val="60"/>
        </w:rPr>
        <w:t xml:space="preserve">Mm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Nn    </w:t>
      </w:r>
      <w:r>
        <w:rPr>
          <w:rFonts w:ascii="Calibri" w:hAnsi="Calibri" w:cs="Calibri"/>
          <w:sz w:val="60"/>
          <w:szCs w:val="60"/>
        </w:rPr>
        <w:t xml:space="preserve">Nn    </w:t>
      </w:r>
      <w:r>
        <w:rPr>
          <w:rFonts w:ascii="Calibri" w:hAnsi="Calibri" w:cs="Calibri"/>
          <w:sz w:val="60"/>
          <w:szCs w:val="60"/>
        </w:rPr>
        <w:t xml:space="preserve">Nn    </w:t>
      </w:r>
      <w:r>
        <w:rPr>
          <w:rFonts w:ascii="Calibri" w:hAnsi="Calibri" w:cs="Calibri"/>
          <w:sz w:val="60"/>
          <w:szCs w:val="60"/>
        </w:rPr>
        <w:t xml:space="preserve">Nn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Oo    </w:t>
      </w:r>
      <w:r>
        <w:rPr>
          <w:rFonts w:ascii="Calibri" w:hAnsi="Calibri" w:cs="Calibri"/>
          <w:sz w:val="60"/>
          <w:szCs w:val="60"/>
        </w:rPr>
        <w:t xml:space="preserve">Oo    </w:t>
      </w:r>
      <w:r>
        <w:rPr>
          <w:rFonts w:ascii="Calibri" w:hAnsi="Calibri" w:cs="Calibri"/>
          <w:sz w:val="60"/>
          <w:szCs w:val="60"/>
        </w:rPr>
        <w:t xml:space="preserve">Oo    </w:t>
      </w:r>
      <w:r>
        <w:rPr>
          <w:rFonts w:ascii="Calibri" w:hAnsi="Calibri" w:cs="Calibri"/>
          <w:sz w:val="60"/>
          <w:szCs w:val="60"/>
        </w:rPr>
        <w:t xml:space="preserve">Oo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Pp    </w:t>
      </w:r>
      <w:r>
        <w:rPr>
          <w:rFonts w:ascii="Calibri" w:hAnsi="Calibri" w:cs="Calibri"/>
          <w:sz w:val="60"/>
          <w:szCs w:val="60"/>
        </w:rPr>
        <w:t xml:space="preserve">Pp    </w:t>
      </w:r>
      <w:r>
        <w:rPr>
          <w:rFonts w:ascii="Calibri" w:hAnsi="Calibri" w:cs="Calibri"/>
          <w:sz w:val="60"/>
          <w:szCs w:val="60"/>
        </w:rPr>
        <w:t xml:space="preserve">Pp    </w:t>
      </w:r>
      <w:r>
        <w:rPr>
          <w:rFonts w:ascii="Calibri" w:hAnsi="Calibri" w:cs="Calibri"/>
          <w:sz w:val="60"/>
          <w:szCs w:val="60"/>
        </w:rPr>
        <w:t xml:space="preserve">Pp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Qq    </w:t>
      </w:r>
      <w:r>
        <w:rPr>
          <w:rFonts w:ascii="Calibri" w:hAnsi="Calibri" w:cs="Calibri"/>
          <w:sz w:val="60"/>
          <w:szCs w:val="60"/>
        </w:rPr>
        <w:t xml:space="preserve">Qq    </w:t>
      </w:r>
      <w:r>
        <w:rPr>
          <w:rFonts w:ascii="Calibri" w:hAnsi="Calibri" w:cs="Calibri"/>
          <w:sz w:val="60"/>
          <w:szCs w:val="60"/>
        </w:rPr>
        <w:t xml:space="preserve">Qq    </w:t>
      </w:r>
      <w:r>
        <w:rPr>
          <w:rFonts w:ascii="Calibri" w:hAnsi="Calibri" w:cs="Calibri"/>
          <w:sz w:val="60"/>
          <w:szCs w:val="60"/>
        </w:rPr>
        <w:t xml:space="preserve">Qq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Rr    </w:t>
      </w:r>
      <w:r>
        <w:rPr>
          <w:rFonts w:ascii="Calibri" w:hAnsi="Calibri" w:cs="Calibri"/>
          <w:sz w:val="60"/>
          <w:szCs w:val="60"/>
        </w:rPr>
        <w:t xml:space="preserve">Rr    </w:t>
      </w:r>
      <w:r>
        <w:rPr>
          <w:rFonts w:ascii="Calibri" w:hAnsi="Calibri" w:cs="Calibri"/>
          <w:sz w:val="60"/>
          <w:szCs w:val="60"/>
        </w:rPr>
        <w:t xml:space="preserve">Rr    </w:t>
      </w:r>
      <w:r>
        <w:rPr>
          <w:rFonts w:ascii="Calibri" w:hAnsi="Calibri" w:cs="Calibri"/>
          <w:sz w:val="60"/>
          <w:szCs w:val="60"/>
        </w:rPr>
        <w:t xml:space="preserve">Rr    </w:t>
      </w:r>
      <w:r>
        <w:rPr>
          <w:color w:val="9AA3B2"/>
          <w:sz w:val="60"/>
          <w:szCs w:val="60"/>
        </w:rPr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M:   n    m    w  → m</w:t>
      </w:r>
    </w:p>
    <w:p>
      <w:pPr>
        <w:spacing w:before="0" w:after="100"/>
        <w:jc w:val="both"/>
      </w:pPr>
      <w:r>
        <w:rPr/>
        <w:t>b. N:   m    n    h  → n</w:t>
      </w:r>
    </w:p>
    <w:p>
      <w:pPr>
        <w:spacing w:before="0" w:after="100"/>
        <w:jc w:val="both"/>
      </w:pPr>
      <w:r>
        <w:rPr/>
        <w:t>c. O:   o    a    c  → o</w:t>
      </w:r>
    </w:p>
    <w:p>
      <w:pPr>
        <w:spacing w:before="0" w:after="100"/>
        <w:jc w:val="both"/>
      </w:pPr>
      <w:r>
        <w:rPr/>
        <w:t>d. P:   q    b    p  → p</w:t>
      </w:r>
    </w:p>
    <w:p>
      <w:pPr>
        <w:spacing w:before="0" w:after="100"/>
        <w:jc w:val="both"/>
      </w:pPr>
      <w:r>
        <w:rPr/>
        <w:t>e. Q:   p    q    g  → q</w:t>
      </w:r>
    </w:p>
    <w:p>
      <w:pPr>
        <w:spacing w:before="0" w:after="100"/>
        <w:jc w:val="both"/>
      </w:pPr>
      <w:r>
        <w:rPr/>
        <w:t>f. R:   r    n    v  → 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q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P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Q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p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o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(m)     </w:t>
            </w: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w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83781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837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(n)     </w:t>
            </w:r>
            <w:r>
              <w:rPr>
                <w:sz w:val="28"/>
                <w:szCs w:val="28"/>
              </w:rPr>
              <w:t xml:space="preserve">r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an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(o)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(p)     </w:t>
            </w: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q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5747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574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n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(r)     </w:t>
            </w:r>
            <w:r>
              <w:rPr>
                <w:sz w:val="28"/>
                <w:szCs w:val="28"/>
              </w:rPr>
              <w:t xml:space="preserve">m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1813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zza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181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q     </w:t>
            </w:r>
            <w:r>
              <w:rPr>
                <w:sz w:val="28"/>
                <w:szCs w:val="28"/>
              </w:rPr>
              <w:t xml:space="preserve">b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(p)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u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(m)     </w:t>
            </w: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w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bo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(r)     </w:t>
            </w:r>
            <w:r>
              <w:rPr>
                <w:sz w:val="28"/>
                <w:szCs w:val="28"/>
              </w:rPr>
              <w:t xml:space="preserve">n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key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monkey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s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nest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8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ctopu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octopus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n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plane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7010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uestion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701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question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n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ring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map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net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40"/>
        <w:jc w:val="both"/>
      </w:pPr>
      <w:r>
        <w:rPr/>
        <w:t>a. M    N    O    P</w:t>
      </w:r>
    </w:p>
    <w:p>
      <w:pPr>
        <w:spacing w:before="0" w:after="40"/>
        <w:jc w:val="both"/>
      </w:pPr>
      <w:r>
        <w:rPr/>
        <w:t>b. P    Q    R</w:t>
      </w:r>
    </w:p>
    <w:p>
      <w:pPr>
        <w:spacing w:before="0" w:after="40"/>
        <w:jc w:val="both"/>
      </w:pPr>
      <w:r>
        <w:rPr/>
        <w:t>c. m    n    o</w:t>
      </w:r>
    </w:p>
    <w:p>
      <w:pPr>
        <w:spacing w:before="0" w:after="40"/>
        <w:jc w:val="both"/>
      </w:pPr>
      <w:r>
        <w:rPr/>
        <w:t>d. p    q    r</w:t>
      </w:r>
    </w:p>
    <w:p>
      <w:pPr>
        <w:spacing w:before="0" w:after="40"/>
        <w:jc w:val="both"/>
      </w:pPr>
      <w:r>
        <w:rPr/>
        <w:t>e. L    M    N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Put the letters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האותיות לפי הסדר של ה-‎ABC‎.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الحروف حسب ترتيب الأبجديّة ‎ABC‎.</w:t>
      </w:r>
    </w:p>
    <w:p>
      <w:pPr>
        <w:spacing w:before="0" w:after="40"/>
        <w:jc w:val="both"/>
      </w:pPr>
      <w:r>
        <w:rPr/>
        <w:t>a. N    M    O    →    M N O</w:t>
      </w:r>
    </w:p>
    <w:p>
      <w:pPr>
        <w:spacing w:before="0" w:after="40"/>
        <w:jc w:val="both"/>
      </w:pPr>
      <w:r>
        <w:rPr/>
        <w:t>b. R    P    Q    →    P Q R</w:t>
      </w:r>
    </w:p>
    <w:p>
      <w:pPr>
        <w:spacing w:before="0" w:after="40"/>
        <w:jc w:val="both"/>
      </w:pPr>
      <w:r>
        <w:rPr/>
        <w:t>c. o    n    m    →    m n o</w:t>
      </w:r>
    </w:p>
    <w:p>
      <w:pPr>
        <w:spacing w:before="0" w:after="40"/>
        <w:jc w:val="both"/>
      </w:pPr>
      <w:r>
        <w:rPr/>
        <w:t>d. q    r    p    →    p q 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map    </w:t>
      </w:r>
      <w:r>
        <w:rPr>
          <w:rFonts w:ascii="Calibri" w:hAnsi="Calibri" w:cs="Calibri"/>
          <w:sz w:val="60"/>
          <w:szCs w:val="60"/>
        </w:rPr>
        <w:t xml:space="preserve">map    </w:t>
      </w:r>
      <w:r>
        <w:rPr>
          <w:rFonts w:ascii="Calibri" w:hAnsi="Calibri" w:cs="Calibri"/>
          <w:sz w:val="60"/>
          <w:szCs w:val="60"/>
        </w:rPr>
        <w:t xml:space="preserve">map    </w:t>
      </w:r>
      <w:r>
        <w:rPr>
          <w:rFonts w:ascii="Calibri" w:hAnsi="Calibri" w:cs="Calibri"/>
          <w:sz w:val="60"/>
          <w:szCs w:val="60"/>
        </w:rPr>
        <w:t xml:space="preserve">map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nose    </w:t>
      </w:r>
      <w:r>
        <w:rPr>
          <w:rFonts w:ascii="Calibri" w:hAnsi="Calibri" w:cs="Calibri"/>
          <w:sz w:val="60"/>
          <w:szCs w:val="60"/>
        </w:rPr>
        <w:t xml:space="preserve">nose    </w:t>
      </w:r>
      <w:r>
        <w:rPr>
          <w:rFonts w:ascii="Calibri" w:hAnsi="Calibri" w:cs="Calibri"/>
          <w:sz w:val="60"/>
          <w:szCs w:val="60"/>
        </w:rPr>
        <w:t xml:space="preserve">nose    </w:t>
      </w:r>
      <w:r>
        <w:rPr>
          <w:rFonts w:ascii="Calibri" w:hAnsi="Calibri" w:cs="Calibri"/>
          <w:sz w:val="60"/>
          <w:szCs w:val="60"/>
        </w:rPr>
        <w:t xml:space="preserve">nose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ring    </w:t>
      </w:r>
      <w:r>
        <w:rPr>
          <w:rFonts w:ascii="Calibri" w:hAnsi="Calibri" w:cs="Calibri"/>
          <w:sz w:val="60"/>
          <w:szCs w:val="60"/>
        </w:rPr>
        <w:t xml:space="preserve">ring    </w:t>
      </w:r>
      <w:r>
        <w:rPr>
          <w:rFonts w:ascii="Calibri" w:hAnsi="Calibri" w:cs="Calibri"/>
          <w:sz w:val="60"/>
          <w:szCs w:val="60"/>
        </w:rPr>
        <w:t xml:space="preserve">ring    </w:t>
      </w:r>
      <w:r>
        <w:rPr>
          <w:rFonts w:ascii="Calibri" w:hAnsi="Calibri" w:cs="Calibri"/>
          <w:sz w:val="60"/>
          <w:szCs w:val="60"/>
        </w:rPr>
        <w:t xml:space="preserve">ring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9. Cut out the cards. Glue each picture under its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הכרטיסים, והדביקו כל תמונה מתחת לאות שהיא מתחילה בה.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البطاقات، وألصقوا كلّ صورة تحت الحرف الذي تبدأ به.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M m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N n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P p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🐒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monkey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👃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nose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🐷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pig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🌙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moon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🪺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nest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✏️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pencil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10. Read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המילים.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اِقرؤوا الكلمات.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</w:rPr>
              <w:t>📖 Word bank · ביאורי מילים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monkey – </w:t>
            </w:r>
            <w:r>
              <w:rPr>
                <w:sz w:val="24"/>
                <w:szCs w:val="24"/>
              </w:rPr>
              <w:t>קוֹף · قِرد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moon – </w:t>
            </w:r>
            <w:r>
              <w:rPr>
                <w:sz w:val="24"/>
                <w:szCs w:val="24"/>
              </w:rPr>
              <w:t>יָרֵחַ · قَمَر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nose – </w:t>
            </w:r>
            <w:r>
              <w:rPr>
                <w:sz w:val="24"/>
                <w:szCs w:val="24"/>
              </w:rPr>
              <w:t>אַף · أَنف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pig – </w:t>
            </w:r>
            <w:r>
              <w:rPr>
                <w:sz w:val="24"/>
                <w:szCs w:val="24"/>
              </w:rPr>
              <w:t>חֲזִיר · خِنزير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queen – </w:t>
            </w:r>
            <w:r>
              <w:rPr>
                <w:sz w:val="24"/>
                <w:szCs w:val="24"/>
              </w:rPr>
              <w:t>מַלְכָּה · مَلِكة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rain – </w:t>
            </w:r>
            <w:r>
              <w:rPr>
                <w:sz w:val="24"/>
                <w:szCs w:val="24"/>
              </w:rPr>
              <w:t>גֶּשֶׁם · مَطَر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rPr>
          <w:color w:val="0F7A4F"/>
          <w:sz w:val="24"/>
          <w:szCs w:val="24"/>
        </w:rPr>
        <w:t>Choose two words and write a short sentence with each. Your own answer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