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</w:rPr>
        <w:t>Letters S–Z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האותיות ‎S–Z‎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الحروف ‎S–Z‎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</w:rPr>
        <w:t>Summary: letters S–Z – everything to remember on one page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האותיות ‎S–Z –‎ כל מה שצריך לזכור בעמוד אחד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الحروف ‎S–Z –‎ كلّ ما يجب أن تتذكّره في صفحة واحدة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Capital and small letters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אותיות גדולות וקטנות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الكبيرة والصغيرة</w:t>
      </w:r>
    </w:p>
    <w:p>
      <w:pPr>
        <w:spacing w:before="0" w:after="40"/>
        <w:jc w:val="both"/>
      </w:pPr>
      <w:r>
        <w:rPr/>
        <w:t>Every letter has a capital letter and a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לכל אות יש אות גדולה ‎(capital)‎ ואות קטנה ‎(small)‎.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لكلّ حرف شكل كبير ‎(capital)‎ وشكل صغير ‎(small)‎.</w:t>
      </w:r>
    </w:p>
    <w:p>
      <w:pPr>
        <w:spacing w:before="0" w:after="20"/>
        <w:jc w:val="both"/>
      </w:pPr>
      <w:r>
        <w:rPr/>
        <w:t>1. S s     T t     U u     V v</w:t>
      </w:r>
    </w:p>
    <w:p>
      <w:pPr>
        <w:spacing w:before="0" w:after="20"/>
        <w:jc w:val="both"/>
      </w:pPr>
      <w:r>
        <w:rPr/>
        <w:t>2. W w     X x     Y y     Z z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Letters and sounds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אותיות וצלילים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والأصوات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Letter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 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sun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star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 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tree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tiger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U u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umbrella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–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V v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van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violin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 w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watch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window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X x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fox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box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 y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yellow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yo-yo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Z z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zebra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–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The whole ABC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כל ה-‎ABC‎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الأبجديّة ‎ABC‎ كلّها</w:t>
      </w:r>
    </w:p>
    <w:p>
      <w:pPr>
        <w:spacing w:before="0" w:after="20"/>
        <w:jc w:val="both"/>
      </w:pPr>
      <w:r>
        <w:rPr/>
        <w:t>1. A B C D E F G H I J K L M</w:t>
      </w:r>
    </w:p>
    <w:p>
      <w:pPr>
        <w:spacing w:before="0" w:after="20"/>
        <w:jc w:val="both"/>
      </w:pPr>
      <w:r>
        <w:rPr/>
        <w:t>2. N O P Q R S T U V W X Y Z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6075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n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607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van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ואן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حافلة صغيرة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83097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zebra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830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zebra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זברה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حمار وحشي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4362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ox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43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fox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שועל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ثعلب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sun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שמש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شمس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ndow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window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חלון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نافذة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88348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yo-yo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883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yo-yo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יו-יו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يويو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x is often at the end of a word: box, fox, six.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האות ‎x‎ מופיעה הרבה בסוף מילה: ‎box, fox, six‎.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يأتي ‎x‎ كثيرًا في آخر الكلمة: ‎box‎ و‎fox‎ و‎six‎.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What is the first letter of van? ___</w:t>
      </w:r>
    </w:p>
    <w:p>
      <w:pPr>
        <w:spacing w:before="0" w:after="20"/>
        <w:jc w:val="both"/>
      </w:pPr>
      <w:r>
        <w:rPr/>
        <w:t>1. Look at the picture: a van.</w:t>
      </w:r>
    </w:p>
    <w:p>
      <w:pPr>
        <w:spacing w:before="0" w:after="20"/>
        <w:jc w:val="both"/>
      </w:pPr>
      <w:r>
        <w:rPr/>
        <w:t>2. Say it slowly: v-a-n.</w:t>
      </w:r>
    </w:p>
    <w:p>
      <w:pPr>
        <w:spacing w:before="0" w:after="20"/>
        <w:jc w:val="both"/>
      </w:pPr>
      <w:r>
        <w:rPr/>
        <w:t>3. The first sound is /v/. The letter is v.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v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Check yourself –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الناقص.</w:t>
      </w:r>
    </w:p>
    <w:p>
      <w:pPr>
        <w:spacing w:before="0" w:after="60"/>
        <w:jc w:val="both"/>
      </w:pPr>
      <w:r>
        <w:rPr/>
        <w:t>a. S, T, __________, V</w:t>
      </w:r>
    </w:p>
    <w:p>
      <w:pPr>
        <w:spacing w:before="0" w:after="60"/>
        <w:jc w:val="both"/>
      </w:pPr>
      <w:r>
        <w:rPr/>
        <w:t>b. X, Y, __________</w:t>
      </w:r>
    </w:p>
    <w:p>
      <w:pPr>
        <w:spacing w:before="0" w:after="60"/>
        <w:jc w:val="both"/>
      </w:pPr>
      <w:r>
        <w:rPr/>
        <w:t>c. window starts with __________.</w:t>
      </w:r>
    </w:p>
    <w:p>
      <w:pPr>
        <w:spacing w:before="0" w:after="60"/>
        <w:jc w:val="both"/>
      </w:pPr>
      <w:r>
        <w:rPr/>
        <w:t>d. fox ends with __________.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U · b. Z · c. w · d. x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