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Letters S–Z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Ss    </w:t>
      </w:r>
      <w:r>
        <w:rPr>
          <w:rFonts w:ascii="Calibri" w:hAnsi="Calibri" w:cs="Calibri"/>
          <w:sz w:val="60"/>
          <w:szCs w:val="60"/>
        </w:rPr>
        <w:t xml:space="preserve">Ss    </w:t>
      </w:r>
      <w:r>
        <w:rPr>
          <w:rFonts w:ascii="Calibri" w:hAnsi="Calibri" w:cs="Calibri"/>
          <w:sz w:val="60"/>
          <w:szCs w:val="60"/>
        </w:rPr>
        <w:t xml:space="preserve">Ss    </w:t>
      </w:r>
      <w:r>
        <w:rPr>
          <w:rFonts w:ascii="Calibri" w:hAnsi="Calibri" w:cs="Calibri"/>
          <w:sz w:val="60"/>
          <w:szCs w:val="60"/>
        </w:rPr>
        <w:t xml:space="preserve">Ss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Tt    </w:t>
      </w:r>
      <w:r>
        <w:rPr>
          <w:rFonts w:ascii="Calibri" w:hAnsi="Calibri" w:cs="Calibri"/>
          <w:sz w:val="60"/>
          <w:szCs w:val="60"/>
        </w:rPr>
        <w:t xml:space="preserve">Tt    </w:t>
      </w:r>
      <w:r>
        <w:rPr>
          <w:rFonts w:ascii="Calibri" w:hAnsi="Calibri" w:cs="Calibri"/>
          <w:sz w:val="60"/>
          <w:szCs w:val="60"/>
        </w:rPr>
        <w:t xml:space="preserve">Tt    </w:t>
      </w:r>
      <w:r>
        <w:rPr>
          <w:rFonts w:ascii="Calibri" w:hAnsi="Calibri" w:cs="Calibri"/>
          <w:sz w:val="60"/>
          <w:szCs w:val="60"/>
        </w:rPr>
        <w:t xml:space="preserve">Tt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Uu    </w:t>
      </w:r>
      <w:r>
        <w:rPr>
          <w:rFonts w:ascii="Calibri" w:hAnsi="Calibri" w:cs="Calibri"/>
          <w:sz w:val="60"/>
          <w:szCs w:val="60"/>
        </w:rPr>
        <w:t xml:space="preserve">Uu    </w:t>
      </w:r>
      <w:r>
        <w:rPr>
          <w:rFonts w:ascii="Calibri" w:hAnsi="Calibri" w:cs="Calibri"/>
          <w:sz w:val="60"/>
          <w:szCs w:val="60"/>
        </w:rPr>
        <w:t xml:space="preserve">Uu    </w:t>
      </w:r>
      <w:r>
        <w:rPr>
          <w:rFonts w:ascii="Calibri" w:hAnsi="Calibri" w:cs="Calibri"/>
          <w:sz w:val="60"/>
          <w:szCs w:val="60"/>
        </w:rPr>
        <w:t xml:space="preserve">Uu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Vv    </w:t>
      </w:r>
      <w:r>
        <w:rPr>
          <w:rFonts w:ascii="Calibri" w:hAnsi="Calibri" w:cs="Calibri"/>
          <w:sz w:val="60"/>
          <w:szCs w:val="60"/>
        </w:rPr>
        <w:t xml:space="preserve">Vv    </w:t>
      </w:r>
      <w:r>
        <w:rPr>
          <w:rFonts w:ascii="Calibri" w:hAnsi="Calibri" w:cs="Calibri"/>
          <w:sz w:val="60"/>
          <w:szCs w:val="60"/>
        </w:rPr>
        <w:t xml:space="preserve">Vv    </w:t>
      </w:r>
      <w:r>
        <w:rPr>
          <w:rFonts w:ascii="Calibri" w:hAnsi="Calibri" w:cs="Calibri"/>
          <w:sz w:val="60"/>
          <w:szCs w:val="60"/>
        </w:rPr>
        <w:t xml:space="preserve">Vv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Ww    </w:t>
      </w:r>
      <w:r>
        <w:rPr>
          <w:rFonts w:ascii="Calibri" w:hAnsi="Calibri" w:cs="Calibri"/>
          <w:sz w:val="60"/>
          <w:szCs w:val="60"/>
        </w:rPr>
        <w:t xml:space="preserve">Ww    </w:t>
      </w:r>
      <w:r>
        <w:rPr>
          <w:rFonts w:ascii="Calibri" w:hAnsi="Calibri" w:cs="Calibri"/>
          <w:sz w:val="60"/>
          <w:szCs w:val="60"/>
        </w:rPr>
        <w:t xml:space="preserve">Ww    </w:t>
      </w:r>
      <w:r>
        <w:rPr>
          <w:rFonts w:ascii="Calibri" w:hAnsi="Calibri" w:cs="Calibri"/>
          <w:sz w:val="60"/>
          <w:szCs w:val="60"/>
        </w:rPr>
        <w:t xml:space="preserve">Ww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Xx    </w:t>
      </w:r>
      <w:r>
        <w:rPr>
          <w:rFonts w:ascii="Calibri" w:hAnsi="Calibri" w:cs="Calibri"/>
          <w:sz w:val="60"/>
          <w:szCs w:val="60"/>
        </w:rPr>
        <w:t xml:space="preserve">Xx    </w:t>
      </w:r>
      <w:r>
        <w:rPr>
          <w:rFonts w:ascii="Calibri" w:hAnsi="Calibri" w:cs="Calibri"/>
          <w:sz w:val="60"/>
          <w:szCs w:val="60"/>
        </w:rPr>
        <w:t xml:space="preserve">Xx    </w:t>
      </w:r>
      <w:r>
        <w:rPr>
          <w:rFonts w:ascii="Calibri" w:hAnsi="Calibri" w:cs="Calibri"/>
          <w:sz w:val="60"/>
          <w:szCs w:val="60"/>
        </w:rPr>
        <w:t xml:space="preserve">Xx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Yy    </w:t>
      </w:r>
      <w:r>
        <w:rPr>
          <w:rFonts w:ascii="Calibri" w:hAnsi="Calibri" w:cs="Calibri"/>
          <w:sz w:val="60"/>
          <w:szCs w:val="60"/>
        </w:rPr>
        <w:t xml:space="preserve">Yy    </w:t>
      </w:r>
      <w:r>
        <w:rPr>
          <w:rFonts w:ascii="Calibri" w:hAnsi="Calibri" w:cs="Calibri"/>
          <w:sz w:val="60"/>
          <w:szCs w:val="60"/>
        </w:rPr>
        <w:t xml:space="preserve">Yy    </w:t>
      </w:r>
      <w:r>
        <w:rPr>
          <w:rFonts w:ascii="Calibri" w:hAnsi="Calibri" w:cs="Calibri"/>
          <w:sz w:val="60"/>
          <w:szCs w:val="60"/>
        </w:rPr>
        <w:t xml:space="preserve">Yy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Zz    </w:t>
      </w:r>
      <w:r>
        <w:rPr>
          <w:rFonts w:ascii="Calibri" w:hAnsi="Calibri" w:cs="Calibri"/>
          <w:sz w:val="60"/>
          <w:szCs w:val="60"/>
        </w:rPr>
        <w:t xml:space="preserve">Zz    </w:t>
      </w:r>
      <w:r>
        <w:rPr>
          <w:rFonts w:ascii="Calibri" w:hAnsi="Calibri" w:cs="Calibri"/>
          <w:sz w:val="60"/>
          <w:szCs w:val="60"/>
        </w:rPr>
        <w:t xml:space="preserve">Zz    </w:t>
      </w:r>
      <w:r>
        <w:rPr>
          <w:rFonts w:ascii="Calibri" w:hAnsi="Calibri" w:cs="Calibri"/>
          <w:sz w:val="60"/>
          <w:szCs w:val="60"/>
        </w:rPr>
        <w:t xml:space="preserve">Zz    </w:t>
      </w:r>
      <w:r>
        <w:rPr>
          <w:color w:val="9AA3B2"/>
          <w:sz w:val="60"/>
          <w:szCs w:val="60"/>
        </w:rPr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S:   s    z    c  → s</w:t>
      </w:r>
    </w:p>
    <w:p>
      <w:pPr>
        <w:spacing w:before="0" w:after="100"/>
        <w:jc w:val="both"/>
      </w:pPr>
      <w:r>
        <w:rPr/>
        <w:t>b. T:   f    t    l  → t</w:t>
      </w:r>
    </w:p>
    <w:p>
      <w:pPr>
        <w:spacing w:before="0" w:after="100"/>
        <w:jc w:val="both"/>
      </w:pPr>
      <w:r>
        <w:rPr/>
        <w:t>c. U:   n    u    v  → u</w:t>
      </w:r>
    </w:p>
    <w:p>
      <w:pPr>
        <w:spacing w:before="0" w:after="100"/>
        <w:jc w:val="both"/>
      </w:pPr>
      <w:r>
        <w:rPr/>
        <w:t>d. V:   v    w    y  → v</w:t>
      </w:r>
    </w:p>
    <w:p>
      <w:pPr>
        <w:spacing w:before="0" w:after="100"/>
        <w:jc w:val="both"/>
      </w:pPr>
      <w:r>
        <w:rPr/>
        <w:t>e. W:   m    v    w  → w</w:t>
      </w:r>
    </w:p>
    <w:p>
      <w:pPr>
        <w:spacing w:before="0" w:after="100"/>
        <w:jc w:val="both"/>
      </w:pPr>
      <w:r>
        <w:rPr/>
        <w:t>f. X:   k    x    z  → x</w:t>
      </w:r>
    </w:p>
    <w:p>
      <w:pPr>
        <w:spacing w:before="0" w:after="100"/>
        <w:jc w:val="both"/>
      </w:pPr>
      <w:r>
        <w:rPr/>
        <w:t>g. Y:   v    y    j  → y</w:t>
      </w:r>
    </w:p>
    <w:p>
      <w:pPr>
        <w:spacing w:before="0" w:after="100"/>
        <w:jc w:val="both"/>
      </w:pPr>
      <w:r>
        <w:rPr/>
        <w:t>h. Z:   s    z    x  →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z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u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U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Z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(s)     </w:t>
            </w:r>
            <w:r>
              <w:rPr>
                <w:sz w:val="28"/>
                <w:szCs w:val="28"/>
              </w:rPr>
              <w:t xml:space="preserve">z     </w:t>
            </w:r>
            <w:r>
              <w:rPr>
                <w:sz w:val="28"/>
                <w:szCs w:val="28"/>
              </w:rPr>
              <w:t xml:space="preserve">c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(t)     </w:t>
            </w:r>
            <w:r>
              <w:rPr>
                <w:sz w:val="28"/>
                <w:szCs w:val="28"/>
              </w:rPr>
              <w:t xml:space="preserve">l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mbrell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o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(u)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(v)     </w:t>
            </w:r>
            <w:r>
              <w:rPr>
                <w:sz w:val="28"/>
                <w:szCs w:val="28"/>
              </w:rPr>
              <w:t xml:space="preserve">w     </w:t>
            </w:r>
            <w:r>
              <w:rPr>
                <w:sz w:val="28"/>
                <w:szCs w:val="28"/>
              </w:rPr>
              <w:t xml:space="preserve">f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5828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ch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582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v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(w)     </w:t>
            </w:r>
            <w:r>
              <w:rPr>
                <w:sz w:val="28"/>
                <w:szCs w:val="28"/>
              </w:rPr>
              <w:t xml:space="preserve">m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104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o-yo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1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j     </w:t>
            </w:r>
            <w:r>
              <w:rPr>
                <w:sz w:val="28"/>
                <w:szCs w:val="28"/>
              </w:rPr>
              <w:t xml:space="preserve">v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(y)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(z)     </w:t>
            </w:r>
            <w:r>
              <w:rPr>
                <w:sz w:val="28"/>
                <w:szCs w:val="28"/>
              </w:rPr>
              <w:t xml:space="preserve">s     </w:t>
            </w:r>
            <w:r>
              <w:rPr>
                <w:sz w:val="28"/>
                <w:szCs w:val="28"/>
              </w:rPr>
              <w:t xml:space="preserve">x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ge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d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(t)     </w:t>
            </w:r>
            <w:r>
              <w:rPr>
                <w:sz w:val="28"/>
                <w:szCs w:val="28"/>
              </w:rPr>
              <w:t xml:space="preserve">f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star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8994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899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train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mbrell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umbrella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olin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violin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window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104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o-yo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1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yo-yo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zebra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3558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ck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355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socks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at the picture. Write the last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האחרונה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الأخير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fox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bus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sun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40"/>
        <w:jc w:val="both"/>
      </w:pPr>
      <w:r>
        <w:rPr/>
        <w:t>a. S    T    U    V</w:t>
      </w:r>
    </w:p>
    <w:p>
      <w:pPr>
        <w:spacing w:before="0" w:after="40"/>
        <w:jc w:val="both"/>
      </w:pPr>
      <w:r>
        <w:rPr/>
        <w:t>b. W    X    Y    Z</w:t>
      </w:r>
    </w:p>
    <w:p>
      <w:pPr>
        <w:spacing w:before="0" w:after="40"/>
        <w:jc w:val="both"/>
      </w:pPr>
      <w:r>
        <w:rPr/>
        <w:t>c. s    t    u</w:t>
      </w:r>
    </w:p>
    <w:p>
      <w:pPr>
        <w:spacing w:before="0" w:after="40"/>
        <w:jc w:val="both"/>
      </w:pPr>
      <w:r>
        <w:rPr/>
        <w:t>d. x    y    z</w:t>
      </w:r>
    </w:p>
    <w:p>
      <w:pPr>
        <w:spacing w:before="0" w:after="40"/>
        <w:jc w:val="both"/>
      </w:pPr>
      <w:r>
        <w:rPr/>
        <w:t>e. A    B    C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the missing letters in the ABC.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האותיות החסרות ב-‎ABC‎.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الحروف الناقصة في الأبجديّة ‎ABC‎.</w:t>
      </w:r>
    </w:p>
    <w:p>
      <w:pPr>
        <w:spacing w:before="0" w:after="40"/>
        <w:jc w:val="both"/>
      </w:pPr>
      <w:r>
        <w:rPr/>
        <w:t>a. A  B  C  D  E  F  G  H  I  J  K  L  M</w:t>
      </w:r>
    </w:p>
    <w:p>
      <w:pPr>
        <w:spacing w:before="0" w:after="40"/>
        <w:jc w:val="both"/>
      </w:pPr>
      <w:r>
        <w:rPr/>
        <w:t>b. N  O  P  Q  R  S  T  U  V  W  X  Y  Z</w:t>
      </w:r>
    </w:p>
    <w:p>
      <w:pPr>
        <w:spacing w:before="0" w:after="40"/>
        <w:jc w:val="both"/>
      </w:pPr>
      <w:r>
        <w:rPr/>
        <w:t>c. a  b  c  d  e  f  g  h  i  j  k  l  m</w:t>
      </w:r>
    </w:p>
    <w:p>
      <w:pPr>
        <w:spacing w:before="0" w:after="40"/>
        <w:jc w:val="both"/>
      </w:pPr>
      <w:r>
        <w:rPr/>
        <w:t>d. n  o  p  q  r  s  t  u  v  w  x  y 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van    </w:t>
      </w:r>
      <w:r>
        <w:rPr>
          <w:rFonts w:ascii="Calibri" w:hAnsi="Calibri" w:cs="Calibri"/>
          <w:sz w:val="60"/>
          <w:szCs w:val="60"/>
        </w:rPr>
        <w:t xml:space="preserve">van    </w:t>
      </w:r>
      <w:r>
        <w:rPr>
          <w:rFonts w:ascii="Calibri" w:hAnsi="Calibri" w:cs="Calibri"/>
          <w:sz w:val="60"/>
          <w:szCs w:val="60"/>
        </w:rPr>
        <w:t xml:space="preserve">van    </w:t>
      </w:r>
      <w:r>
        <w:rPr>
          <w:rFonts w:ascii="Calibri" w:hAnsi="Calibri" w:cs="Calibri"/>
          <w:sz w:val="60"/>
          <w:szCs w:val="60"/>
        </w:rPr>
        <w:t xml:space="preserve">van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web    </w:t>
      </w:r>
      <w:r>
        <w:rPr>
          <w:rFonts w:ascii="Calibri" w:hAnsi="Calibri" w:cs="Calibri"/>
          <w:sz w:val="60"/>
          <w:szCs w:val="60"/>
        </w:rPr>
        <w:t xml:space="preserve">web    </w:t>
      </w:r>
      <w:r>
        <w:rPr>
          <w:rFonts w:ascii="Calibri" w:hAnsi="Calibri" w:cs="Calibri"/>
          <w:sz w:val="60"/>
          <w:szCs w:val="60"/>
        </w:rPr>
        <w:t xml:space="preserve">web    </w:t>
      </w:r>
      <w:r>
        <w:rPr>
          <w:rFonts w:ascii="Calibri" w:hAnsi="Calibri" w:cs="Calibri"/>
          <w:sz w:val="60"/>
          <w:szCs w:val="60"/>
        </w:rPr>
        <w:t xml:space="preserve">web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zebra    </w:t>
      </w:r>
      <w:r>
        <w:rPr>
          <w:rFonts w:ascii="Calibri" w:hAnsi="Calibri" w:cs="Calibri"/>
          <w:sz w:val="60"/>
          <w:szCs w:val="60"/>
        </w:rPr>
        <w:t xml:space="preserve">zebra    </w:t>
      </w:r>
      <w:r>
        <w:rPr>
          <w:rFonts w:ascii="Calibri" w:hAnsi="Calibri" w:cs="Calibri"/>
          <w:sz w:val="60"/>
          <w:szCs w:val="60"/>
        </w:rPr>
        <w:t xml:space="preserve">zebra    </w:t>
      </w:r>
      <w:r>
        <w:rPr>
          <w:rFonts w:ascii="Calibri" w:hAnsi="Calibri" w:cs="Calibri"/>
          <w:sz w:val="60"/>
          <w:szCs w:val="60"/>
        </w:rPr>
        <w:t xml:space="preserve">zebra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10. Cut out the pictures. Glue each picture next to its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התמונות, והדביקו כל תמונה ליד המילה שלה.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الصور، وألصقوا كلّ صورة بجانب كلمتها.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sun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☀️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tree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🌳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umbrella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☂️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van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🚐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window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zebra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🦓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11. Draw a line from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מתחו קו מן האות הגדולה אל האות הקטנה.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صِلوا بخطّ بين الحرف الكبير والحرف الصغير.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1. S  ←  b. s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2. T  ←  c. t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3. U  ←  f. u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4. W  ←  d. w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5. Y  ←  a. y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6. Z  ←  e. z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