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</w:rPr>
        <w:t>Short words: cat, dog, sun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מילים קצרות: ‎cat, dog, sun‎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كلمات قصيرة: ‎cat‎ و‎dog‎ و‎sun‎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</w:rPr>
        <w:t>Summary: short words – everything to remember on one page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מילים קצרות – כל מה שצריך לזכור בעמוד אחד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الكلمات القصيرة – كلّ ما يجب أن تتذكّره في صفحة واحدة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3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Sound it out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אומרים כל צליל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ننطق كلّ صوت</w:t>
      </w:r>
    </w:p>
    <w:p>
      <w:pPr>
        <w:spacing w:before="0" w:after="40"/>
        <w:jc w:val="both"/>
      </w:pPr>
      <w:r>
        <w:rPr/>
        <w:t>Say each sound. Then say the sounds fast.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אמרו כל צליל, ואחר כך אמרו את הצלילים מהר.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انطق كلّ صوت، ثمّ انطق الأصوات بسرعة.</w:t>
      </w:r>
    </w:p>
    <w:p>
      <w:pPr>
        <w:spacing w:before="0" w:after="20"/>
        <w:jc w:val="both"/>
      </w:pPr>
      <w:r>
        <w:rPr/>
        <w:t>1. c – a – t → cat</w:t>
      </w:r>
    </w:p>
    <w:p>
      <w:pPr>
        <w:spacing w:before="0" w:after="20"/>
        <w:jc w:val="both"/>
      </w:pPr>
      <w:r>
        <w:rPr/>
        <w:t>2. d – o – g → dog</w:t>
      </w:r>
    </w:p>
    <w:p>
      <w:pPr>
        <w:spacing w:before="0" w:after="20"/>
        <w:jc w:val="both"/>
      </w:pPr>
      <w:r>
        <w:rPr/>
        <w:t>3. s – u – n → sun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The middle sound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הצליל באמצע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الصوت في الوسط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Vowel</w:t>
            </w:r>
          </w:p>
        </w:tc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cat, hat, map, bag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bed, pen, ten, hen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six, sit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dog, box, fox, pot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u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sun, bus, cup, nut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Words that rhyme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מילים מתחרזות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كلمات متشابهة في القافية</w:t>
      </w:r>
    </w:p>
    <w:p>
      <w:pPr>
        <w:spacing w:before="0" w:after="40"/>
        <w:jc w:val="both"/>
      </w:pPr>
      <w:r>
        <w:rPr/>
        <w:t>Words that rhyme end with the same sounds.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מילים מתחרזות נגמרות באותם צלילים.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الكلمات المتشابهة في القافية تنتهي بالأصوات نفسها.</w:t>
      </w:r>
    </w:p>
    <w:p>
      <w:pPr>
        <w:spacing w:before="0" w:after="20"/>
        <w:jc w:val="both"/>
      </w:pPr>
      <w:r>
        <w:rPr/>
        <w:t>1. cat – hat – bat</w:t>
      </w:r>
    </w:p>
    <w:p>
      <w:pPr>
        <w:spacing w:before="0" w:after="20"/>
        <w:jc w:val="both"/>
      </w:pPr>
      <w:r>
        <w:rPr/>
        <w:t>2. pen – ten – hen</w:t>
      </w:r>
    </w:p>
    <w:p>
      <w:pPr>
        <w:spacing w:before="0" w:after="20"/>
        <w:jc w:val="both"/>
      </w:pPr>
      <w:r>
        <w:rPr/>
        <w:t>3. box – fox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חתול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قطة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1687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168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bus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אוטובוס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حافلة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4362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x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43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fox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שועל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ثعلب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sun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שמש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شمس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992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x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99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box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קופסה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صندوق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562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5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dog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כלב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كلب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Every short word has a vowel in the middle: a, e, i, o or u.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בכל מילה קצרה יש תנועה באמצע: ‎a, e, i, o‎ או ‎u‎.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في كلّ كلمة قصيرة حرف علّة في الوسط: ‎a‎ أو ‎e‎ أو ‎i‎ أو ‎o‎ أو ‎u‎.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Read the word: b – u – s</w:t>
      </w:r>
    </w:p>
    <w:p>
      <w:pPr>
        <w:spacing w:before="0" w:after="20"/>
        <w:jc w:val="both"/>
      </w:pPr>
      <w:r>
        <w:rPr/>
        <w:t>1. Say each sound: /b/ – /u/ – /s/.</w:t>
      </w:r>
    </w:p>
    <w:p>
      <w:pPr>
        <w:spacing w:before="0" w:after="20"/>
        <w:jc w:val="both"/>
      </w:pPr>
      <w:r>
        <w:rPr/>
        <w:t>2. Say the sounds fast: bus.</w:t>
      </w:r>
    </w:p>
    <w:p>
      <w:pPr>
        <w:spacing w:before="0" w:after="20"/>
        <w:jc w:val="both"/>
      </w:pPr>
      <w:r>
        <w:rPr/>
        <w:t>3. It is a bus!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bus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Check yourself – Write the missing vowel.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התנועה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حرف العلّة الناقص.</w:t>
      </w:r>
    </w:p>
    <w:p>
      <w:pPr>
        <w:spacing w:before="0" w:after="60"/>
        <w:jc w:val="both"/>
      </w:pPr>
      <w:r>
        <w:rPr/>
        <w:t>a. c__________t (a pet)</w:t>
      </w:r>
    </w:p>
    <w:p>
      <w:pPr>
        <w:spacing w:before="0" w:after="60"/>
        <w:jc w:val="both"/>
      </w:pPr>
      <w:r>
        <w:rPr/>
        <w:t>b. s__________n (it is hot)</w:t>
      </w:r>
    </w:p>
    <w:p>
      <w:pPr>
        <w:spacing w:before="0" w:after="60"/>
        <w:jc w:val="both"/>
      </w:pPr>
      <w:r>
        <w:rPr/>
        <w:t>c. b__________d (you sleep in it)</w:t>
      </w:r>
    </w:p>
    <w:p>
      <w:pPr>
        <w:spacing w:before="0" w:after="60"/>
        <w:jc w:val="both"/>
      </w:pPr>
      <w:r>
        <w:rPr/>
        <w:t>d. b__________x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a · b. u · c. e · d. o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