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C2410C"/>
          <w:sz w:val="44"/>
          <w:szCs w:val="44"/>
        </w:rPr>
        <w:t>Short words: cat, dog, sun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מילים קצרות: ‎cat, dog, sun‎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كلمات قصيرة: ‎cat‎ و‎dog‎ و‎sun‎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الناقص.</w:t>
      </w:r>
    </w:p>
    <w:p>
      <w:pPr>
        <w:spacing w:before="0" w:after="80"/>
        <w:jc w:val="both"/>
      </w:pPr>
      <w:r>
        <w:rPr>
          <w:color w:val="C2410C"/>
          <w:sz w:val="24"/>
          <w:szCs w:val="24"/>
        </w:rPr>
        <w:t>Word bank: a  |  e  |  i  |  o  |  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c_____t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b_____d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d_____g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s_____n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7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7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h_____t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t_____n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b_____x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c_____p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Circle the right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الكلمة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bus     </w:t>
            </w:r>
            <w:r>
              <w:rPr>
                <w:sz w:val="28"/>
                <w:szCs w:val="28"/>
              </w:rPr>
              <w:t xml:space="preserve">bag     </w:t>
            </w:r>
            <w:r>
              <w:rPr>
                <w:sz w:val="28"/>
                <w:szCs w:val="28"/>
              </w:rPr>
              <w:t xml:space="preserve">bed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4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n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ten     </w:t>
            </w:r>
            <w:r>
              <w:rPr>
                <w:sz w:val="28"/>
                <w:szCs w:val="28"/>
              </w:rPr>
              <w:t xml:space="preserve">van     </w:t>
            </w:r>
            <w:r>
              <w:rPr>
                <w:sz w:val="28"/>
                <w:szCs w:val="28"/>
              </w:rPr>
              <w:t xml:space="preserve">fox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n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hat     </w:t>
            </w:r>
            <w:r>
              <w:rPr>
                <w:sz w:val="28"/>
                <w:szCs w:val="28"/>
              </w:rPr>
              <w:t xml:space="preserve">sun     </w:t>
            </w:r>
            <w:r>
              <w:rPr>
                <w:sz w:val="28"/>
                <w:szCs w:val="28"/>
              </w:rPr>
              <w:t xml:space="preserve">hen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fox     </w:t>
            </w:r>
            <w:r>
              <w:rPr>
                <w:sz w:val="28"/>
                <w:szCs w:val="28"/>
              </w:rPr>
              <w:t xml:space="preserve">box     </w:t>
            </w:r>
            <w:r>
              <w:rPr>
                <w:sz w:val="28"/>
                <w:szCs w:val="28"/>
              </w:rPr>
              <w:t xml:space="preserve">dog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nut     </w:t>
            </w:r>
            <w:r>
              <w:rPr>
                <w:sz w:val="28"/>
                <w:szCs w:val="28"/>
              </w:rPr>
              <w:t xml:space="preserve">net     </w:t>
            </w:r>
            <w:r>
              <w:rPr>
                <w:sz w:val="28"/>
                <w:szCs w:val="28"/>
              </w:rPr>
              <w:t xml:space="preserve">ten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bag     </w:t>
            </w:r>
            <w:r>
              <w:rPr>
                <w:sz w:val="28"/>
                <w:szCs w:val="28"/>
              </w:rPr>
              <w:t xml:space="preserve">big     </w:t>
            </w:r>
            <w:r>
              <w:rPr>
                <w:sz w:val="28"/>
                <w:szCs w:val="28"/>
              </w:rPr>
              <w:t xml:space="preserve">bug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Look at the picture. Write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p>
      <w:pPr>
        <w:spacing w:before="0" w:after="80"/>
        <w:jc w:val="both"/>
      </w:pPr>
      <w:r>
        <w:rPr>
          <w:color w:val="C2410C"/>
          <w:sz w:val="24"/>
          <w:szCs w:val="24"/>
        </w:rPr>
        <w:t>Word bank: cat  |  dog  |  sun  |  bed  |  cup  |  box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Match the words that rhyme.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מילים מתחרזות.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بين الكلمات المتشابهة في القافية.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cat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hen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pen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fun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box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red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bed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fox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sun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hat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Which word does not rhyme? Circle it.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איזו מילה לא מתחרזת? הקיפו אותה.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أيّ كلمة لا تتّفق في القافية؟ ضع دائرة حولها.</w:t>
      </w:r>
    </w:p>
    <w:p>
      <w:pPr>
        <w:spacing w:before="0" w:after="100"/>
        <w:jc w:val="both"/>
      </w:pPr>
      <w:r>
        <w:rPr/>
        <w:t>a. cat    hat    dog</w:t>
      </w:r>
    </w:p>
    <w:p>
      <w:pPr>
        <w:spacing w:before="0" w:after="100"/>
        <w:jc w:val="both"/>
      </w:pPr>
      <w:r>
        <w:rPr/>
        <w:t>b. ten    pen    sun</w:t>
      </w:r>
    </w:p>
    <w:p>
      <w:pPr>
        <w:spacing w:before="0" w:after="100"/>
        <w:jc w:val="both"/>
      </w:pPr>
      <w:r>
        <w:rPr/>
        <w:t>c. box    fox    bus</w:t>
      </w:r>
    </w:p>
    <w:p>
      <w:pPr>
        <w:spacing w:before="0" w:after="100"/>
        <w:jc w:val="both"/>
      </w:pPr>
      <w:r>
        <w:rPr/>
        <w:t>d. bed    red    cup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Look and read. Circle Yes or No.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cat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sun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bus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7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7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hen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box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pen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Sort the words: a or o in the middle.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המילים: ‎a‎ או ‎o‎ באמצע.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الكلمات: ‎a‎ أو ‎o‎ في الوسط.</w:t>
      </w:r>
    </w:p>
    <w:p>
      <w:pPr>
        <w:spacing w:before="0" w:after="80"/>
        <w:jc w:val="both"/>
      </w:pPr>
      <w:r>
        <w:rPr>
          <w:color w:val="C2410C"/>
          <w:sz w:val="24"/>
          <w:szCs w:val="24"/>
        </w:rPr>
        <w:t>Words: cat  |  dog  |  map  |  box  |  hat  |  fox  |  bag  |  pot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 in the middle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o in the middle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color w:val="B4BBC7"/>
          <w:sz w:val="60"/>
          <w:szCs w:val="60"/>
        </w:rPr>
        <w:t xml:space="preserve">cat    </w:t>
      </w:r>
      <w:r>
        <w:rPr>
          <w:rFonts w:ascii="Calibri" w:hAnsi="Calibri" w:cs="Calibri"/>
          <w:color w:val="B4BBC7"/>
          <w:sz w:val="60"/>
          <w:szCs w:val="60"/>
        </w:rPr>
        <w:t xml:space="preserve">cat    </w:t>
      </w:r>
      <w:r>
        <w:rPr>
          <w:rFonts w:ascii="Calibri" w:hAnsi="Calibri" w:cs="Calibri"/>
          <w:color w:val="B4BBC7"/>
          <w:sz w:val="60"/>
          <w:szCs w:val="60"/>
        </w:rPr>
        <w:t xml:space="preserve">cat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color w:val="B4BBC7"/>
          <w:sz w:val="60"/>
          <w:szCs w:val="60"/>
        </w:rPr>
        <w:t xml:space="preserve">dog    </w:t>
      </w:r>
      <w:r>
        <w:rPr>
          <w:rFonts w:ascii="Calibri" w:hAnsi="Calibri" w:cs="Calibri"/>
          <w:color w:val="B4BBC7"/>
          <w:sz w:val="60"/>
          <w:szCs w:val="60"/>
        </w:rPr>
        <w:t xml:space="preserve">dog    </w:t>
      </w:r>
      <w:r>
        <w:rPr>
          <w:rFonts w:ascii="Calibri" w:hAnsi="Calibri" w:cs="Calibri"/>
          <w:color w:val="B4BBC7"/>
          <w:sz w:val="60"/>
          <w:szCs w:val="60"/>
        </w:rPr>
        <w:t xml:space="preserve">dog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sun    </w:t>
      </w:r>
      <w:r>
        <w:rPr>
          <w:rFonts w:ascii="Calibri" w:hAnsi="Calibri" w:cs="Calibri"/>
          <w:color w:val="B4BBC7"/>
          <w:sz w:val="60"/>
          <w:szCs w:val="60"/>
        </w:rPr>
        <w:t xml:space="preserve">sun    </w:t>
      </w:r>
      <w:r>
        <w:rPr>
          <w:rFonts w:ascii="Calibri" w:hAnsi="Calibri" w:cs="Calibri"/>
          <w:color w:val="B4BBC7"/>
          <w:sz w:val="60"/>
          <w:szCs w:val="60"/>
        </w:rPr>
        <w:t xml:space="preserve">sun    </w:t>
      </w:r>
      <w:r>
        <w:rPr>
          <w:rFonts w:ascii="Calibri" w:hAnsi="Calibri" w:cs="Calibri"/>
          <w:color w:val="B4BBC7"/>
          <w:sz w:val="60"/>
          <w:szCs w:val="60"/>
        </w:rPr>
        <w:t xml:space="preserve">sun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bed    </w:t>
      </w:r>
      <w:r>
        <w:rPr>
          <w:rFonts w:ascii="Calibri" w:hAnsi="Calibri" w:cs="Calibri"/>
          <w:color w:val="B4BBC7"/>
          <w:sz w:val="60"/>
          <w:szCs w:val="60"/>
        </w:rPr>
        <w:t xml:space="preserve">bed    </w:t>
      </w:r>
      <w:r>
        <w:rPr>
          <w:rFonts w:ascii="Calibri" w:hAnsi="Calibri" w:cs="Calibri"/>
          <w:color w:val="B4BBC7"/>
          <w:sz w:val="60"/>
          <w:szCs w:val="60"/>
        </w:rPr>
        <w:t xml:space="preserve">bed    </w:t>
      </w:r>
      <w:r>
        <w:rPr>
          <w:rFonts w:ascii="Calibri" w:hAnsi="Calibri" w:cs="Calibri"/>
          <w:color w:val="B4BBC7"/>
          <w:sz w:val="60"/>
          <w:szCs w:val="60"/>
        </w:rPr>
        <w:t xml:space="preserve">bed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9. Cut out the word cards. Glue each word under its sound: -at, -og or -un.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המילים, והדביקו כל מילה מתחת לצליל המתאים לה.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الكلمات، وألصقوا كلّ كلمة تحت الصوت المناسب لها.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-at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-og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-un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10. Match the picture to the sentence. Write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התמונה למשפט. כתבו את המספר.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 الصورة مع الجملة. اكتبوا الرقم.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🐱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🐶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☀️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🚌</w:t>
            </w:r>
          </w:p>
        </w:tc>
      </w:tr>
    </w:tbl>
    <w:p>
      <w:pPr>
        <w:spacing w:before="0" w:after="40"/>
        <w:jc w:val="both"/>
      </w:pPr>
    </w:p>
    <w:p>
      <w:pPr>
        <w:spacing w:before="0" w:after="60"/>
        <w:jc w:val="both"/>
      </w:pPr>
      <w:r>
        <w:rPr>
          <w:sz w:val="25"/>
          <w:szCs w:val="25"/>
        </w:rPr>
        <w:t>[      ]   It is a big bus.</w:t>
      </w:r>
    </w:p>
    <w:p>
      <w:pPr>
        <w:spacing w:before="0" w:after="60"/>
        <w:jc w:val="both"/>
      </w:pPr>
      <w:r>
        <w:rPr>
          <w:sz w:val="25"/>
          <w:szCs w:val="25"/>
        </w:rPr>
        <w:t>[      ]   The cat is on the mat.</w:t>
      </w:r>
    </w:p>
    <w:p>
      <w:pPr>
        <w:spacing w:before="0" w:after="60"/>
        <w:jc w:val="both"/>
      </w:pPr>
      <w:r>
        <w:rPr>
          <w:sz w:val="25"/>
          <w:szCs w:val="25"/>
        </w:rPr>
        <w:t>[      ]   The sun is hot.</w:t>
      </w:r>
    </w:p>
    <w:p>
      <w:pPr>
        <w:spacing w:before="0" w:after="60"/>
        <w:jc w:val="both"/>
      </w:pPr>
      <w:r>
        <w:rPr>
          <w:sz w:val="25"/>
          <w:szCs w:val="25"/>
        </w:rPr>
        <w:t>[      ]   I see a dog.</w:t>
      </w:r>
    </w:p>
    <w:p>
      <w:pPr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✂ Cut-out page · דף גזירה – Short words: cat, dog, sun</w:t>
            </w:r>
          </w:p>
        </w:tc>
      </w:tr>
    </w:tbl>
    <w:p>
      <w:pPr>
        <w:spacing w:before="0" w:after="40"/>
        <w:jc w:val="both"/>
      </w:pP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4, משימה 9.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4, task 9.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🏃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run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🐶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dog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🐱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cat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🐸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frog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☀️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sun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🎩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hat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