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</w:rPr>
        <w:t>English · Grade 3   |   Worksheet – Answer Key</w:t>
      </w:r>
    </w:p>
    <w:p>
      <w:pPr>
        <w:spacing w:before="0" w:after="40"/>
        <w:jc w:val="left"/>
      </w:pPr>
      <w:r>
        <w:rPr>
          <w:rFonts w:ascii="Arial" w:hAnsi="Arial" w:cs="Arial"/>
          <w:b/>
          <w:bCs/>
          <w:color w:val="0F7A4F"/>
          <w:sz w:val="36"/>
          <w:szCs w:val="36"/>
        </w:rPr>
        <w:t xml:space="preserve">🔑 Answer Key · </w:t>
      </w:r>
      <w:r>
        <w:rPr>
          <w:rFonts w:ascii="Arial" w:hAnsi="Arial" w:cs="Arial"/>
          <w:b/>
          <w:bCs/>
          <w:color w:val="0F7A4F"/>
          <w:sz w:val="36"/>
          <w:szCs w:val="36"/>
          <w:rtl/>
          <w:lang w:val="en-US" w:bidi="he-IL"/>
        </w:rPr>
        <w:t xml:space="preserve">מחוון</w:t>
      </w:r>
      <w:r>
        <w:rPr>
          <w:sz w:val="36"/>
          <w:szCs w:val="36"/>
        </w:rPr>
        <w:t>‎</w:t>
      </w:r>
      <w:r>
        <w:rPr>
          <w:rFonts w:ascii="Arial" w:hAnsi="Arial" w:cs="Arial"/>
          <w:b/>
          <w:bCs/>
          <w:color w:val="0F7A4F"/>
          <w:sz w:val="36"/>
          <w:szCs w:val="36"/>
        </w:rPr>
        <w:t xml:space="preserve"> · </w:t>
      </w:r>
      <w:r>
        <w:rPr>
          <w:rFonts w:ascii="Arial" w:hAnsi="Arial" w:cs="Arial"/>
          <w:b/>
          <w:bCs/>
          <w:color w:val="0F7A4F"/>
          <w:sz w:val="36"/>
          <w:szCs w:val="36"/>
          <w:rtl/>
          <w:lang w:val="en-US" w:bidi="ar-SA"/>
        </w:rPr>
        <w:t xml:space="preserve">مفتاح الإجابات</w:t>
      </w:r>
      <w:r>
        <w:rPr>
          <w:sz w:val="36"/>
          <w:szCs w:val="36"/>
        </w:rPr>
        <w:t>‎</w:t>
      </w:r>
    </w:p>
    <w:p>
      <w:pPr>
        <w:spacing w:before="0" w:after="120"/>
        <w:jc w:val="both"/>
      </w:pPr>
      <w:r>
        <w:rPr>
          <w:rFonts w:ascii="Arial Black" w:hAnsi="Arial Black" w:cs="Arial Black"/>
          <w:b/>
          <w:bCs/>
          <w:color w:val="0F7A4F"/>
          <w:sz w:val="32"/>
          <w:szCs w:val="32"/>
        </w:rPr>
        <w:t>Short words: cat, dog, sun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1. Look at the picture. Write the missing letter.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הסתכלו בתמונה. כתבו את האות החסרה.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انظر إلى الصورة. اكتب الحرف الناقص.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1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t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1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30"/>
                <w:szCs w:val="30"/>
              </w:rPr>
              <w:t>cat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b.  </w:t>
            </w:r>
            <w:r>
              <w:drawing>
                <wp:inline xmlns:a="http://schemas.openxmlformats.org/drawingml/2006/main" xmlns:pic="http://schemas.openxmlformats.org/drawingml/2006/picture">
                  <wp:extent cx="576000" cy="336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ed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3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30"/>
                <w:szCs w:val="30"/>
              </w:rPr>
              <w:t>bed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c.  </w:t>
            </w:r>
            <w:r>
              <w:drawing>
                <wp:inline xmlns:a="http://schemas.openxmlformats.org/drawingml/2006/main" xmlns:pic="http://schemas.openxmlformats.org/drawingml/2006/picture">
                  <wp:extent cx="576000" cy="450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og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30"/>
                <w:szCs w:val="30"/>
              </w:rPr>
              <w:t>dog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d.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un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30"/>
                <w:szCs w:val="30"/>
              </w:rPr>
              <w:t>sun</w:t>
            </w:r>
          </w:p>
        </w:tc>
      </w:tr>
      <w:tr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e.  </w:t>
            </w:r>
            <w:r>
              <w:drawing>
                <wp:inline xmlns:a="http://schemas.openxmlformats.org/drawingml/2006/main" xmlns:pic="http://schemas.openxmlformats.org/drawingml/2006/picture">
                  <wp:extent cx="576000" cy="474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at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7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30"/>
                <w:szCs w:val="30"/>
              </w:rPr>
              <w:t>hat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f.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en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30"/>
                <w:szCs w:val="30"/>
              </w:rPr>
              <w:t>ten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g.  </w:t>
            </w:r>
            <w:r>
              <w:drawing>
                <wp:inline xmlns:a="http://schemas.openxmlformats.org/drawingml/2006/main" xmlns:pic="http://schemas.openxmlformats.org/drawingml/2006/picture">
                  <wp:extent cx="576000" cy="6144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x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614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30"/>
                <w:szCs w:val="30"/>
              </w:rPr>
              <w:t>box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h.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82063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up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8206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30"/>
                <w:szCs w:val="30"/>
              </w:rPr>
              <w:t>cup</w:t>
            </w:r>
          </w:p>
        </w:tc>
      </w:tr>
    </w:tbl>
    <w:p>
      <w:pPr>
        <w:spacing w:before="0" w:after="8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2. Look at the picture. Circle the right word.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הסתכלו בתמונה. הקיפו את המילה הנכונה.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انظر إلى الصورة. ضع دائرة حول الكلمة الصحيحة.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a.  </w:t>
            </w:r>
            <w:r>
              <w:drawing>
                <wp:inline xmlns:a="http://schemas.openxmlformats.org/drawingml/2006/main" xmlns:pic="http://schemas.openxmlformats.org/drawingml/2006/picture">
                  <wp:extent cx="576000" cy="39000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us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39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b/>
                <w:bCs/>
                <w:color w:val="0F7A4F"/>
                <w:sz w:val="28"/>
                <w:szCs w:val="28"/>
              </w:rPr>
              <w:t xml:space="preserve">(bus)     </w:t>
            </w:r>
            <w:r>
              <w:rPr>
                <w:sz w:val="28"/>
                <w:szCs w:val="28"/>
              </w:rPr>
              <w:t xml:space="preserve">bag     </w:t>
            </w:r>
            <w:r>
              <w:rPr>
                <w:sz w:val="28"/>
                <w:szCs w:val="28"/>
              </w:rPr>
              <w:t xml:space="preserve">bed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b.  </w:t>
            </w:r>
            <w:r>
              <w:drawing>
                <wp:inline xmlns:a="http://schemas.openxmlformats.org/drawingml/2006/main" xmlns:pic="http://schemas.openxmlformats.org/drawingml/2006/picture">
                  <wp:extent cx="576000" cy="4440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an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ten     </w:t>
            </w:r>
            <w:r>
              <w:rPr>
                <w:b/>
                <w:bCs/>
                <w:color w:val="0F7A4F"/>
                <w:sz w:val="28"/>
                <w:szCs w:val="28"/>
              </w:rPr>
              <w:t xml:space="preserve">(van)     </w:t>
            </w:r>
            <w:r>
              <w:rPr>
                <w:sz w:val="28"/>
                <w:szCs w:val="28"/>
              </w:rPr>
              <w:t xml:space="preserve">fox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6400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en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6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hat     </w:t>
            </w:r>
            <w:r>
              <w:rPr>
                <w:sz w:val="28"/>
                <w:szCs w:val="28"/>
              </w:rPr>
              <w:t xml:space="preserve">sun     </w:t>
            </w:r>
            <w:r>
              <w:rPr>
                <w:b/>
                <w:bCs/>
                <w:color w:val="0F7A4F"/>
                <w:sz w:val="28"/>
                <w:szCs w:val="28"/>
              </w:rPr>
              <w:t xml:space="preserve">(hen)     </w:t>
            </w:r>
          </w:p>
        </w:tc>
      </w:tr>
      <w:tr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d.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4600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ox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4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b/>
                <w:bCs/>
                <w:color w:val="0F7A4F"/>
                <w:sz w:val="28"/>
                <w:szCs w:val="28"/>
              </w:rPr>
              <w:t xml:space="preserve">(fox)     </w:t>
            </w:r>
            <w:r>
              <w:rPr>
                <w:sz w:val="28"/>
                <w:szCs w:val="28"/>
              </w:rPr>
              <w:t xml:space="preserve">box     </w:t>
            </w:r>
            <w:r>
              <w:rPr>
                <w:sz w:val="28"/>
                <w:szCs w:val="28"/>
              </w:rPr>
              <w:t xml:space="preserve">dog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e.  </w:t>
            </w:r>
            <w:r>
              <w:drawing>
                <wp:inline xmlns:a="http://schemas.openxmlformats.org/drawingml/2006/main" xmlns:pic="http://schemas.openxmlformats.org/drawingml/2006/picture">
                  <wp:extent cx="576000" cy="420000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net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2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nut     </w:t>
            </w:r>
            <w:r>
              <w:rPr>
                <w:b/>
                <w:bCs/>
                <w:color w:val="0F7A4F"/>
                <w:sz w:val="28"/>
                <w:szCs w:val="28"/>
              </w:rPr>
              <w:t xml:space="preserve">(net)     </w:t>
            </w:r>
            <w:r>
              <w:rPr>
                <w:sz w:val="28"/>
                <w:szCs w:val="28"/>
              </w:rPr>
              <w:t xml:space="preserve">ten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f.  </w:t>
            </w:r>
            <w:r>
              <w:drawing>
                <wp:inline xmlns:a="http://schemas.openxmlformats.org/drawingml/2006/main" xmlns:pic="http://schemas.openxmlformats.org/drawingml/2006/picture">
                  <wp:extent cx="576000" cy="642977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ug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64297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bag     </w:t>
            </w:r>
            <w:r>
              <w:rPr>
                <w:sz w:val="28"/>
                <w:szCs w:val="28"/>
              </w:rPr>
              <w:t xml:space="preserve">big     </w:t>
            </w:r>
            <w:r>
              <w:rPr>
                <w:b/>
                <w:bCs/>
                <w:color w:val="0F7A4F"/>
                <w:sz w:val="28"/>
                <w:szCs w:val="28"/>
              </w:rPr>
              <w:t xml:space="preserve">(bug)     </w:t>
            </w:r>
          </w:p>
        </w:tc>
      </w:tr>
    </w:tbl>
    <w:p>
      <w:pPr>
        <w:spacing w:before="0" w:after="8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3. Look at the picture. Write the word.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הסתכלו בתמונה. כתבו את המילה.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انظر إلى الصورة. اكتب الكلمة.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a.  </w:t>
            </w:r>
            <w:r>
              <w:drawing>
                <wp:inline xmlns:a="http://schemas.openxmlformats.org/drawingml/2006/main" xmlns:pic="http://schemas.openxmlformats.org/drawingml/2006/picture">
                  <wp:extent cx="576000" cy="4500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og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30"/>
                <w:szCs w:val="30"/>
              </w:rPr>
              <w:t>dog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b.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un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30"/>
                <w:szCs w:val="30"/>
              </w:rPr>
              <w:t>sun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82063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up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8206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30"/>
                <w:szCs w:val="30"/>
              </w:rPr>
              <w:t>cup</w:t>
            </w:r>
          </w:p>
        </w:tc>
      </w:tr>
      <w:tr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d.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16000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t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1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30"/>
                <w:szCs w:val="30"/>
              </w:rPr>
              <w:t>cat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e.  </w:t>
            </w:r>
            <w:r>
              <w:drawing>
                <wp:inline xmlns:a="http://schemas.openxmlformats.org/drawingml/2006/main" xmlns:pic="http://schemas.openxmlformats.org/drawingml/2006/picture">
                  <wp:extent cx="576000" cy="336000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ed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3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30"/>
                <w:szCs w:val="30"/>
              </w:rPr>
              <w:t>bed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f.  </w:t>
            </w:r>
            <w:r>
              <w:drawing>
                <wp:inline xmlns:a="http://schemas.openxmlformats.org/drawingml/2006/main" xmlns:pic="http://schemas.openxmlformats.org/drawingml/2006/picture">
                  <wp:extent cx="576000" cy="61440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x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614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30"/>
                <w:szCs w:val="30"/>
              </w:rPr>
              <w:t>box</w:t>
            </w:r>
          </w:p>
        </w:tc>
      </w:tr>
    </w:tbl>
    <w:p>
      <w:pPr>
        <w:spacing w:before="0" w:after="8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4. Match the words that rhyme.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התאימו בין מילים מתחרזות.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صِل بين الكلمات المتشابهة في القافية.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A</w:t>
            </w:r>
          </w:p>
        </w:tc>
        <w:tc>
          <w:tcPr>
            <w:tcW w:type="dxa" w:w="4989"/>
            <w:shd w:val="clear" w:color="auto" w:fill="c2410c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B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1. cat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[2] hen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2. pen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[5] fun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3. box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[4] red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4. bed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[3] fox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5. sun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[1] hat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5. Which word does not rhyme? Circle it.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איזו מילה לא מתחרזת? הקיפו אותה.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أيّ كلمة لا تتّفق في القافية؟ ضع دائرة حولها.</w:t>
      </w:r>
    </w:p>
    <w:p>
      <w:pPr>
        <w:spacing w:before="0" w:after="100"/>
        <w:jc w:val="both"/>
      </w:pPr>
      <w:r>
        <w:rPr/>
        <w:t>a. cat    hat    dog  → dog</w:t>
      </w:r>
    </w:p>
    <w:p>
      <w:pPr>
        <w:spacing w:before="0" w:after="100"/>
        <w:jc w:val="both"/>
      </w:pPr>
      <w:r>
        <w:rPr/>
        <w:t>b. ten    pen    sun  → sun</w:t>
      </w:r>
    </w:p>
    <w:p>
      <w:pPr>
        <w:spacing w:before="0" w:after="100"/>
        <w:jc w:val="both"/>
      </w:pPr>
      <w:r>
        <w:rPr/>
        <w:t>c. box    fox    bus  → bus</w:t>
      </w:r>
    </w:p>
    <w:p>
      <w:pPr>
        <w:spacing w:before="0" w:after="100"/>
        <w:jc w:val="both"/>
      </w:pPr>
      <w:r>
        <w:rPr/>
        <w:t>d. bed    red    cup  → cup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6. Look and read. Circle Yes or No.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הסתכלו וקראו. הקיפו ‎Yes (‎כן) או ‎No (‎לא).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انظر واقرأ. ضع دائرة حول ‎Yes (‎نعم) أو ‎No (‎لا).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16000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t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1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6"/>
                <w:szCs w:val="26"/>
              </w:rPr>
              <w:t>cat</w:t>
            </w:r>
          </w:p>
          <w:p>
            <w:pPr>
              <w:spacing w:before="0" w:after="40"/>
              <w:jc w:val="center"/>
            </w:pPr>
            <w:r>
              <w:rPr>
                <w:b/>
                <w:bCs/>
                <w:color w:val="0F7A4F"/>
                <w:sz w:val="28"/>
                <w:szCs w:val="28"/>
              </w:rPr>
              <w:t xml:space="preserve">(Yes)     </w:t>
            </w:r>
            <w:r>
              <w:rPr>
                <w:sz w:val="28"/>
                <w:szCs w:val="28"/>
              </w:rPr>
              <w:t xml:space="preserve">No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b.  </w:t>
            </w:r>
            <w:r>
              <w:drawing>
                <wp:inline xmlns:a="http://schemas.openxmlformats.org/drawingml/2006/main" xmlns:pic="http://schemas.openxmlformats.org/drawingml/2006/picture">
                  <wp:extent cx="576000" cy="450000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og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6"/>
                <w:szCs w:val="26"/>
              </w:rPr>
              <w:t>sun</w:t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Yes     </w:t>
            </w:r>
            <w:r>
              <w:rPr>
                <w:b/>
                <w:bCs/>
                <w:color w:val="0F7A4F"/>
                <w:sz w:val="28"/>
                <w:szCs w:val="28"/>
              </w:rPr>
              <w:t xml:space="preserve">(No)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c.  </w:t>
            </w:r>
            <w:r>
              <w:drawing>
                <wp:inline xmlns:a="http://schemas.openxmlformats.org/drawingml/2006/main" xmlns:pic="http://schemas.openxmlformats.org/drawingml/2006/picture">
                  <wp:extent cx="576000" cy="390000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us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39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6"/>
                <w:szCs w:val="26"/>
              </w:rPr>
              <w:t>bus</w:t>
            </w:r>
          </w:p>
          <w:p>
            <w:pPr>
              <w:spacing w:before="0" w:after="40"/>
              <w:jc w:val="center"/>
            </w:pPr>
            <w:r>
              <w:rPr>
                <w:b/>
                <w:bCs/>
                <w:color w:val="0F7A4F"/>
                <w:sz w:val="28"/>
                <w:szCs w:val="28"/>
              </w:rPr>
              <w:t xml:space="preserve">(Yes)     </w:t>
            </w:r>
            <w:r>
              <w:rPr>
                <w:sz w:val="28"/>
                <w:szCs w:val="28"/>
              </w:rPr>
              <w:t xml:space="preserve">No     </w:t>
            </w:r>
          </w:p>
        </w:tc>
      </w:tr>
      <w:tr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d.  </w:t>
            </w:r>
            <w:r>
              <w:drawing>
                <wp:inline xmlns:a="http://schemas.openxmlformats.org/drawingml/2006/main" xmlns:pic="http://schemas.openxmlformats.org/drawingml/2006/picture">
                  <wp:extent cx="576000" cy="474000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at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7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6"/>
                <w:szCs w:val="26"/>
              </w:rPr>
              <w:t>hen</w:t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Yes     </w:t>
            </w:r>
            <w:r>
              <w:rPr>
                <w:b/>
                <w:bCs/>
                <w:color w:val="0F7A4F"/>
                <w:sz w:val="28"/>
                <w:szCs w:val="28"/>
              </w:rPr>
              <w:t xml:space="preserve">(No)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e.  </w:t>
            </w:r>
            <w:r>
              <w:drawing>
                <wp:inline xmlns:a="http://schemas.openxmlformats.org/drawingml/2006/main" xmlns:pic="http://schemas.openxmlformats.org/drawingml/2006/picture">
                  <wp:extent cx="576000" cy="614400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x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614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6"/>
                <w:szCs w:val="26"/>
              </w:rPr>
              <w:t>box</w:t>
            </w:r>
          </w:p>
          <w:p>
            <w:pPr>
              <w:spacing w:before="0" w:after="40"/>
              <w:jc w:val="center"/>
            </w:pPr>
            <w:r>
              <w:rPr>
                <w:b/>
                <w:bCs/>
                <w:color w:val="0F7A4F"/>
                <w:sz w:val="28"/>
                <w:szCs w:val="28"/>
              </w:rPr>
              <w:t xml:space="preserve">(Yes)     </w:t>
            </w:r>
            <w:r>
              <w:rPr>
                <w:sz w:val="28"/>
                <w:szCs w:val="28"/>
              </w:rPr>
              <w:t xml:space="preserve">No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f.  </w:t>
            </w:r>
            <w:r>
              <w:drawing>
                <wp:inline xmlns:a="http://schemas.openxmlformats.org/drawingml/2006/main" xmlns:pic="http://schemas.openxmlformats.org/drawingml/2006/picture">
                  <wp:extent cx="576000" cy="336000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ed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3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6"/>
                <w:szCs w:val="26"/>
              </w:rPr>
              <w:t>pen</w:t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Yes     </w:t>
            </w:r>
            <w:r>
              <w:rPr>
                <w:b/>
                <w:bCs/>
                <w:color w:val="0F7A4F"/>
                <w:sz w:val="28"/>
                <w:szCs w:val="28"/>
              </w:rPr>
              <w:t xml:space="preserve">(No)     </w:t>
            </w:r>
          </w:p>
        </w:tc>
      </w:tr>
    </w:tbl>
    <w:p>
      <w:pPr>
        <w:spacing w:before="0" w:after="8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7. Sort the words: a or o in the middle.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מיינו את המילים: ‎a‎ או ‎o‎ באמצע.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صنّف الكلمات: ‎a‎ أو ‎o‎ في الوسط.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a in the middle</w:t>
            </w:r>
          </w:p>
        </w:tc>
        <w:tc>
          <w:tcPr>
            <w:tcW w:type="dxa" w:w="4989"/>
            <w:shd w:val="clear" w:color="auto" w:fill="c2410c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o in the middle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cat, map, hat, bag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dog, box, fox, pot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8. Trace and write the words.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עקבו אחרי המילים האפורות וכתבו אותן בעצמכם.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تتبّع الكلمات الرماديّة ثمّ اكتبها وحدك.</w:t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cat    </w:t>
      </w:r>
      <w:r>
        <w:rPr>
          <w:rFonts w:ascii="Calibri" w:hAnsi="Calibri" w:cs="Calibri"/>
          <w:sz w:val="60"/>
          <w:szCs w:val="60"/>
        </w:rPr>
        <w:t xml:space="preserve">cat    </w:t>
      </w:r>
      <w:r>
        <w:rPr>
          <w:rFonts w:ascii="Calibri" w:hAnsi="Calibri" w:cs="Calibri"/>
          <w:sz w:val="60"/>
          <w:szCs w:val="60"/>
        </w:rPr>
        <w:t xml:space="preserve">cat    </w:t>
      </w:r>
      <w:r>
        <w:rPr>
          <w:rFonts w:ascii="Calibri" w:hAnsi="Calibri" w:cs="Calibri"/>
          <w:sz w:val="60"/>
          <w:szCs w:val="60"/>
        </w:rPr>
        <w:t xml:space="preserve">cat    </w:t>
      </w:r>
      <w:r>
        <w:rPr>
          <w:color w:val="9AA3B2"/>
          <w:sz w:val="60"/>
          <w:szCs w:val="60"/>
        </w:rPr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dog    </w:t>
      </w:r>
      <w:r>
        <w:rPr>
          <w:rFonts w:ascii="Calibri" w:hAnsi="Calibri" w:cs="Calibri"/>
          <w:sz w:val="60"/>
          <w:szCs w:val="60"/>
        </w:rPr>
        <w:t xml:space="preserve">dog    </w:t>
      </w:r>
      <w:r>
        <w:rPr>
          <w:rFonts w:ascii="Calibri" w:hAnsi="Calibri" w:cs="Calibri"/>
          <w:sz w:val="60"/>
          <w:szCs w:val="60"/>
        </w:rPr>
        <w:t xml:space="preserve">dog    </w:t>
      </w:r>
      <w:r>
        <w:rPr>
          <w:rFonts w:ascii="Calibri" w:hAnsi="Calibri" w:cs="Calibri"/>
          <w:sz w:val="60"/>
          <w:szCs w:val="60"/>
        </w:rPr>
        <w:t xml:space="preserve">dog    </w:t>
      </w:r>
      <w:r>
        <w:rPr>
          <w:color w:val="9AA3B2"/>
          <w:sz w:val="60"/>
          <w:szCs w:val="60"/>
        </w:rPr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sun    </w:t>
      </w:r>
      <w:r>
        <w:rPr>
          <w:rFonts w:ascii="Calibri" w:hAnsi="Calibri" w:cs="Calibri"/>
          <w:sz w:val="60"/>
          <w:szCs w:val="60"/>
        </w:rPr>
        <w:t xml:space="preserve">sun    </w:t>
      </w:r>
      <w:r>
        <w:rPr>
          <w:rFonts w:ascii="Calibri" w:hAnsi="Calibri" w:cs="Calibri"/>
          <w:sz w:val="60"/>
          <w:szCs w:val="60"/>
        </w:rPr>
        <w:t xml:space="preserve">sun    </w:t>
      </w:r>
      <w:r>
        <w:rPr>
          <w:rFonts w:ascii="Calibri" w:hAnsi="Calibri" w:cs="Calibri"/>
          <w:sz w:val="60"/>
          <w:szCs w:val="60"/>
        </w:rPr>
        <w:t xml:space="preserve">sun    </w:t>
      </w:r>
      <w:r>
        <w:rPr>
          <w:color w:val="9AA3B2"/>
          <w:sz w:val="60"/>
          <w:szCs w:val="60"/>
        </w:rPr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bed    </w:t>
      </w:r>
      <w:r>
        <w:rPr>
          <w:rFonts w:ascii="Calibri" w:hAnsi="Calibri" w:cs="Calibri"/>
          <w:sz w:val="60"/>
          <w:szCs w:val="60"/>
        </w:rPr>
        <w:t xml:space="preserve">bed    </w:t>
      </w:r>
      <w:r>
        <w:rPr>
          <w:rFonts w:ascii="Calibri" w:hAnsi="Calibri" w:cs="Calibri"/>
          <w:sz w:val="60"/>
          <w:szCs w:val="60"/>
        </w:rPr>
        <w:t xml:space="preserve">bed    </w:t>
      </w:r>
      <w:r>
        <w:rPr>
          <w:rFonts w:ascii="Calibri" w:hAnsi="Calibri" w:cs="Calibri"/>
          <w:sz w:val="60"/>
          <w:szCs w:val="60"/>
        </w:rPr>
        <w:t xml:space="preserve">bed    </w:t>
      </w:r>
      <w:r>
        <w:rPr>
          <w:color w:val="9AA3B2"/>
          <w:sz w:val="60"/>
          <w:szCs w:val="60"/>
        </w:rPr>
      </w:r>
    </w:p>
    <w:p>
      <w:pPr>
        <w:spacing w:before="160" w:after="60"/>
        <w:jc w:val="both"/>
      </w:pPr>
      <w:r>
        <w:rPr>
          <w:b/>
          <w:bCs/>
          <w:color w:val="C2410C"/>
          <w:sz w:val="26"/>
          <w:szCs w:val="26"/>
        </w:rPr>
        <w:t>9. Cut out the word cards. Glue each word under its sound: -at, -og or -un.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גזרו את כרטיסי המילים, והדביקו כל מילה מתחת לצליל המתאים לה.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قُصّوا بطاقات الكلمات، وألصقوا كلّ كلمة تحت الصوت المناسب لها.</w:t>
      </w:r>
    </w:p>
    <w:tbl>
      <w:tblPr>
        <w:tblW w:type="auto" w:w="0"/>
        <w:tblLook w:firstColumn="1" w:firstRow="1" w:lastColumn="0" w:lastRow="0" w:noHBand="0" w:noVBand="1" w:val="04A0"/>
        <w:tblLayout w:type="fixed"/>
      </w:tblPr>
      <w:tblGrid>
        <w:gridCol w:w="3326"/>
        <w:gridCol w:w="3326"/>
        <w:gridCol w:w="3326"/>
      </w:tblGrid>
      <w:tr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</w:rPr>
              <w:t>-at</w:t>
            </w:r>
          </w:p>
        </w:tc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</w:rPr>
              <w:t>-og</w:t>
            </w:r>
          </w:p>
        </w:tc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</w:rPr>
              <w:t>-un</w:t>
            </w:r>
          </w:p>
        </w:tc>
      </w:tr>
      <w:tr>
        <w:trPr>
          <w:trHeight w:val="1360" w:hRule="exact"/>
        </w:trPr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</w:rPr>
              <w:t>🐱</w:t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</w:rPr>
              <w:t>cat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</w:rPr>
              <w:t>🐶</w:t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</w:rPr>
              <w:t>dog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</w:rPr>
              <w:t>☀️</w:t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</w:rPr>
              <w:t>sun</w:t>
            </w:r>
          </w:p>
        </w:tc>
      </w:tr>
      <w:tr>
        <w:trPr>
          <w:trHeight w:val="1360" w:hRule="exact"/>
        </w:trPr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</w:rPr>
              <w:t>🎩</w:t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</w:rPr>
              <w:t>hat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</w:rPr>
              <w:t>🐸</w:t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</w:rPr>
              <w:t>frog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</w:rPr>
              <w:t>🏃</w:t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</w:rPr>
              <w:t>run</w:t>
            </w:r>
          </w:p>
        </w:tc>
      </w:tr>
    </w:tbl>
    <w:p>
      <w:pPr>
        <w:spacing w:before="0" w:after="40"/>
        <w:jc w:val="both"/>
      </w:pPr>
    </w:p>
    <w:p>
      <w:pPr>
        <w:spacing w:before="160" w:after="60"/>
        <w:jc w:val="both"/>
      </w:pPr>
      <w:r>
        <w:rPr>
          <w:b/>
          <w:bCs/>
          <w:color w:val="C2410C"/>
          <w:sz w:val="26"/>
          <w:szCs w:val="26"/>
        </w:rPr>
        <w:t>10. Match the picture to the sentence. Write the number.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התאימו את התמונה למשפט. כתבו את המספר.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طابِقوا الصورة مع الجملة. اكتبوا الرقم.</w:t>
      </w:r>
    </w:p>
    <w:tbl>
      <w:tblPr>
        <w:tblW w:type="auto" w:w="0"/>
        <w:tblLook w:firstColumn="1" w:firstRow="1" w:lastColumn="0" w:lastRow="0" w:noHBand="0" w:noVBand="1" w:val="04A0"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bCs/>
                <w:color w:val="C2410C"/>
                <w:sz w:val="24"/>
                <w:szCs w:val="24"/>
              </w:rPr>
              <w:t>1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bCs/>
                <w:color w:val="C2410C"/>
                <w:sz w:val="24"/>
                <w:szCs w:val="24"/>
              </w:rPr>
              <w:t>2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bCs/>
                <w:color w:val="C2410C"/>
                <w:sz w:val="24"/>
                <w:szCs w:val="24"/>
              </w:rPr>
              <w:t>3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bCs/>
                <w:color w:val="C2410C"/>
                <w:sz w:val="24"/>
                <w:szCs w:val="24"/>
              </w:rPr>
              <w:t>4</w:t>
            </w:r>
          </w:p>
        </w:tc>
      </w:tr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</w:rPr>
              <w:t>🐱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</w:rPr>
              <w:t>🐶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</w:rPr>
              <w:t>☀️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</w:rPr>
              <w:t>🚌</w:t>
            </w:r>
          </w:p>
        </w:tc>
      </w:tr>
    </w:tbl>
    <w:p>
      <w:pPr>
        <w:spacing w:before="0" w:after="40"/>
        <w:jc w:val="both"/>
      </w:pPr>
    </w:p>
    <w:p>
      <w:pPr>
        <w:spacing w:before="0" w:after="60"/>
        <w:jc w:val="both"/>
      </w:pPr>
      <w:r>
        <w:rPr>
          <w:b/>
          <w:bCs/>
          <w:color w:val="0F7A4F"/>
          <w:sz w:val="25"/>
          <w:szCs w:val="25"/>
        </w:rPr>
        <w:t>[ 4 ]   It is a big bus.</w:t>
      </w:r>
    </w:p>
    <w:p>
      <w:pPr>
        <w:spacing w:before="0" w:after="60"/>
        <w:jc w:val="both"/>
      </w:pPr>
      <w:r>
        <w:rPr>
          <w:b/>
          <w:bCs/>
          <w:color w:val="0F7A4F"/>
          <w:sz w:val="25"/>
          <w:szCs w:val="25"/>
        </w:rPr>
        <w:t>[ 1 ]   The cat is on the mat.</w:t>
      </w:r>
    </w:p>
    <w:p>
      <w:pPr>
        <w:spacing w:before="0" w:after="60"/>
        <w:jc w:val="both"/>
      </w:pPr>
      <w:r>
        <w:rPr>
          <w:b/>
          <w:bCs/>
          <w:color w:val="0F7A4F"/>
          <w:sz w:val="25"/>
          <w:szCs w:val="25"/>
        </w:rPr>
        <w:t>[ 3 ]   The sun is hot.</w:t>
      </w:r>
    </w:p>
    <w:p>
      <w:pPr>
        <w:spacing w:before="0" w:after="60"/>
        <w:jc w:val="both"/>
      </w:pPr>
      <w:r>
        <w:rPr>
          <w:b/>
          <w:bCs/>
          <w:color w:val="0F7A4F"/>
          <w:sz w:val="25"/>
          <w:szCs w:val="25"/>
        </w:rPr>
        <w:t>[ 2 ]   I see a dog.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Calibri"/>
      <w:sz w:val="25"/>
      <w:szCs w:val="25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Relationship Id="rId23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