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1D4ED8"/>
          <w:sz w:val="44"/>
          <w:szCs w:val="44"/>
        </w:rPr>
        <w:t>Colors and numbers 1–10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צבעים ומספרים ‎1–10‎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الألوان والأعداد ‎1–10‎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</w:rPr>
        <w:t>Summary: colors and numbers – everything to remember on one page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צבעים ומספרים – כל מה שצריך לזכור בעמוד אחד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الألوان والأعداد – كلّ ما يجب أن تتذكّره في صفحة واحدة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3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Colors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צבעים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الألوان</w:t>
      </w:r>
    </w:p>
    <w:p>
      <w:pPr>
        <w:spacing w:before="0" w:after="20"/>
        <w:jc w:val="both"/>
      </w:pPr>
      <w:r>
        <w:rPr/>
        <w:t>1. red     blue     green     yellow     pink</w:t>
      </w:r>
    </w:p>
    <w:p>
      <w:pPr>
        <w:spacing w:before="0" w:after="20"/>
        <w:jc w:val="both"/>
      </w:pPr>
      <w:r>
        <w:rPr/>
        <w:t>2. black     white     brown     orange     purple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Numbers 1–10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מספרים ‎1–10‎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الأعداد ‎1–10‎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type="dxa" w:w="2494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2494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type="dxa" w:w="2494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1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one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6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six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2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two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7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seven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3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three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8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eight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4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four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9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nine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5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five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10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ten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A color and a thing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צבע ודבר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لون وشيء</w:t>
      </w:r>
    </w:p>
    <w:p>
      <w:pPr>
        <w:spacing w:before="0" w:after="40"/>
        <w:jc w:val="both"/>
      </w:pPr>
      <w:r>
        <w:rPr/>
        <w:t>The color comes before the thing.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הצבע בא לפני הדבר.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اللون يأتي قبل الشيء.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Examples: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דוגמאות: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أمثلة: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a red apple · a green frog · a yellow sun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red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אדום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أحمر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ee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green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ירוק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أخضر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u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blue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כחול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أزرق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n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ten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עשר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عشرة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ellow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yellow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צהוב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أصفر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ack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black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שחור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أسود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The color comes before the thing: a red ball, a blue bag.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הצבע בא לפני הדבר: ‎a red ball, a blue bag‎.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اللون يأتي قبل الشيء: ‎a red ball‎ و‎a blue bag‎.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What comes after four? ___</w:t>
      </w:r>
    </w:p>
    <w:p>
      <w:pPr>
        <w:spacing w:before="0" w:after="20"/>
        <w:jc w:val="both"/>
      </w:pPr>
      <w:r>
        <w:rPr/>
        <w:t>1. Count: one, two, three, four …</w:t>
      </w:r>
    </w:p>
    <w:p>
      <w:pPr>
        <w:spacing w:before="0" w:after="20"/>
        <w:jc w:val="both"/>
      </w:pPr>
      <w:r>
        <w:rPr/>
        <w:t>2. After four comes five.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five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Check yourself – Write the number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המספר במילה.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العدد بالكلمات.</w:t>
      </w:r>
    </w:p>
    <w:p>
      <w:pPr>
        <w:spacing w:before="0" w:after="60"/>
        <w:jc w:val="both"/>
      </w:pPr>
      <w:r>
        <w:rPr/>
        <w:t>a. 3 = __________</w:t>
      </w:r>
    </w:p>
    <w:p>
      <w:pPr>
        <w:spacing w:before="0" w:after="60"/>
        <w:jc w:val="both"/>
      </w:pPr>
      <w:r>
        <w:rPr/>
        <w:t>b. 7 = __________</w:t>
      </w:r>
    </w:p>
    <w:p>
      <w:pPr>
        <w:spacing w:before="0" w:after="60"/>
        <w:jc w:val="both"/>
      </w:pPr>
      <w:r>
        <w:rPr/>
        <w:t>c. 10 = __________</w:t>
      </w:r>
    </w:p>
    <w:p>
      <w:pPr>
        <w:spacing w:before="0" w:after="60"/>
        <w:jc w:val="both"/>
      </w:pPr>
      <w:r>
        <w:rPr/>
        <w:t>d. 1 = __________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three · b. seven · c. ten · d. one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