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3   |   Worksheet</w:t>
      </w:r>
    </w:p>
    <w:p>
      <w:pPr>
        <w:spacing w:before="0" w:after="200"/>
        <w:jc w:val="left"/>
      </w:pPr>
      <w:r>
        <w:rPr>
          <w:rFonts w:ascii="Arial" w:hAnsi="Arial" w:cs="Arial"/>
          <w:sz w:val="20"/>
          <w:szCs w:val="20"/>
        </w:rPr>
        <w:t xml:space="preserve">First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פרטי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الاسم الشخصي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Last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משפחה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اسم العائلة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Class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כיתה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الصف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>: ______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6D28D9"/>
          <w:sz w:val="44"/>
          <w:szCs w:val="44"/>
        </w:rPr>
        <w:t>Colors and numbers 1–10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צבעים ומספרים ‎1–10‎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الألوان والأعداد ‎1–10‎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Look at the picture. Circle the right color.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הקיפו את הצבע הנכון.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ضع دائرة حول اللون الصحيح.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ed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red     </w:t>
            </w:r>
            <w:r>
              <w:rPr>
                <w:sz w:val="28"/>
                <w:szCs w:val="28"/>
              </w:rPr>
              <w:t xml:space="preserve">blue     </w:t>
            </w:r>
            <w:r>
              <w:rPr>
                <w:sz w:val="28"/>
                <w:szCs w:val="28"/>
              </w:rPr>
              <w:t xml:space="preserve">green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yellow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pink     </w:t>
            </w:r>
            <w:r>
              <w:rPr>
                <w:sz w:val="28"/>
                <w:szCs w:val="28"/>
              </w:rPr>
              <w:t xml:space="preserve">yellow     </w:t>
            </w:r>
            <w:r>
              <w:rPr>
                <w:sz w:val="28"/>
                <w:szCs w:val="28"/>
              </w:rPr>
              <w:t xml:space="preserve">black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reen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green     </w:t>
            </w:r>
            <w:r>
              <w:rPr>
                <w:sz w:val="28"/>
                <w:szCs w:val="28"/>
              </w:rPr>
              <w:t xml:space="preserve">brown     </w:t>
            </w:r>
            <w:r>
              <w:rPr>
                <w:sz w:val="28"/>
                <w:szCs w:val="28"/>
              </w:rPr>
              <w:t xml:space="preserve">white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lu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orange     </w:t>
            </w:r>
            <w:r>
              <w:rPr>
                <w:sz w:val="28"/>
                <w:szCs w:val="28"/>
              </w:rPr>
              <w:t xml:space="preserve">red     </w:t>
            </w:r>
            <w:r>
              <w:rPr>
                <w:sz w:val="28"/>
                <w:szCs w:val="28"/>
              </w:rPr>
              <w:t xml:space="preserve">blue     </w:t>
            </w:r>
          </w:p>
        </w:tc>
      </w:tr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34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nk_c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3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pink     </w:t>
            </w:r>
            <w:r>
              <w:rPr>
                <w:sz w:val="28"/>
                <w:szCs w:val="28"/>
              </w:rPr>
              <w:t xml:space="preserve">purple     </w:t>
            </w:r>
            <w:r>
              <w:rPr>
                <w:sz w:val="28"/>
                <w:szCs w:val="28"/>
              </w:rPr>
              <w:t xml:space="preserve">red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lac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white     </w:t>
            </w:r>
            <w:r>
              <w:rPr>
                <w:sz w:val="28"/>
                <w:szCs w:val="28"/>
              </w:rPr>
              <w:t xml:space="preserve">black     </w:t>
            </w:r>
            <w:r>
              <w:rPr>
                <w:sz w:val="28"/>
                <w:szCs w:val="28"/>
              </w:rPr>
              <w:t xml:space="preserve">brown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g.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rown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brown     </w:t>
            </w:r>
            <w:r>
              <w:rPr>
                <w:sz w:val="28"/>
                <w:szCs w:val="28"/>
              </w:rPr>
              <w:t xml:space="preserve">green     </w:t>
            </w:r>
            <w:r>
              <w:rPr>
                <w:sz w:val="28"/>
                <w:szCs w:val="28"/>
              </w:rPr>
              <w:t xml:space="preserve">yellow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h.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range_c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blue     </w:t>
            </w:r>
            <w:r>
              <w:rPr>
                <w:sz w:val="28"/>
                <w:szCs w:val="28"/>
              </w:rPr>
              <w:t xml:space="preserve">orange     </w:t>
            </w:r>
            <w:r>
              <w:rPr>
                <w:sz w:val="28"/>
                <w:szCs w:val="28"/>
              </w:rPr>
              <w:t xml:space="preserve">pink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Count and circle the number.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ספרו והקיפו את המספר.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عُدّ وضع دائرة حول العدد.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306000" cy="290062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r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900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90062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r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900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90062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r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900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two     </w:t>
            </w:r>
            <w:r>
              <w:rPr>
                <w:sz w:val="28"/>
                <w:szCs w:val="28"/>
              </w:rPr>
              <w:t xml:space="preserve">three     </w:t>
            </w:r>
            <w:r>
              <w:rPr>
                <w:sz w:val="28"/>
                <w:szCs w:val="28"/>
              </w:rPr>
              <w:t xml:space="preserve">four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306000" cy="3264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l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26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3264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l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26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3264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l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26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3264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l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26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3264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l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26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five     </w:t>
            </w:r>
            <w:r>
              <w:rPr>
                <w:sz w:val="28"/>
                <w:szCs w:val="28"/>
              </w:rPr>
              <w:t xml:space="preserve">six     </w:t>
            </w:r>
            <w:r>
              <w:rPr>
                <w:sz w:val="28"/>
                <w:szCs w:val="28"/>
              </w:rPr>
              <w:t xml:space="preserve">four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306000" cy="283688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eart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8368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83688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eart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8368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one     </w:t>
            </w:r>
            <w:r>
              <w:rPr>
                <w:sz w:val="28"/>
                <w:szCs w:val="28"/>
              </w:rPr>
              <w:t xml:space="preserve">two     </w:t>
            </w:r>
            <w:r>
              <w:rPr>
                <w:sz w:val="28"/>
                <w:szCs w:val="28"/>
              </w:rPr>
              <w:t xml:space="preserve">ten     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306000" cy="341581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uck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415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341581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uck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415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341581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uck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415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341581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uck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415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four     </w:t>
            </w:r>
            <w:r>
              <w:rPr>
                <w:sz w:val="28"/>
                <w:szCs w:val="28"/>
              </w:rPr>
              <w:t xml:space="preserve">five     </w:t>
            </w:r>
            <w:r>
              <w:rPr>
                <w:sz w:val="28"/>
                <w:szCs w:val="28"/>
              </w:rPr>
              <w:t xml:space="preserve">three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306000" cy="207188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sh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0718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07188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sh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0718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07188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sh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0718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07188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sh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0718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07188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sh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0718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07188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sh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0718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eight     </w:t>
            </w:r>
            <w:r>
              <w:rPr>
                <w:sz w:val="28"/>
                <w:szCs w:val="28"/>
              </w:rPr>
              <w:t xml:space="preserve">six     </w:t>
            </w:r>
            <w:r>
              <w:rPr>
                <w:sz w:val="28"/>
                <w:szCs w:val="28"/>
              </w:rPr>
              <w:t xml:space="preserve">nine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00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ll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seven     </w:t>
            </w:r>
            <w:r>
              <w:rPr>
                <w:sz w:val="28"/>
                <w:szCs w:val="28"/>
              </w:rPr>
              <w:t xml:space="preserve">one     </w:t>
            </w:r>
            <w:r>
              <w:rPr>
                <w:sz w:val="28"/>
                <w:szCs w:val="28"/>
              </w:rPr>
              <w:t xml:space="preserve">two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Match the number to the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המספר למילה.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صِلِ العدد بالكلمة.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1. 1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seven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2. 3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ten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3. 5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five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4. 7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three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5. 8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eight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6. 10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one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Write the missing number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המספר החסר במילה.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العدد الناقص بالكلمات.</w:t>
      </w:r>
    </w:p>
    <w:p>
      <w:pPr>
        <w:spacing w:before="0" w:after="60"/>
        <w:jc w:val="both"/>
      </w:pPr>
      <w:r>
        <w:rPr/>
        <w:t>a. one,  two,  __________,  four</w:t>
      </w:r>
    </w:p>
    <w:p>
      <w:pPr>
        <w:spacing w:before="0" w:after="60"/>
        <w:jc w:val="both"/>
      </w:pPr>
      <w:r>
        <w:rPr/>
        <w:t>b. five,  six,  __________,  eight</w:t>
      </w:r>
    </w:p>
    <w:p>
      <w:pPr>
        <w:spacing w:before="0" w:after="60"/>
        <w:jc w:val="both"/>
      </w:pPr>
      <w:r>
        <w:rPr/>
        <w:t>c. eight,  nine,  __________</w:t>
      </w:r>
    </w:p>
    <w:p>
      <w:pPr>
        <w:spacing w:before="0" w:after="60"/>
        <w:jc w:val="both"/>
      </w:pPr>
      <w:r>
        <w:rPr/>
        <w:t>d. __________,  two,  three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Look and read. Circle Yes or No.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וקראו. הקיפו ‎Yes (‎כן) או ‎No (‎לא).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واقرأ. ضع دائرة حول ‎Yes (‎نعم) أو ‎No (‎لا).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144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l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a red apple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9800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rog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a blue frog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un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a yellow sun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42977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nana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429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a black banana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42977"/>
                  <wp:docPr id="34" name="Picture 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ee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429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a green tree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22000"/>
                  <wp:docPr id="35" name="Picture 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lephant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2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a pink elephant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sz w:val="28"/>
                <w:szCs w:val="28"/>
              </w:rPr>
              <w:t xml:space="preserve">No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Write the number.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המספר בספרות.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العدد بالأرقام.</w:t>
      </w:r>
    </w:p>
    <w:p>
      <w:pPr>
        <w:spacing w:before="0" w:after="60"/>
        <w:jc w:val="both"/>
      </w:pPr>
      <w:r>
        <w:rPr/>
        <w:t>a. four = __________</w:t>
      </w:r>
    </w:p>
    <w:p>
      <w:pPr>
        <w:spacing w:before="0" w:after="60"/>
        <w:jc w:val="both"/>
      </w:pPr>
      <w:r>
        <w:rPr/>
        <w:t>b. nine = __________</w:t>
      </w:r>
    </w:p>
    <w:p>
      <w:pPr>
        <w:spacing w:before="0" w:after="60"/>
        <w:jc w:val="both"/>
      </w:pPr>
      <w:r>
        <w:rPr/>
        <w:t>c. two = __________</w:t>
      </w:r>
    </w:p>
    <w:p>
      <w:pPr>
        <w:spacing w:before="0" w:after="60"/>
        <w:jc w:val="both"/>
      </w:pPr>
      <w:r>
        <w:rPr/>
        <w:t>d. six = __________</w:t>
      </w:r>
    </w:p>
    <w:p>
      <w:pPr>
        <w:spacing w:before="0" w:after="60"/>
        <w:jc w:val="both"/>
      </w:pPr>
      <w:r>
        <w:rPr/>
        <w:t>e. ten = __________</w:t>
      </w:r>
    </w:p>
    <w:p>
      <w:pPr>
        <w:spacing w:before="0" w:after="60"/>
        <w:jc w:val="both"/>
      </w:pPr>
      <w:r>
        <w:rPr/>
        <w:t>f. seven = __________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Write the number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המספר במילה.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العدد بالكلمات.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Number</w:t>
            </w:r>
          </w:p>
        </w:tc>
        <w:tc>
          <w:tcPr>
            <w:tcW w:type="dxa" w:w="4989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Word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8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9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Trace and write the words.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עקבו אחרי המילים האפורות וכתבו אותן בעצמכם.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تتبّع الكلمات الرماديّة ثمّ اكتبها وحدك.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red    </w:t>
      </w:r>
      <w:r>
        <w:rPr>
          <w:rFonts w:ascii="Calibri" w:hAnsi="Calibri" w:cs="Calibri"/>
          <w:color w:val="B4BBC7"/>
          <w:sz w:val="60"/>
          <w:szCs w:val="60"/>
        </w:rPr>
        <w:t xml:space="preserve">red    </w:t>
      </w:r>
      <w:r>
        <w:rPr>
          <w:rFonts w:ascii="Calibri" w:hAnsi="Calibri" w:cs="Calibri"/>
          <w:color w:val="B4BBC7"/>
          <w:sz w:val="60"/>
          <w:szCs w:val="60"/>
        </w:rPr>
        <w:t xml:space="preserve">red    </w:t>
      </w:r>
      <w:r>
        <w:rPr>
          <w:rFonts w:ascii="Calibri" w:hAnsi="Calibri" w:cs="Calibri"/>
          <w:color w:val="B4BBC7"/>
          <w:sz w:val="60"/>
          <w:szCs w:val="60"/>
        </w:rPr>
        <w:t xml:space="preserve">red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blue    </w:t>
      </w:r>
      <w:r>
        <w:rPr>
          <w:rFonts w:ascii="Calibri" w:hAnsi="Calibri" w:cs="Calibri"/>
          <w:color w:val="B4BBC7"/>
          <w:sz w:val="60"/>
          <w:szCs w:val="60"/>
        </w:rPr>
        <w:t xml:space="preserve">blue    </w:t>
      </w:r>
      <w:r>
        <w:rPr>
          <w:rFonts w:ascii="Calibri" w:hAnsi="Calibri" w:cs="Calibri"/>
          <w:color w:val="B4BBC7"/>
          <w:sz w:val="60"/>
          <w:szCs w:val="60"/>
        </w:rPr>
        <w:t xml:space="preserve">blue    </w:t>
      </w:r>
      <w:r>
        <w:rPr>
          <w:rFonts w:ascii="Calibri" w:hAnsi="Calibri" w:cs="Calibri"/>
          <w:color w:val="B4BBC7"/>
          <w:sz w:val="60"/>
          <w:szCs w:val="60"/>
        </w:rPr>
        <w:t xml:space="preserve">blue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green    </w:t>
      </w:r>
      <w:r>
        <w:rPr>
          <w:rFonts w:ascii="Calibri" w:hAnsi="Calibri" w:cs="Calibri"/>
          <w:color w:val="B4BBC7"/>
          <w:sz w:val="60"/>
          <w:szCs w:val="60"/>
        </w:rPr>
        <w:t xml:space="preserve">green    </w:t>
      </w:r>
      <w:r>
        <w:rPr>
          <w:rFonts w:ascii="Calibri" w:hAnsi="Calibri" w:cs="Calibri"/>
          <w:color w:val="B4BBC7"/>
          <w:sz w:val="60"/>
          <w:szCs w:val="60"/>
        </w:rPr>
        <w:t xml:space="preserve">green    </w:t>
      </w:r>
      <w:r>
        <w:rPr>
          <w:rFonts w:ascii="Calibri" w:hAnsi="Calibri" w:cs="Calibri"/>
          <w:color w:val="B4BBC7"/>
          <w:sz w:val="60"/>
          <w:szCs w:val="60"/>
        </w:rPr>
        <w:t xml:space="preserve">green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one    </w:t>
      </w:r>
      <w:r>
        <w:rPr>
          <w:rFonts w:ascii="Calibri" w:hAnsi="Calibri" w:cs="Calibri"/>
          <w:color w:val="B4BBC7"/>
          <w:sz w:val="60"/>
          <w:szCs w:val="60"/>
        </w:rPr>
        <w:t xml:space="preserve">one    </w:t>
      </w:r>
      <w:r>
        <w:rPr>
          <w:rFonts w:ascii="Calibri" w:hAnsi="Calibri" w:cs="Calibri"/>
          <w:color w:val="B4BBC7"/>
          <w:sz w:val="60"/>
          <w:szCs w:val="60"/>
        </w:rPr>
        <w:t xml:space="preserve">one    </w:t>
      </w:r>
      <w:r>
        <w:rPr>
          <w:rFonts w:ascii="Calibri" w:hAnsi="Calibri" w:cs="Calibri"/>
          <w:color w:val="B4BBC7"/>
          <w:sz w:val="60"/>
          <w:szCs w:val="60"/>
        </w:rPr>
        <w:t xml:space="preserve">one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two    </w:t>
      </w:r>
      <w:r>
        <w:rPr>
          <w:rFonts w:ascii="Calibri" w:hAnsi="Calibri" w:cs="Calibri"/>
          <w:color w:val="B4BBC7"/>
          <w:sz w:val="60"/>
          <w:szCs w:val="60"/>
        </w:rPr>
        <w:t xml:space="preserve">two    </w:t>
      </w:r>
      <w:r>
        <w:rPr>
          <w:rFonts w:ascii="Calibri" w:hAnsi="Calibri" w:cs="Calibri"/>
          <w:color w:val="B4BBC7"/>
          <w:sz w:val="60"/>
          <w:szCs w:val="60"/>
        </w:rPr>
        <w:t xml:space="preserve">two    </w:t>
      </w:r>
      <w:r>
        <w:rPr>
          <w:rFonts w:ascii="Calibri" w:hAnsi="Calibri" w:cs="Calibri"/>
          <w:color w:val="B4BBC7"/>
          <w:sz w:val="60"/>
          <w:szCs w:val="60"/>
        </w:rPr>
        <w:t xml:space="preserve">two    </w:t>
      </w:r>
      <w:r>
        <w:rPr>
          <w:color w:val="9AA3B2"/>
          <w:sz w:val="60"/>
          <w:szCs w:val="60"/>
        </w:rPr>
        <w:t>____________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three    </w:t>
      </w:r>
      <w:r>
        <w:rPr>
          <w:rFonts w:ascii="Calibri" w:hAnsi="Calibri" w:cs="Calibri"/>
          <w:color w:val="B4BBC7"/>
          <w:sz w:val="60"/>
          <w:szCs w:val="60"/>
        </w:rPr>
        <w:t xml:space="preserve">three    </w:t>
      </w:r>
      <w:r>
        <w:rPr>
          <w:rFonts w:ascii="Calibri" w:hAnsi="Calibri" w:cs="Calibri"/>
          <w:color w:val="B4BBC7"/>
          <w:sz w:val="60"/>
          <w:szCs w:val="60"/>
        </w:rPr>
        <w:t xml:space="preserve">three    </w:t>
      </w:r>
      <w:r>
        <w:rPr>
          <w:rFonts w:ascii="Calibri" w:hAnsi="Calibri" w:cs="Calibri"/>
          <w:color w:val="B4BBC7"/>
          <w:sz w:val="60"/>
          <w:szCs w:val="60"/>
        </w:rPr>
        <w:t xml:space="preserve">three    </w:t>
      </w:r>
      <w:r>
        <w:rPr>
          <w:color w:val="9AA3B2"/>
          <w:sz w:val="60"/>
          <w:szCs w:val="60"/>
        </w:rPr>
        <w:t>____________</w:t>
      </w:r>
    </w:p>
    <w:p>
      <w:pPr>
        <w:spacing w:before="160" w:after="60"/>
        <w:jc w:val="both"/>
      </w:pPr>
      <w:r>
        <w:rPr>
          <w:b/>
          <w:bCs/>
          <w:color w:val="6D28D9"/>
          <w:sz w:val="26"/>
          <w:szCs w:val="26"/>
        </w:rPr>
        <w:t>9. Cut out the number cards. Glue each number next to its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גזרו את כרטיסי המספרים, והדביקו כל מספר ליד המילה שלו.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قُصّوا بطاقات الأعداد، وألصقوا كلّ عدد بجانب كلمته.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three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seven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five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ten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two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6.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eight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</w:rPr>
              <w:t>Glue here</w:t>
            </w:r>
          </w:p>
        </w:tc>
      </w:tr>
    </w:tbl>
    <w:p>
      <w:pPr>
        <w:spacing w:before="0" w:after="40"/>
        <w:jc w:val="both"/>
      </w:pPr>
    </w:p>
    <w:p>
      <w:pPr>
        <w:spacing w:before="160" w:after="60"/>
        <w:jc w:val="both"/>
      </w:pPr>
      <w:r>
        <w:rPr>
          <w:b/>
          <w:bCs/>
          <w:color w:val="6D28D9"/>
          <w:sz w:val="26"/>
          <w:szCs w:val="26"/>
        </w:rPr>
        <w:t>10. Read the color words.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מילות הצבעים.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اِقرؤوا كلمات الألوان.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</w:rPr>
              <w:t>📖 Word bank · ביאורי מילים</w:t>
            </w:r>
          </w:p>
          <w:p>
            <w:pPr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red 🔴 – </w:t>
            </w:r>
            <w:r>
              <w:rPr>
                <w:sz w:val="24"/>
                <w:szCs w:val="24"/>
              </w:rPr>
              <w:t>אָדֹם · أَحمَر</w:t>
            </w:r>
          </w:p>
          <w:p>
            <w:pPr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blue 🔵 – </w:t>
            </w:r>
            <w:r>
              <w:rPr>
                <w:sz w:val="24"/>
                <w:szCs w:val="24"/>
              </w:rPr>
              <w:t>כָּחֹל · أَزرَق</w:t>
            </w:r>
          </w:p>
          <w:p>
            <w:pPr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green 🟢 – </w:t>
            </w:r>
            <w:r>
              <w:rPr>
                <w:sz w:val="24"/>
                <w:szCs w:val="24"/>
              </w:rPr>
              <w:t>יָרֹק · أَخضَر</w:t>
            </w:r>
          </w:p>
          <w:p>
            <w:pPr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yellow 🟡 – </w:t>
            </w:r>
            <w:r>
              <w:rPr>
                <w:sz w:val="24"/>
                <w:szCs w:val="24"/>
              </w:rPr>
              <w:t>צָהֹב · أَصفَر</w:t>
            </w:r>
          </w:p>
          <w:p>
            <w:pPr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</w:rPr>
              <w:t xml:space="preserve">black ⚫ – </w:t>
            </w:r>
            <w:r>
              <w:rPr>
                <w:sz w:val="24"/>
                <w:szCs w:val="24"/>
              </w:rPr>
              <w:t>שָׁחֹר · أَسوَد</w:t>
            </w:r>
          </w:p>
        </w:tc>
      </w:tr>
    </w:tbl>
    <w:p>
      <w:pPr>
        <w:spacing w:before="0" w:after="40"/>
        <w:jc w:val="both"/>
      </w:pPr>
    </w:p>
    <w:p>
      <w:pPr>
        <w:spacing w:before="0" w:after="40"/>
        <w:jc w:val="both"/>
      </w:pPr>
      <w:r>
        <w:rPr>
          <w:b/>
          <w:bCs/>
          <w:sz w:val="25"/>
          <w:szCs w:val="25"/>
        </w:rPr>
        <w:t>✏️ Choose two words and write a short sentence with each.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בחרו שתי מילים, וכתבו משפט קצר עם כל אחת.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اِختاروا كلمتين، واكتبوا جملة قصيرة مع كلّ واحدة.</w:t>
      </w:r>
    </w:p>
    <w:p>
      <w:pPr>
        <w:spacing w:before="0" w:after="120"/>
        <w:jc w:val="both"/>
      </w:pPr>
      <w:r>
        <w:rPr>
          <w:color w:val="9AA3B5"/>
          <w:sz w:val="24"/>
          <w:szCs w:val="24"/>
        </w:rPr>
        <w:t>______________________________________________________________________</w:t>
      </w:r>
    </w:p>
    <w:p>
      <w:pPr>
        <w:spacing w:before="0" w:after="120"/>
        <w:jc w:val="both"/>
      </w:pPr>
      <w:r>
        <w:rPr>
          <w:color w:val="9AA3B5"/>
          <w:sz w:val="24"/>
          <w:szCs w:val="24"/>
        </w:rPr>
        <w:t>______________________________________________________________________</w:t>
      </w:r>
    </w:p>
    <w:p>
      <w:pPr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</w:rPr>
              <w:t>✂ Cut-out page · דף גזירה – Colors and numbers 1–10</w:t>
            </w:r>
          </w:p>
        </w:tc>
      </w:tr>
    </w:tbl>
    <w:p>
      <w:pPr>
        <w:spacing w:before="0" w:after="40"/>
        <w:jc w:val="both"/>
      </w:pPr>
    </w:p>
    <w:p>
      <w:pPr>
        <w:spacing w:before="120" w:after="60"/>
        <w:jc w:val="both"/>
      </w:pPr>
      <w:r>
        <w:rPr>
          <w:b/>
          <w:bCs/>
          <w:sz w:val="25"/>
          <w:szCs w:val="25"/>
        </w:rPr>
        <w:t>✂ גזרו את הכרטיסים לאורך הקו המקווקו והדביקו בעמוד 3, משימה 9.</w:t>
      </w:r>
    </w:p>
    <w:p>
      <w:pPr>
        <w:spacing w:before="0" w:after="80"/>
        <w:jc w:val="both"/>
      </w:pPr>
      <w:r>
        <w:rPr>
          <w:sz w:val="24"/>
          <w:szCs w:val="24"/>
        </w:rPr>
        <w:t>Cut out the cards and glue them on page 3, task 9.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</w:rPr>
              <w:t>3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</w:rPr>
              <w:t>5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</w:rPr>
              <w:t>2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</w:rPr>
              <w:t>8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</w:rPr>
              <w:t>10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</w:rPr>
              <w:t>7</w:t>
            </w:r>
          </w:p>
        </w:tc>
        <w:tc>
          <w:tcPr>
            <w:tcW w:type="dxa" w:w="2466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120"/>
        <w:jc w:val="both"/>
      </w:pP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