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Hello! School things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שלום! חפצים בבית הספר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مرحبًا! أدوات المدرسة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</w:rPr>
        <w:t>Summary: hello and school things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שלום וחפצים בבית הספר –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التحيّة وأدوات المدرسة – كلّ ما يجب أن تتذكّره في صفحة واحدة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Hello and goodbye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שלום ולהתראות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مرحبًا ومع السلامة</w:t>
      </w:r>
    </w:p>
    <w:p>
      <w:pPr>
        <w:spacing w:before="0" w:after="20"/>
        <w:jc w:val="both"/>
      </w:pPr>
      <w:r>
        <w:rPr/>
        <w:t>1. Hello! / Hi!</w:t>
      </w:r>
    </w:p>
    <w:p>
      <w:pPr>
        <w:spacing w:before="0" w:after="20"/>
        <w:jc w:val="both"/>
      </w:pPr>
      <w:r>
        <w:rPr/>
        <w:t>2. Good morning!</w:t>
      </w:r>
    </w:p>
    <w:p>
      <w:pPr>
        <w:spacing w:before="0" w:after="20"/>
        <w:jc w:val="both"/>
      </w:pPr>
      <w:r>
        <w:rPr/>
        <w:t>3. Goodbye! / Bye!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My name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השם שלי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اسمي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Ask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Answer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What's your name?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I'm Dana. / My name is Adam.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How are you?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I'm fine, thank you.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School things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חפצים בבית הספר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أدوات المدرسة</w:t>
      </w:r>
    </w:p>
    <w:p>
      <w:pPr>
        <w:spacing w:before="0" w:after="20"/>
        <w:jc w:val="both"/>
      </w:pPr>
      <w:r>
        <w:rPr/>
        <w:t>1. pen     pencil     book     bag     ruler</w:t>
      </w:r>
    </w:p>
    <w:p>
      <w:pPr>
        <w:spacing w:before="0" w:after="20"/>
        <w:jc w:val="both"/>
      </w:pPr>
      <w:r>
        <w:rPr/>
        <w:t>2. notebook     scissors     crayon     chair     door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29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29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قلم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ruler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סרגל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مسطرة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3652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i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36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chair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כיסא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كرسي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ayo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crayon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צבע שעווה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قلم تلوين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Say hello to your teacher: Good morning, teacher!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אמרו שלום למורה: ‎Good morning, teacher!‎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قل مرحبًا لمعلّمك: ‎Good morning, teacher!‎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Hello! What's your name?</w:t>
      </w:r>
    </w:p>
    <w:p>
      <w:pPr>
        <w:spacing w:before="0" w:after="20"/>
        <w:jc w:val="both"/>
      </w:pPr>
      <w:r>
        <w:rPr/>
        <w:t>1. Say hello back: Hi!</w:t>
      </w:r>
    </w:p>
    <w:p>
      <w:pPr>
        <w:spacing w:before="0" w:after="20"/>
        <w:jc w:val="both"/>
      </w:pPr>
      <w:r>
        <w:rPr/>
        <w:t>2. Say your name: I'm …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Hi! I'm Dana.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Check yourself –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p__________n</w:t>
      </w:r>
    </w:p>
    <w:p>
      <w:pPr>
        <w:spacing w:before="0" w:after="60"/>
        <w:jc w:val="both"/>
      </w:pPr>
      <w:r>
        <w:rPr/>
        <w:t>b. b__________g</w:t>
      </w:r>
    </w:p>
    <w:p>
      <w:pPr>
        <w:spacing w:before="0" w:after="60"/>
        <w:jc w:val="both"/>
      </w:pPr>
      <w:r>
        <w:rPr/>
        <w:t>c. b__________ok</w:t>
      </w:r>
    </w:p>
    <w:p>
      <w:pPr>
        <w:spacing w:before="0" w:after="60"/>
        <w:jc w:val="both"/>
      </w:pPr>
      <w:r>
        <w:rPr/>
        <w:t>d. r__________ler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e · b. a · c. o · d. u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