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Hello! School things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שלום! חפצים בבית הספר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مرحبًا! أدوات المدرسة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 bank: pen  |  bag  |  book  |  ruler  |  chair  |  door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064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64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pen     </w:t>
            </w:r>
            <w:r>
              <w:rPr>
                <w:sz w:val="28"/>
                <w:szCs w:val="28"/>
              </w:rPr>
              <w:t xml:space="preserve">pencil     </w:t>
            </w:r>
            <w:r>
              <w:rPr>
                <w:sz w:val="28"/>
                <w:szCs w:val="28"/>
              </w:rPr>
              <w:t xml:space="preserve">book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issor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scissors     </w:t>
            </w:r>
            <w:r>
              <w:rPr>
                <w:sz w:val="28"/>
                <w:szCs w:val="28"/>
              </w:rPr>
              <w:t xml:space="preserve">ruler     </w:t>
            </w:r>
            <w:r>
              <w:rPr>
                <w:sz w:val="28"/>
                <w:szCs w:val="28"/>
              </w:rPr>
              <w:t xml:space="preserve">crayon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8266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82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bag     </w:t>
            </w:r>
            <w:r>
              <w:rPr>
                <w:sz w:val="28"/>
                <w:szCs w:val="28"/>
              </w:rPr>
              <w:t xml:space="preserve">notebook     </w:t>
            </w:r>
            <w:r>
              <w:rPr>
                <w:sz w:val="28"/>
                <w:szCs w:val="28"/>
              </w:rPr>
              <w:t xml:space="preserve">door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yo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chair     </w:t>
            </w:r>
            <w:r>
              <w:rPr>
                <w:sz w:val="28"/>
                <w:szCs w:val="28"/>
              </w:rPr>
              <w:t xml:space="preserve">clock     </w:t>
            </w:r>
            <w:r>
              <w:rPr>
                <w:sz w:val="28"/>
                <w:szCs w:val="28"/>
              </w:rPr>
              <w:t xml:space="preserve">crayon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clock     </w:t>
            </w:r>
            <w:r>
              <w:rPr>
                <w:sz w:val="28"/>
                <w:szCs w:val="28"/>
              </w:rPr>
              <w:t xml:space="preserve">computer     </w:t>
            </w:r>
            <w:r>
              <w:rPr>
                <w:sz w:val="28"/>
                <w:szCs w:val="28"/>
              </w:rPr>
              <w:t xml:space="preserve">window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door     </w:t>
            </w:r>
            <w:r>
              <w:rPr>
                <w:sz w:val="28"/>
                <w:szCs w:val="28"/>
              </w:rPr>
              <w:t xml:space="preserve">window     </w:t>
            </w:r>
            <w:r>
              <w:rPr>
                <w:sz w:val="28"/>
                <w:szCs w:val="28"/>
              </w:rPr>
              <w:t xml:space="preserve">book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Match: what do you say back?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صِل: بماذا تُجيب؟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Hello!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Hi!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What's your name?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Bye!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How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Good morning!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Goodbye!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I'm fine, thank you.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Good morning, teacher!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I'm Dana.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p_____n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b_____ok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r_____ler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m_____p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0649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64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ch_____ir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school things.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החפצים של בית הספר.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أدوات المدرسة.</w:t>
      </w:r>
    </w:p>
    <w:p>
      <w:pPr>
        <w:spacing w:before="0" w:after="100"/>
        <w:jc w:val="both"/>
      </w:pPr>
      <w:r>
        <w:rPr/>
        <w:t>a. pen    cat    book</w:t>
      </w:r>
    </w:p>
    <w:p>
      <w:pPr>
        <w:spacing w:before="0" w:after="100"/>
        <w:jc w:val="both"/>
      </w:pPr>
      <w:r>
        <w:rPr/>
        <w:t>b. sun    ruler    dog</w:t>
      </w:r>
    </w:p>
    <w:p>
      <w:pPr>
        <w:spacing w:before="0" w:after="100"/>
        <w:jc w:val="both"/>
      </w:pPr>
      <w:r>
        <w:rPr/>
        <w:t>c. bag    fish    egg</w:t>
      </w:r>
    </w:p>
    <w:p>
      <w:pPr>
        <w:spacing w:before="0" w:after="100"/>
        <w:jc w:val="both"/>
      </w:pPr>
      <w:r>
        <w:rPr/>
        <w:t>d. chair    frog    hat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Write: Hello! My name is … (your name).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כתבו: ‎Hello!‎‏ ‎My name is … (‎והשם שלכם).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اكتب: ‎Hello!‎‏ ‎My name is … (‎واسمك).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Hello!    </w:t>
      </w:r>
      <w:r>
        <w:rPr>
          <w:rFonts w:ascii="Calibri" w:hAnsi="Calibri" w:cs="Calibri"/>
          <w:color w:val="B4BBC7"/>
          <w:sz w:val="60"/>
          <w:szCs w:val="60"/>
        </w:rPr>
        <w:t xml:space="preserve">Hello!    </w:t>
      </w:r>
      <w:r>
        <w:rPr>
          <w:rFonts w:ascii="Calibri" w:hAnsi="Calibri" w:cs="Calibri"/>
          <w:color w:val="B4BBC7"/>
          <w:sz w:val="60"/>
          <w:szCs w:val="60"/>
        </w:rPr>
        <w:t xml:space="preserve">Hello!    </w:t>
      </w:r>
      <w:r>
        <w:rPr>
          <w:rFonts w:ascii="Calibri" w:hAnsi="Calibri" w:cs="Calibri"/>
          <w:color w:val="B4BBC7"/>
          <w:sz w:val="60"/>
          <w:szCs w:val="60"/>
        </w:rPr>
        <w:t xml:space="preserve">Hello!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Bye!    </w:t>
      </w:r>
      <w:r>
        <w:rPr>
          <w:rFonts w:ascii="Calibri" w:hAnsi="Calibri" w:cs="Calibri"/>
          <w:color w:val="B4BBC7"/>
          <w:sz w:val="60"/>
          <w:szCs w:val="60"/>
        </w:rPr>
        <w:t xml:space="preserve">Bye!    </w:t>
      </w:r>
      <w:r>
        <w:rPr>
          <w:rFonts w:ascii="Calibri" w:hAnsi="Calibri" w:cs="Calibri"/>
          <w:color w:val="B4BBC7"/>
          <w:sz w:val="60"/>
          <w:szCs w:val="60"/>
        </w:rPr>
        <w:t xml:space="preserve">Bye!    </w:t>
      </w:r>
      <w:r>
        <w:rPr>
          <w:rFonts w:ascii="Calibri" w:hAnsi="Calibri" w:cs="Calibri"/>
          <w:color w:val="B4BBC7"/>
          <w:sz w:val="60"/>
          <w:szCs w:val="60"/>
        </w:rPr>
        <w:t xml:space="preserve">Bye!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book    </w:t>
      </w:r>
      <w:r>
        <w:rPr>
          <w:rFonts w:ascii="Calibri" w:hAnsi="Calibri" w:cs="Calibri"/>
          <w:color w:val="B4BBC7"/>
          <w:sz w:val="60"/>
          <w:szCs w:val="60"/>
        </w:rPr>
        <w:t xml:space="preserve">book    </w:t>
      </w:r>
      <w:r>
        <w:rPr>
          <w:rFonts w:ascii="Calibri" w:hAnsi="Calibri" w:cs="Calibri"/>
          <w:color w:val="B4BBC7"/>
          <w:sz w:val="60"/>
          <w:szCs w:val="60"/>
        </w:rPr>
        <w:t xml:space="preserve">book    </w:t>
      </w:r>
      <w:r>
        <w:rPr>
          <w:rFonts w:ascii="Calibri" w:hAnsi="Calibri" w:cs="Calibri"/>
          <w:color w:val="B4BBC7"/>
          <w:sz w:val="60"/>
          <w:szCs w:val="60"/>
        </w:rPr>
        <w:t xml:space="preserve">book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8. Cut out the cards. Glue each card in the right box: school things or words we say.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כרטיס בתיבה הנכונה: חפצים בבית הספר או מילים שאומרים.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بطاقة في المكان الصحيح: أدوات المدرسة أو كلمات نقولها.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School things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Words we say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9. Match: what do you say back? Draw a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 מתחו קו.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طابِقوا: بماذا نُجيب؟ صِلوا بخطّ.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Hello!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My name is Dan.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How are you?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Hi!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What's your name?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Bye!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Goodbye!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You're welcome.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Thank you!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I'm fine, thank you.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Hello! School things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3, משימה 8.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3, task 8.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ruler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Hello!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😊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I'm fine.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bag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Goodbye!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📚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book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Thank you!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pencil</w:t>
            </w: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