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</w:rPr>
        <w:t>English · Grade 3   |   Worksheet – Answer Key</w:t>
      </w:r>
    </w:p>
    <w:p>
      <w:pPr>
        <w:spacing w:before="0" w:after="40"/>
        <w:jc w:val="left"/>
      </w:pPr>
      <w:r>
        <w:rPr>
          <w:rFonts w:ascii="Arial" w:hAnsi="Arial" w:cs="Arial"/>
          <w:b/>
          <w:bCs/>
          <w:color w:val="0F7A4F"/>
          <w:sz w:val="36"/>
          <w:szCs w:val="36"/>
        </w:rPr>
        <w:t xml:space="preserve">🔑 Answer Key · </w:t>
      </w:r>
      <w:r>
        <w:rPr>
          <w:rFonts w:ascii="Arial" w:hAnsi="Arial" w:cs="Arial"/>
          <w:b/>
          <w:bCs/>
          <w:color w:val="0F7A4F"/>
          <w:sz w:val="36"/>
          <w:szCs w:val="36"/>
          <w:rtl/>
          <w:lang w:val="en-US" w:bidi="he-IL"/>
        </w:rPr>
        <w:t xml:space="preserve">מחוון</w:t>
      </w:r>
      <w:r>
        <w:rPr>
          <w:sz w:val="36"/>
          <w:szCs w:val="36"/>
        </w:rPr>
        <w:t>‎</w:t>
      </w:r>
      <w:r>
        <w:rPr>
          <w:rFonts w:ascii="Arial" w:hAnsi="Arial" w:cs="Arial"/>
          <w:b/>
          <w:bCs/>
          <w:color w:val="0F7A4F"/>
          <w:sz w:val="36"/>
          <w:szCs w:val="36"/>
        </w:rPr>
        <w:t xml:space="preserve"> · </w:t>
      </w:r>
      <w:r>
        <w:rPr>
          <w:rFonts w:ascii="Arial" w:hAnsi="Arial" w:cs="Arial"/>
          <w:b/>
          <w:bCs/>
          <w:color w:val="0F7A4F"/>
          <w:sz w:val="36"/>
          <w:szCs w:val="36"/>
          <w:rtl/>
          <w:lang w:val="en-US" w:bidi="ar-SA"/>
        </w:rPr>
        <w:t xml:space="preserve">مفتاح الإجابات</w:t>
      </w:r>
      <w:r>
        <w:rPr>
          <w:sz w:val="36"/>
          <w:szCs w:val="36"/>
        </w:rPr>
        <w:t>‎</w:t>
      </w:r>
    </w:p>
    <w:p>
      <w:pPr>
        <w:spacing w:before="0" w:after="120"/>
        <w:jc w:val="both"/>
      </w:pPr>
      <w:r>
        <w:rPr>
          <w:rFonts w:ascii="Arial Black" w:hAnsi="Arial Black" w:cs="Arial Black"/>
          <w:b/>
          <w:bCs/>
          <w:color w:val="0F7A4F"/>
          <w:sz w:val="32"/>
          <w:szCs w:val="32"/>
        </w:rPr>
        <w:t>Hello! School things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1. Look at the picture. Write the word.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הסתכלו בתמונה. כתבו את המילה.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انظر إلى الصورة. اكتب الكلمة.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6"/>
        <w:gridCol w:w="3326"/>
        <w:gridCol w:w="3326"/>
      </w:tblGrid>
      <w:tr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a.  </w:t>
            </w:r>
            <w:r>
              <w:drawing>
                <wp:inline xmlns:a="http://schemas.openxmlformats.org/drawingml/2006/main" xmlns:pic="http://schemas.openxmlformats.org/drawingml/2006/picture">
                  <wp:extent cx="576000" cy="408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ook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40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color w:val="0F7A4F"/>
                <w:sz w:val="30"/>
                <w:szCs w:val="30"/>
              </w:rPr>
              <w:t>book</w:t>
            </w:r>
          </w:p>
        </w:tc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b.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82063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en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8206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color w:val="0F7A4F"/>
                <w:sz w:val="30"/>
                <w:szCs w:val="30"/>
              </w:rPr>
              <w:t>pen</w:t>
            </w:r>
          </w:p>
        </w:tc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c.  </w:t>
            </w:r>
            <w:r>
              <w:drawing>
                <wp:inline xmlns:a="http://schemas.openxmlformats.org/drawingml/2006/main" xmlns:pic="http://schemas.openxmlformats.org/drawingml/2006/picture">
                  <wp:extent cx="576000" cy="906492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hair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90649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color w:val="0F7A4F"/>
                <w:sz w:val="30"/>
                <w:szCs w:val="30"/>
              </w:rPr>
              <w:t>chair</w:t>
            </w:r>
          </w:p>
        </w:tc>
      </w:tr>
      <w:tr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d.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88255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ag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8825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color w:val="0F7A4F"/>
                <w:sz w:val="30"/>
                <w:szCs w:val="30"/>
              </w:rPr>
              <w:t>bag</w:t>
            </w:r>
          </w:p>
        </w:tc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e.  </w:t>
            </w:r>
            <w:r>
              <w:drawing>
                <wp:inline xmlns:a="http://schemas.openxmlformats.org/drawingml/2006/main" xmlns:pic="http://schemas.openxmlformats.org/drawingml/2006/picture">
                  <wp:extent cx="576000" cy="1043321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oor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104332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color w:val="0F7A4F"/>
                <w:sz w:val="30"/>
                <w:szCs w:val="30"/>
              </w:rPr>
              <w:t>door</w:t>
            </w:r>
          </w:p>
        </w:tc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f.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ruler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color w:val="0F7A4F"/>
                <w:sz w:val="30"/>
                <w:szCs w:val="30"/>
              </w:rPr>
              <w:t>ruler</w:t>
            </w:r>
          </w:p>
        </w:tc>
      </w:tr>
    </w:tbl>
    <w:p>
      <w:pPr>
        <w:spacing w:before="0" w:after="8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2. Look at the picture. Circle the right word.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הסתכלו בתמונה. הקיפו את המילה הנכונה.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انظر إلى الصورة. ضع دائرة حول الكلمة الصحيحة.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6"/>
        <w:gridCol w:w="3326"/>
        <w:gridCol w:w="3326"/>
      </w:tblGrid>
      <w:tr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a.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encil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pen     </w:t>
            </w:r>
            <w:r>
              <w:rPr>
                <w:b/>
                <w:bCs/>
                <w:color w:val="0F7A4F"/>
                <w:sz w:val="28"/>
                <w:szCs w:val="28"/>
              </w:rPr>
              <w:t xml:space="preserve">(pencil)     </w:t>
            </w:r>
            <w:r>
              <w:rPr>
                <w:sz w:val="28"/>
                <w:szCs w:val="28"/>
              </w:rPr>
              <w:t xml:space="preserve">book     </w:t>
            </w:r>
          </w:p>
        </w:tc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b.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64000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cissors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6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b/>
                <w:bCs/>
                <w:color w:val="0F7A4F"/>
                <w:sz w:val="28"/>
                <w:szCs w:val="28"/>
              </w:rPr>
              <w:t xml:space="preserve">(scissors)     </w:t>
            </w:r>
            <w:r>
              <w:rPr>
                <w:sz w:val="28"/>
                <w:szCs w:val="28"/>
              </w:rPr>
              <w:t xml:space="preserve">ruler     </w:t>
            </w:r>
            <w:r>
              <w:rPr>
                <w:sz w:val="28"/>
                <w:szCs w:val="28"/>
              </w:rPr>
              <w:t xml:space="preserve">crayon     </w:t>
            </w:r>
          </w:p>
        </w:tc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c.  </w:t>
            </w:r>
            <w:r>
              <w:drawing>
                <wp:inline xmlns:a="http://schemas.openxmlformats.org/drawingml/2006/main" xmlns:pic="http://schemas.openxmlformats.org/drawingml/2006/picture">
                  <wp:extent cx="576000" cy="682667"/>
                  <wp:docPr id="9" name="Picture 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notebook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68266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bag     </w:t>
            </w:r>
            <w:r>
              <w:rPr>
                <w:b/>
                <w:bCs/>
                <w:color w:val="0F7A4F"/>
                <w:sz w:val="28"/>
                <w:szCs w:val="28"/>
              </w:rPr>
              <w:t xml:space="preserve">(notebook)     </w:t>
            </w:r>
            <w:r>
              <w:rPr>
                <w:sz w:val="28"/>
                <w:szCs w:val="28"/>
              </w:rPr>
              <w:t xml:space="preserve">door     </w:t>
            </w:r>
          </w:p>
        </w:tc>
      </w:tr>
      <w:tr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d.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rayon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chair     </w:t>
            </w:r>
            <w:r>
              <w:rPr>
                <w:sz w:val="28"/>
                <w:szCs w:val="28"/>
              </w:rPr>
              <w:t xml:space="preserve">clock     </w:t>
            </w:r>
            <w:r>
              <w:rPr>
                <w:b/>
                <w:bCs/>
                <w:color w:val="0F7A4F"/>
                <w:sz w:val="28"/>
                <w:szCs w:val="28"/>
              </w:rPr>
              <w:t xml:space="preserve">(crayon)     </w:t>
            </w:r>
          </w:p>
        </w:tc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e.  </w:t>
            </w:r>
            <w:r>
              <w:drawing>
                <wp:inline xmlns:a="http://schemas.openxmlformats.org/drawingml/2006/main" xmlns:pic="http://schemas.openxmlformats.org/drawingml/2006/picture">
                  <wp:extent cx="576000" cy="666217"/>
                  <wp:docPr id="11" name="Picture 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lock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66621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b/>
                <w:bCs/>
                <w:color w:val="0F7A4F"/>
                <w:sz w:val="28"/>
                <w:szCs w:val="28"/>
              </w:rPr>
              <w:t xml:space="preserve">(clock)     </w:t>
            </w:r>
            <w:r>
              <w:rPr>
                <w:sz w:val="28"/>
                <w:szCs w:val="28"/>
              </w:rPr>
              <w:t xml:space="preserve">computer     </w:t>
            </w:r>
            <w:r>
              <w:rPr>
                <w:sz w:val="28"/>
                <w:szCs w:val="28"/>
              </w:rPr>
              <w:t xml:space="preserve">window     </w:t>
            </w:r>
          </w:p>
        </w:tc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f.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12" name="Picture 1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window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door     </w:t>
            </w:r>
            <w:r>
              <w:rPr>
                <w:b/>
                <w:bCs/>
                <w:color w:val="0F7A4F"/>
                <w:sz w:val="28"/>
                <w:szCs w:val="28"/>
              </w:rPr>
              <w:t xml:space="preserve">(window)     </w:t>
            </w:r>
            <w:r>
              <w:rPr>
                <w:sz w:val="28"/>
                <w:szCs w:val="28"/>
              </w:rPr>
              <w:t xml:space="preserve">book     </w:t>
            </w:r>
          </w:p>
        </w:tc>
      </w:tr>
    </w:tbl>
    <w:p>
      <w:pPr>
        <w:spacing w:before="0" w:after="8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3. Match: what do you say back?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התאימו: מה עונים?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صِل: بماذا تُجيب؟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shd w:val="clear" w:color="auto" w:fill="9f1239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Column A</w:t>
            </w:r>
          </w:p>
        </w:tc>
        <w:tc>
          <w:tcPr>
            <w:tcW w:type="dxa" w:w="4989"/>
            <w:shd w:val="clear" w:color="auto" w:fill="9f1239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Column B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1. Hello!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[1] Hi!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2. What's your name?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[4] Bye!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3. How are you?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[5] Good morning!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4. Goodbye!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[3] I'm fine, thank you.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5. Good morning, teacher!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[2] I'm Dana.</w:t>
            </w:r>
          </w:p>
        </w:tc>
      </w:tr>
    </w:tbl>
    <w:p>
      <w:pPr>
        <w:spacing w:before="0" w:after="4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4. Look at the picture. Write the missing letter.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הסתכלו בתמונה. כתבו את האות החסרה.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انظر إلى الصورة. اكتب الحرف الناقص.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6"/>
        <w:gridCol w:w="3326"/>
        <w:gridCol w:w="3326"/>
      </w:tblGrid>
      <w:tr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a.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82063"/>
                  <wp:docPr id="13" name="Picture 1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en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8206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color w:val="0F7A4F"/>
                <w:sz w:val="30"/>
                <w:szCs w:val="30"/>
              </w:rPr>
              <w:t>pen</w:t>
            </w:r>
          </w:p>
        </w:tc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b.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88255"/>
                  <wp:docPr id="14" name="Picture 1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ag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8825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color w:val="0F7A4F"/>
                <w:sz w:val="30"/>
                <w:szCs w:val="30"/>
              </w:rPr>
              <w:t>bag</w:t>
            </w:r>
          </w:p>
        </w:tc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c.  </w:t>
            </w:r>
            <w:r>
              <w:drawing>
                <wp:inline xmlns:a="http://schemas.openxmlformats.org/drawingml/2006/main" xmlns:pic="http://schemas.openxmlformats.org/drawingml/2006/picture">
                  <wp:extent cx="576000" cy="408000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ook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40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color w:val="0F7A4F"/>
                <w:sz w:val="30"/>
                <w:szCs w:val="30"/>
              </w:rPr>
              <w:t>book</w:t>
            </w:r>
          </w:p>
        </w:tc>
      </w:tr>
      <w:tr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d.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ruler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color w:val="0F7A4F"/>
                <w:sz w:val="30"/>
                <w:szCs w:val="30"/>
              </w:rPr>
              <w:t>ruler</w:t>
            </w:r>
          </w:p>
        </w:tc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e.  </w:t>
            </w:r>
            <w:r>
              <w:drawing>
                <wp:inline xmlns:a="http://schemas.openxmlformats.org/drawingml/2006/main" xmlns:pic="http://schemas.openxmlformats.org/drawingml/2006/picture">
                  <wp:extent cx="576000" cy="450000"/>
                  <wp:docPr id="17" name="Picture 1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map.p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color w:val="0F7A4F"/>
                <w:sz w:val="30"/>
                <w:szCs w:val="30"/>
              </w:rPr>
              <w:t>map</w:t>
            </w:r>
          </w:p>
        </w:tc>
        <w:tc>
          <w:tcPr>
            <w:tcW w:type="dxa" w:w="3326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f.  </w:t>
            </w:r>
            <w:r>
              <w:drawing>
                <wp:inline xmlns:a="http://schemas.openxmlformats.org/drawingml/2006/main" xmlns:pic="http://schemas.openxmlformats.org/drawingml/2006/picture">
                  <wp:extent cx="576000" cy="906492"/>
                  <wp:docPr id="18" name="Picture 1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hair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90649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color w:val="0F7A4F"/>
                <w:sz w:val="30"/>
                <w:szCs w:val="30"/>
              </w:rPr>
              <w:t>chair</w:t>
            </w:r>
          </w:p>
        </w:tc>
      </w:tr>
    </w:tbl>
    <w:p>
      <w:pPr>
        <w:spacing w:before="0" w:after="8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5. Circle the school things.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הקיפו את החפצים של בית הספר.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ضع دائرة حول أدوات المدرسة.</w:t>
      </w:r>
    </w:p>
    <w:p>
      <w:pPr>
        <w:spacing w:before="0" w:after="100"/>
        <w:jc w:val="both"/>
      </w:pPr>
      <w:r>
        <w:rPr/>
        <w:t>a. pen    cat    book  → pen, book</w:t>
      </w:r>
    </w:p>
    <w:p>
      <w:pPr>
        <w:spacing w:before="0" w:after="100"/>
        <w:jc w:val="both"/>
      </w:pPr>
      <w:r>
        <w:rPr/>
        <w:t>b. sun    ruler    dog  → ruler</w:t>
      </w:r>
    </w:p>
    <w:p>
      <w:pPr>
        <w:spacing w:before="0" w:after="100"/>
        <w:jc w:val="both"/>
      </w:pPr>
      <w:r>
        <w:rPr/>
        <w:t>c. bag    fish    egg  → bag</w:t>
      </w:r>
    </w:p>
    <w:p>
      <w:pPr>
        <w:spacing w:before="0" w:after="100"/>
        <w:jc w:val="both"/>
      </w:pPr>
      <w:r>
        <w:rPr/>
        <w:t>d. chair    frog    hat  → chair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6. Write: Hello! My name is … (your name).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כתבו: ‎Hello!‎‏ ‎My name is … (‎והשם שלכם).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اكتب: ‎Hello!‎‏ ‎My name is … (‎واسمك).</w:t>
      </w:r>
    </w:p>
    <w:p>
      <w:pPr>
        <w:spacing w:before="0" w:after="80"/>
        <w:jc w:val="both"/>
      </w:pPr>
      <w:r>
        <w:rPr>
          <w:color w:val="0F7A4F"/>
        </w:rPr>
        <w:t>Possible answer: Hello! My name is Dana.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7. Trace and write the words.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עקבו אחרי המילים האפורות וכתבו אותן בעצמכם.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تتبّع الكلمات الرماديّة ثمّ اكتبها وحدك.</w:t>
      </w:r>
    </w:p>
    <w:p>
      <w:pPr>
        <w:spacing w:before="0" w:after="120"/>
        <w:jc w:val="left"/>
      </w:pPr>
      <w:r>
        <w:rPr>
          <w:rFonts w:ascii="Calibri" w:hAnsi="Calibri" w:cs="Calibri"/>
          <w:sz w:val="60"/>
          <w:szCs w:val="60"/>
        </w:rPr>
        <w:t xml:space="preserve">Hello!    </w:t>
      </w:r>
      <w:r>
        <w:rPr>
          <w:rFonts w:ascii="Calibri" w:hAnsi="Calibri" w:cs="Calibri"/>
          <w:sz w:val="60"/>
          <w:szCs w:val="60"/>
        </w:rPr>
        <w:t xml:space="preserve">Hello!    </w:t>
      </w:r>
      <w:r>
        <w:rPr>
          <w:rFonts w:ascii="Calibri" w:hAnsi="Calibri" w:cs="Calibri"/>
          <w:sz w:val="60"/>
          <w:szCs w:val="60"/>
        </w:rPr>
        <w:t xml:space="preserve">Hello!    </w:t>
      </w:r>
      <w:r>
        <w:rPr>
          <w:rFonts w:ascii="Calibri" w:hAnsi="Calibri" w:cs="Calibri"/>
          <w:sz w:val="60"/>
          <w:szCs w:val="60"/>
        </w:rPr>
        <w:t xml:space="preserve">Hello!    </w:t>
      </w:r>
      <w:r>
        <w:rPr>
          <w:color w:val="9AA3B2"/>
          <w:sz w:val="60"/>
          <w:szCs w:val="60"/>
        </w:rPr>
      </w:r>
    </w:p>
    <w:p>
      <w:pPr>
        <w:spacing w:before="0" w:after="120"/>
        <w:jc w:val="left"/>
      </w:pPr>
      <w:r>
        <w:rPr>
          <w:rFonts w:ascii="Calibri" w:hAnsi="Calibri" w:cs="Calibri"/>
          <w:sz w:val="60"/>
          <w:szCs w:val="60"/>
        </w:rPr>
        <w:t xml:space="preserve">Bye!    </w:t>
      </w:r>
      <w:r>
        <w:rPr>
          <w:rFonts w:ascii="Calibri" w:hAnsi="Calibri" w:cs="Calibri"/>
          <w:sz w:val="60"/>
          <w:szCs w:val="60"/>
        </w:rPr>
        <w:t xml:space="preserve">Bye!    </w:t>
      </w:r>
      <w:r>
        <w:rPr>
          <w:rFonts w:ascii="Calibri" w:hAnsi="Calibri" w:cs="Calibri"/>
          <w:sz w:val="60"/>
          <w:szCs w:val="60"/>
        </w:rPr>
        <w:t xml:space="preserve">Bye!    </w:t>
      </w:r>
      <w:r>
        <w:rPr>
          <w:rFonts w:ascii="Calibri" w:hAnsi="Calibri" w:cs="Calibri"/>
          <w:sz w:val="60"/>
          <w:szCs w:val="60"/>
        </w:rPr>
        <w:t xml:space="preserve">Bye!    </w:t>
      </w:r>
      <w:r>
        <w:rPr>
          <w:color w:val="9AA3B2"/>
          <w:sz w:val="60"/>
          <w:szCs w:val="60"/>
        </w:rPr>
      </w:r>
    </w:p>
    <w:p>
      <w:pPr>
        <w:spacing w:before="0" w:after="120"/>
        <w:jc w:val="left"/>
      </w:pPr>
      <w:r>
        <w:rPr>
          <w:rFonts w:ascii="Calibri" w:hAnsi="Calibri" w:cs="Calibri"/>
          <w:sz w:val="60"/>
          <w:szCs w:val="60"/>
        </w:rPr>
        <w:t xml:space="preserve">pen    </w:t>
      </w:r>
      <w:r>
        <w:rPr>
          <w:rFonts w:ascii="Calibri" w:hAnsi="Calibri" w:cs="Calibri"/>
          <w:sz w:val="60"/>
          <w:szCs w:val="60"/>
        </w:rPr>
        <w:t xml:space="preserve">pen    </w:t>
      </w:r>
      <w:r>
        <w:rPr>
          <w:rFonts w:ascii="Calibri" w:hAnsi="Calibri" w:cs="Calibri"/>
          <w:sz w:val="60"/>
          <w:szCs w:val="60"/>
        </w:rPr>
        <w:t xml:space="preserve">pen    </w:t>
      </w:r>
      <w:r>
        <w:rPr>
          <w:rFonts w:ascii="Calibri" w:hAnsi="Calibri" w:cs="Calibri"/>
          <w:sz w:val="60"/>
          <w:szCs w:val="60"/>
        </w:rPr>
        <w:t xml:space="preserve">pen    </w:t>
      </w:r>
      <w:r>
        <w:rPr>
          <w:color w:val="9AA3B2"/>
          <w:sz w:val="60"/>
          <w:szCs w:val="60"/>
        </w:rPr>
      </w:r>
    </w:p>
    <w:p>
      <w:pPr>
        <w:spacing w:before="0" w:after="120"/>
        <w:jc w:val="left"/>
      </w:pPr>
      <w:r>
        <w:rPr>
          <w:rFonts w:ascii="Calibri" w:hAnsi="Calibri" w:cs="Calibri"/>
          <w:sz w:val="60"/>
          <w:szCs w:val="60"/>
        </w:rPr>
        <w:t xml:space="preserve">book    </w:t>
      </w:r>
      <w:r>
        <w:rPr>
          <w:rFonts w:ascii="Calibri" w:hAnsi="Calibri" w:cs="Calibri"/>
          <w:sz w:val="60"/>
          <w:szCs w:val="60"/>
        </w:rPr>
        <w:t xml:space="preserve">book    </w:t>
      </w:r>
      <w:r>
        <w:rPr>
          <w:rFonts w:ascii="Calibri" w:hAnsi="Calibri" w:cs="Calibri"/>
          <w:sz w:val="60"/>
          <w:szCs w:val="60"/>
        </w:rPr>
        <w:t xml:space="preserve">book    </w:t>
      </w:r>
      <w:r>
        <w:rPr>
          <w:rFonts w:ascii="Calibri" w:hAnsi="Calibri" w:cs="Calibri"/>
          <w:sz w:val="60"/>
          <w:szCs w:val="60"/>
        </w:rPr>
        <w:t xml:space="preserve">book    </w:t>
      </w:r>
      <w:r>
        <w:rPr>
          <w:color w:val="9AA3B2"/>
          <w:sz w:val="60"/>
          <w:szCs w:val="60"/>
        </w:rPr>
      </w:r>
    </w:p>
    <w:p>
      <w:pPr>
        <w:spacing w:before="160" w:after="60"/>
        <w:jc w:val="both"/>
      </w:pPr>
      <w:r>
        <w:rPr>
          <w:b/>
          <w:bCs/>
          <w:color w:val="9F1239"/>
          <w:sz w:val="26"/>
          <w:szCs w:val="26"/>
        </w:rPr>
        <w:t>8. Cut out the cards. Glue each card in the right box: school things or words we say.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גזרו את הכרטיסים, והדביקו כל כרטיס בתיבה הנכונה: חפצים בבית הספר או מילים שאומרים.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قُصّوا البطاقات، وألصقوا كلّ بطاقة في المكان الصحيح: أدوات المدرسة أو كلمات نقولها.</w:t>
      </w:r>
    </w:p>
    <w:tbl>
      <w:tblPr>
        <w:tblW w:type="auto" w:w="0"/>
        <w:tblLook w:firstColumn="1" w:firstRow="1" w:lastColumn="0" w:lastRow="0" w:noHBand="0" w:noVBand="1" w:val="04A0"/>
        <w:tblLayout w:type="fixed"/>
      </w:tblPr>
      <w:tblGrid>
        <w:gridCol w:w="2494"/>
        <w:gridCol w:w="2494"/>
        <w:gridCol w:w="2494"/>
        <w:gridCol w:w="2494"/>
      </w:tblGrid>
      <w:tr>
        <w:tc>
          <w:tcPr>
            <w:tcW w:type="dxa" w:w="4932"/>
            <w:tcBorders>
              <w:top w:val="single" w:sz="8" w:color="C9CFDB" w:space="0"/>
              <w:left w:val="single" w:sz="8" w:color="C9CFDB" w:space="0"/>
              <w:bottom w:val="single" w:sz="8" w:color="C9CFDB" w:space="0"/>
              <w:right w:val="single" w:sz="8" w:color="C9CFDB" w:space="0"/>
            </w:tcBorders>
            <w:gridSpan w:val="2"/>
            <w:shd w:val="clear" w:color="auto" w:fill="F1F4F9"/>
            <w:vAlign w:val="center"/>
          </w:tcPr>
          <w:p>
            <w:pPr>
              <w:spacing w:before="40" w:after="40"/>
              <w:jc w:val="center"/>
            </w:pPr>
            <w:r>
              <w:rPr>
                <w:b/>
                <w:bCs/>
                <w:sz w:val="25"/>
                <w:szCs w:val="25"/>
              </w:rPr>
              <w:t>School things</w:t>
            </w:r>
          </w:p>
        </w:tc>
        <w:tc>
          <w:tcPr>
            <w:tcW w:type="dxa" w:w="4932"/>
            <w:tcBorders>
              <w:top w:val="single" w:sz="8" w:color="C9CFDB" w:space="0"/>
              <w:left w:val="single" w:sz="8" w:color="C9CFDB" w:space="0"/>
              <w:bottom w:val="single" w:sz="8" w:color="C9CFDB" w:space="0"/>
              <w:right w:val="single" w:sz="8" w:color="C9CFDB" w:space="0"/>
            </w:tcBorders>
            <w:gridSpan w:val="2"/>
            <w:shd w:val="clear" w:color="auto" w:fill="F1F4F9"/>
            <w:vAlign w:val="center"/>
          </w:tcPr>
          <w:p>
            <w:pPr>
              <w:spacing w:before="40" w:after="40"/>
              <w:jc w:val="center"/>
            </w:pPr>
            <w:r>
              <w:rPr>
                <w:b/>
                <w:bCs/>
                <w:sz w:val="25"/>
                <w:szCs w:val="25"/>
              </w:rPr>
              <w:t>Words we say</w:t>
            </w:r>
          </w:p>
        </w:tc>
      </w:tr>
      <w:tr>
        <w:trPr>
          <w:trHeight w:val="1360" w:hRule="exact"/>
        </w:trPr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32"/>
                <w:szCs w:val="32"/>
              </w:rPr>
              <w:t>📚</w:t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</w:rPr>
              <w:t>book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32"/>
                <w:szCs w:val="32"/>
              </w:rPr>
              <w:t>✏️</w:t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</w:rPr>
              <w:t>pencil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32"/>
                <w:szCs w:val="32"/>
              </w:rPr>
              <w:t>👋</w:t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</w:rPr>
              <w:t>Hello!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32"/>
                <w:szCs w:val="32"/>
              </w:rPr>
              <w:t>🙏</w:t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</w:rPr>
              <w:t>Thank you!</w:t>
            </w:r>
          </w:p>
        </w:tc>
      </w:tr>
      <w:tr>
        <w:trPr>
          <w:trHeight w:val="1360" w:hRule="exact"/>
        </w:trPr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32"/>
                <w:szCs w:val="32"/>
              </w:rPr>
              <w:t>🎒</w:t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</w:rPr>
              <w:t>bag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32"/>
                <w:szCs w:val="32"/>
              </w:rPr>
              <w:t>📏</w:t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</w:rPr>
              <w:t>ruler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32"/>
                <w:szCs w:val="32"/>
              </w:rPr>
              <w:t>👋</w:t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</w:rPr>
              <w:t>Goodbye!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32"/>
                <w:szCs w:val="32"/>
              </w:rPr>
              <w:t>😊</w:t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</w:rPr>
              <w:t>I'm fine.</w:t>
            </w:r>
          </w:p>
        </w:tc>
      </w:tr>
    </w:tbl>
    <w:p>
      <w:pPr>
        <w:spacing w:before="0" w:after="40"/>
        <w:jc w:val="both"/>
      </w:pPr>
    </w:p>
    <w:p>
      <w:pPr>
        <w:spacing w:before="160" w:after="60"/>
        <w:jc w:val="both"/>
      </w:pPr>
      <w:r>
        <w:rPr>
          <w:b/>
          <w:bCs/>
          <w:color w:val="9F1239"/>
          <w:sz w:val="26"/>
          <w:szCs w:val="26"/>
        </w:rPr>
        <w:t>9. Match: what do you say back? Draw a line.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התאימו: מה עונים? מתחו קו.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طابِقوا: بماذا نُجيب؟ صِلوا بخطّ.</w:t>
      </w:r>
    </w:p>
    <w:p>
      <w:pPr>
        <w:spacing w:before="0" w:after="40"/>
        <w:jc w:val="both"/>
      </w:pPr>
      <w:r>
        <w:rPr>
          <w:color w:val="0F7A4F"/>
          <w:sz w:val="25"/>
          <w:szCs w:val="25"/>
        </w:rPr>
        <w:t>1. Hello!  ←  b. Hi!</w:t>
      </w:r>
    </w:p>
    <w:p>
      <w:pPr>
        <w:spacing w:before="0" w:after="40"/>
        <w:jc w:val="both"/>
      </w:pPr>
      <w:r>
        <w:rPr>
          <w:color w:val="0F7A4F"/>
          <w:sz w:val="25"/>
          <w:szCs w:val="25"/>
        </w:rPr>
        <w:t>2. How are you?  ←  e. I'm fine, thank you.</w:t>
      </w:r>
    </w:p>
    <w:p>
      <w:pPr>
        <w:spacing w:before="0" w:after="40"/>
        <w:jc w:val="both"/>
      </w:pPr>
      <w:r>
        <w:rPr>
          <w:color w:val="0F7A4F"/>
          <w:sz w:val="25"/>
          <w:szCs w:val="25"/>
        </w:rPr>
        <w:t>3. What's your name?  ←  a. My name is Dan.</w:t>
      </w:r>
    </w:p>
    <w:p>
      <w:pPr>
        <w:spacing w:before="0" w:after="40"/>
        <w:jc w:val="both"/>
      </w:pPr>
      <w:r>
        <w:rPr>
          <w:color w:val="0F7A4F"/>
          <w:sz w:val="25"/>
          <w:szCs w:val="25"/>
        </w:rPr>
        <w:t>4. Goodbye!  ←  c. Bye!</w:t>
      </w:r>
    </w:p>
    <w:p>
      <w:pPr>
        <w:spacing w:before="0" w:after="40"/>
        <w:jc w:val="both"/>
      </w:pPr>
      <w:r>
        <w:rPr>
          <w:color w:val="0F7A4F"/>
          <w:sz w:val="25"/>
          <w:szCs w:val="25"/>
        </w:rPr>
        <w:t>5. Thank you!  ←  d. You're welcome.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cs="Calibri"/>
      <w:sz w:val="25"/>
      <w:szCs w:val="25"/>
      <w:lang w:val="en-US" w:bidi="en-U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Relationship Id="rId15" Type="http://schemas.openxmlformats.org/officeDocument/2006/relationships/image" Target="media/image6.png"/><Relationship Id="rId16" Type="http://schemas.openxmlformats.org/officeDocument/2006/relationships/image" Target="media/image7.png"/><Relationship Id="rId17" Type="http://schemas.openxmlformats.org/officeDocument/2006/relationships/image" Target="media/image8.png"/><Relationship Id="rId18" Type="http://schemas.openxmlformats.org/officeDocument/2006/relationships/image" Target="media/image9.png"/><Relationship Id="rId19" Type="http://schemas.openxmlformats.org/officeDocument/2006/relationships/image" Target="media/image10.png"/><Relationship Id="rId20" Type="http://schemas.openxmlformats.org/officeDocument/2006/relationships/image" Target="media/image11.png"/><Relationship Id="rId21" Type="http://schemas.openxmlformats.org/officeDocument/2006/relationships/image" Target="media/image12.png"/><Relationship Id="rId22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