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בעלי חיים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الحيوانات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animals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בעלי חיים –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الحيوانات – كلّ ما يجب أن تتذكّره في صفحة واحدة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Pets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חיות מחמד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أليفة</w:t>
      </w:r>
    </w:p>
    <w:p>
      <w:pPr>
        <w:spacing w:before="0" w:after="20"/>
        <w:jc w:val="both"/>
      </w:pPr>
      <w:r>
        <w:rPr/>
        <w:t>1. cat     dog     fish     bird     rabbit     mouse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Farm 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בעלי חיים בחווה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المزرعة</w:t>
      </w:r>
    </w:p>
    <w:p>
      <w:pPr>
        <w:spacing w:before="0" w:after="20"/>
        <w:jc w:val="both"/>
      </w:pPr>
      <w:r>
        <w:rPr/>
        <w:t>1. cow     horse     sheep     duck     hen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Zoo 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בעלי חיים בגן החיות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حديقة الحيوانات</w:t>
      </w:r>
    </w:p>
    <w:p>
      <w:pPr>
        <w:spacing w:before="0" w:after="20"/>
        <w:jc w:val="both"/>
      </w:pPr>
      <w:r>
        <w:rPr/>
        <w:t>1. lion     monkey     elephant     zebra     tiger     giraffe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One and more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אחד ויותר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واحد وأكثر</w:t>
      </w:r>
    </w:p>
    <w:p>
      <w:pPr>
        <w:spacing w:before="0" w:after="40"/>
        <w:jc w:val="both"/>
      </w:pPr>
      <w:r>
        <w:rPr/>
        <w:t>For more than one, add 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כשיש יותר מאחד, מוסיפים ‎s‎.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عندما يكون أكثر من واحد، نضيف ‎s‎.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one cat – two cats · one dog – three dogs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duck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ברווז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371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3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horse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حصان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997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99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פרה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بقرة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lion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אריה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أسد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One dog, two dogs: for more than one, add 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כשיש יותר מאחד, מוסיפים ‎s: one dog, two dogs‎.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عندما يكون أكثر من واحد، نضيف ‎s: one dog, two dogs‎.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Write the word: d – u – ck</w:t>
      </w:r>
    </w:p>
    <w:p>
      <w:pPr>
        <w:spacing w:before="0" w:after="20"/>
        <w:jc w:val="both"/>
      </w:pPr>
      <w:r>
        <w:rPr/>
        <w:t>1. Say each sound: /d/ – /u/ – /k/.</w:t>
      </w:r>
    </w:p>
    <w:p>
      <w:pPr>
        <w:spacing w:before="0" w:after="20"/>
        <w:jc w:val="both"/>
      </w:pPr>
      <w:r>
        <w:rPr/>
        <w:t>2. Write the letters: d, u, c, k.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duck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c__________w</w:t>
      </w:r>
    </w:p>
    <w:p>
      <w:pPr>
        <w:spacing w:before="0" w:after="60"/>
        <w:jc w:val="both"/>
      </w:pPr>
      <w:r>
        <w:rPr/>
        <w:t>b. l__________on</w:t>
      </w:r>
    </w:p>
    <w:p>
      <w:pPr>
        <w:spacing w:before="0" w:after="60"/>
        <w:jc w:val="both"/>
      </w:pPr>
      <w:r>
        <w:rPr/>
        <w:t>c. d__________ck</w:t>
      </w:r>
    </w:p>
    <w:p>
      <w:pPr>
        <w:spacing w:before="0" w:after="60"/>
        <w:jc w:val="both"/>
      </w:pPr>
      <w:r>
        <w:rPr/>
        <w:t>d. z__________bra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o · b. i · c. u · d. 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