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C2410C"/>
          <w:sz w:val="44"/>
          <w:szCs w:val="44"/>
        </w:rPr>
        <w:t>Animals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בעלי חיים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الحيوانات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p>
      <w:pPr>
        <w:spacing w:before="0" w:after="80"/>
        <w:jc w:val="both"/>
      </w:pPr>
      <w:r>
        <w:rPr>
          <w:color w:val="C2410C"/>
          <w:sz w:val="24"/>
          <w:szCs w:val="24"/>
        </w:rPr>
        <w:t>Word bank: cat  |  dog  |  fish  |  bird  |  cow  |  duck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8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Circle the right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الكلمة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lion     </w:t>
            </w:r>
            <w:r>
              <w:rPr>
                <w:sz w:val="28"/>
                <w:szCs w:val="28"/>
              </w:rPr>
              <w:t xml:space="preserve">lemon     </w:t>
            </w:r>
            <w:r>
              <w:rPr>
                <w:sz w:val="28"/>
                <w:szCs w:val="28"/>
              </w:rPr>
              <w:t xml:space="preserve">tiger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n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mouse     </w:t>
            </w:r>
            <w:r>
              <w:rPr>
                <w:sz w:val="28"/>
                <w:szCs w:val="28"/>
              </w:rPr>
              <w:t xml:space="preserve">monkey     </w:t>
            </w:r>
            <w:r>
              <w:rPr>
                <w:sz w:val="28"/>
                <w:szCs w:val="28"/>
              </w:rPr>
              <w:t xml:space="preserve">moon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2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elephant     </w:t>
            </w:r>
            <w:r>
              <w:rPr>
                <w:sz w:val="28"/>
                <w:szCs w:val="28"/>
              </w:rPr>
              <w:t xml:space="preserve">zebra     </w:t>
            </w:r>
            <w:r>
              <w:rPr>
                <w:sz w:val="28"/>
                <w:szCs w:val="28"/>
              </w:rPr>
              <w:t xml:space="preserve">horse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tiger     </w:t>
            </w:r>
            <w:r>
              <w:rPr>
                <w:sz w:val="28"/>
                <w:szCs w:val="28"/>
              </w:rPr>
              <w:t xml:space="preserve">zebra     </w:t>
            </w:r>
            <w:r>
              <w:rPr>
                <w:sz w:val="28"/>
                <w:szCs w:val="28"/>
              </w:rPr>
              <w:t xml:space="preserve">sheep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7648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house     </w:t>
            </w:r>
            <w:r>
              <w:rPr>
                <w:sz w:val="28"/>
                <w:szCs w:val="28"/>
              </w:rPr>
              <w:t xml:space="preserve">horse     </w:t>
            </w:r>
            <w:r>
              <w:rPr>
                <w:sz w:val="28"/>
                <w:szCs w:val="28"/>
              </w:rPr>
              <w:t xml:space="preserve">hen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57479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574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rabbit     </w:t>
            </w:r>
            <w:r>
              <w:rPr>
                <w:sz w:val="28"/>
                <w:szCs w:val="28"/>
              </w:rPr>
              <w:t xml:space="preserve">robot     </w:t>
            </w:r>
            <w:r>
              <w:rPr>
                <w:sz w:val="28"/>
                <w:szCs w:val="28"/>
              </w:rPr>
              <w:t xml:space="preserve">ring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Look at the picture.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c_____t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d_____g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n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h_____n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d_____ck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f_____sh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fr_____g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Sort the animals: farm or zoo.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בעלי החיים: חווה או גן חיות.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الحيوانات: مزرعة أو حديقة حيوانات.</w:t>
      </w:r>
    </w:p>
    <w:p>
      <w:pPr>
        <w:spacing w:before="0" w:after="80"/>
        <w:jc w:val="both"/>
      </w:pPr>
      <w:r>
        <w:rPr>
          <w:color w:val="C2410C"/>
          <w:sz w:val="24"/>
          <w:szCs w:val="24"/>
        </w:rPr>
        <w:t>Words: cow  |  lion  |  horse  |  monkey  |  sheep  |  zebra  |  duck  |  tiger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Farm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Zoo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and circle the right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והקיפו את המילים הנכונות.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وضع دائرة حول الكلمات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39062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39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39062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39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one dog     </w:t>
            </w:r>
            <w:r>
              <w:rPr>
                <w:sz w:val="28"/>
                <w:szCs w:val="28"/>
              </w:rPr>
              <w:t xml:space="preserve">two dogs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one cat     </w:t>
            </w:r>
            <w:r>
              <w:rPr>
                <w:sz w:val="28"/>
                <w:szCs w:val="28"/>
              </w:rPr>
              <w:t xml:space="preserve">two cats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55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5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55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5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55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5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three birds     </w:t>
            </w:r>
            <w:r>
              <w:rPr>
                <w:sz w:val="28"/>
                <w:szCs w:val="28"/>
              </w:rPr>
              <w:t xml:space="preserve">two birds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two ducks     </w:t>
            </w:r>
            <w:r>
              <w:rPr>
                <w:sz w:val="28"/>
                <w:szCs w:val="28"/>
              </w:rPr>
              <w:t xml:space="preserve">four ducks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five frogs     </w:t>
            </w:r>
            <w:r>
              <w:rPr>
                <w:sz w:val="28"/>
                <w:szCs w:val="28"/>
              </w:rPr>
              <w:t xml:space="preserve">four frogs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61375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1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1375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1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1375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1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three cows     </w:t>
            </w:r>
            <w:r>
              <w:rPr>
                <w:sz w:val="28"/>
                <w:szCs w:val="28"/>
              </w:rPr>
              <w:t xml:space="preserve">one cow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Look and read. Circle Yes or No.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2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an elephant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ger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lion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heep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sheep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6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us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monkey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80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bird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2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horse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color w:val="B4BBC7"/>
          <w:sz w:val="60"/>
          <w:szCs w:val="60"/>
        </w:rPr>
        <w:t xml:space="preserve">cat    </w:t>
      </w:r>
      <w:r>
        <w:rPr>
          <w:rFonts w:ascii="Calibri" w:hAnsi="Calibri" w:cs="Calibri"/>
          <w:color w:val="B4BBC7"/>
          <w:sz w:val="60"/>
          <w:szCs w:val="60"/>
        </w:rPr>
        <w:t xml:space="preserve">cat    </w:t>
      </w:r>
      <w:r>
        <w:rPr>
          <w:rFonts w:ascii="Calibri" w:hAnsi="Calibri" w:cs="Calibri"/>
          <w:color w:val="B4BBC7"/>
          <w:sz w:val="60"/>
          <w:szCs w:val="60"/>
        </w:rPr>
        <w:t xml:space="preserve">cat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color w:val="B4BBC7"/>
          <w:sz w:val="60"/>
          <w:szCs w:val="60"/>
        </w:rPr>
        <w:t xml:space="preserve">dog    </w:t>
      </w:r>
      <w:r>
        <w:rPr>
          <w:rFonts w:ascii="Calibri" w:hAnsi="Calibri" w:cs="Calibri"/>
          <w:color w:val="B4BBC7"/>
          <w:sz w:val="60"/>
          <w:szCs w:val="60"/>
        </w:rPr>
        <w:t xml:space="preserve">dog    </w:t>
      </w:r>
      <w:r>
        <w:rPr>
          <w:rFonts w:ascii="Calibri" w:hAnsi="Calibri" w:cs="Calibri"/>
          <w:color w:val="B4BBC7"/>
          <w:sz w:val="60"/>
          <w:szCs w:val="60"/>
        </w:rPr>
        <w:t xml:space="preserve">dog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cow    </w:t>
      </w:r>
      <w:r>
        <w:rPr>
          <w:rFonts w:ascii="Calibri" w:hAnsi="Calibri" w:cs="Calibri"/>
          <w:color w:val="B4BBC7"/>
          <w:sz w:val="60"/>
          <w:szCs w:val="60"/>
        </w:rPr>
        <w:t xml:space="preserve">cow    </w:t>
      </w:r>
      <w:r>
        <w:rPr>
          <w:rFonts w:ascii="Calibri" w:hAnsi="Calibri" w:cs="Calibri"/>
          <w:color w:val="B4BBC7"/>
          <w:sz w:val="60"/>
          <w:szCs w:val="60"/>
        </w:rPr>
        <w:t xml:space="preserve">cow    </w:t>
      </w:r>
      <w:r>
        <w:rPr>
          <w:rFonts w:ascii="Calibri" w:hAnsi="Calibri" w:cs="Calibri"/>
          <w:color w:val="B4BBC7"/>
          <w:sz w:val="60"/>
          <w:szCs w:val="60"/>
        </w:rPr>
        <w:t xml:space="preserve">cow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lion    </w:t>
      </w:r>
      <w:r>
        <w:rPr>
          <w:rFonts w:ascii="Calibri" w:hAnsi="Calibri" w:cs="Calibri"/>
          <w:color w:val="B4BBC7"/>
          <w:sz w:val="60"/>
          <w:szCs w:val="60"/>
        </w:rPr>
        <w:t xml:space="preserve">lion    </w:t>
      </w:r>
      <w:r>
        <w:rPr>
          <w:rFonts w:ascii="Calibri" w:hAnsi="Calibri" w:cs="Calibri"/>
          <w:color w:val="B4BBC7"/>
          <w:sz w:val="60"/>
          <w:szCs w:val="60"/>
        </w:rPr>
        <w:t xml:space="preserve">lion    </w:t>
      </w:r>
      <w:r>
        <w:rPr>
          <w:rFonts w:ascii="Calibri" w:hAnsi="Calibri" w:cs="Calibri"/>
          <w:color w:val="B4BBC7"/>
          <w:sz w:val="60"/>
          <w:szCs w:val="60"/>
        </w:rPr>
        <w:t xml:space="preserve">lion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8. Cut out the animal cards. Glue each animal in the right box: it lives on a farm or in the water.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החיות, והדביקו כל חיה בתיבה הנכונה: חיה בחווה או חיה במים.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الحيوانات، وألصقوا كلّ حيوان في المكان الصحيح: يعيش في المزرعة أو في الماء.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On a farm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In the water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9. Match the picture to the sentence.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התמונה למשפט. כתבו את המספר.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 الصورة مع الجملة. اكتبوا الرقم.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🐘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🐟</w:t>
            </w:r>
          </w:p>
        </w:tc>
      </w:tr>
    </w:tbl>
    <w:p>
      <w:pPr>
        <w:spacing w:before="0" w:after="40"/>
        <w:jc w:val="both"/>
      </w:pPr>
    </w:p>
    <w:p>
      <w:pPr>
        <w:spacing w:before="0" w:after="60"/>
        <w:jc w:val="both"/>
      </w:pPr>
      <w:r>
        <w:rPr>
          <w:sz w:val="25"/>
          <w:szCs w:val="25"/>
        </w:rPr>
        <w:t>[      ]   The bird can fly.</w:t>
      </w:r>
    </w:p>
    <w:p>
      <w:pPr>
        <w:spacing w:before="0" w:after="60"/>
        <w:jc w:val="both"/>
      </w:pPr>
      <w:r>
        <w:rPr>
          <w:sz w:val="25"/>
          <w:szCs w:val="25"/>
        </w:rPr>
        <w:t>[      ]   The mouse is small.</w:t>
      </w:r>
    </w:p>
    <w:p>
      <w:pPr>
        <w:spacing w:before="0" w:after="60"/>
        <w:jc w:val="both"/>
      </w:pPr>
      <w:r>
        <w:rPr>
          <w:sz w:val="25"/>
          <w:szCs w:val="25"/>
        </w:rPr>
        <w:t>[      ]   The fish can swim.</w:t>
      </w:r>
    </w:p>
    <w:p>
      <w:pPr>
        <w:spacing w:before="0" w:after="60"/>
        <w:jc w:val="both"/>
      </w:pPr>
      <w:r>
        <w:rPr>
          <w:sz w:val="25"/>
          <w:szCs w:val="25"/>
        </w:rPr>
        <w:t>[      ]   The elephant is big.</w:t>
      </w:r>
    </w:p>
    <w:p>
      <w:pPr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✂ Cut-out page · דף גזירה – Animals</w:t>
            </w:r>
          </w:p>
        </w:tc>
      </w:tr>
    </w:tbl>
    <w:p>
      <w:pPr>
        <w:spacing w:before="0" w:after="40"/>
        <w:jc w:val="both"/>
      </w:pP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3, משימה 8.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3, task 8.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🐄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cow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🐬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dolphin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🐟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fish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🐴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horse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🐔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hen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🦀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crab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🐑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sheep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🐙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octopus</w:t>
            </w:r>
          </w:p>
        </w:tc>
      </w:tr>
    </w:tbl>
    <w:p>
      <w:pPr>
        <w:spacing w:before="0" w:after="12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