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Animals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fish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bird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cow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duck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(lion)     </w:t>
            </w:r>
            <w:r>
              <w:rPr>
                <w:sz w:val="28"/>
                <w:szCs w:val="28"/>
              </w:rPr>
              <w:t xml:space="preserve">lemon     </w:t>
            </w:r>
            <w:r>
              <w:rPr>
                <w:sz w:val="28"/>
                <w:szCs w:val="28"/>
              </w:rPr>
              <w:t xml:space="preserve">tiger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n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mouse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(monkey)     </w:t>
            </w:r>
            <w:r>
              <w:rPr>
                <w:sz w:val="28"/>
                <w:szCs w:val="28"/>
              </w:rPr>
              <w:t xml:space="preserve">moon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(elephant)     </w:t>
            </w:r>
            <w:r>
              <w:rPr>
                <w:sz w:val="28"/>
                <w:szCs w:val="28"/>
              </w:rPr>
              <w:t xml:space="preserve">zebra     </w:t>
            </w:r>
            <w:r>
              <w:rPr>
                <w:sz w:val="28"/>
                <w:szCs w:val="28"/>
              </w:rPr>
              <w:t xml:space="preserve">horse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9458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ebra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94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tiger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(zebra)     </w:t>
            </w:r>
            <w:r>
              <w:rPr>
                <w:sz w:val="28"/>
                <w:szCs w:val="28"/>
              </w:rPr>
              <w:t xml:space="preserve">sheep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7648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r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house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(horse)     </w:t>
            </w:r>
            <w:r>
              <w:rPr>
                <w:sz w:val="28"/>
                <w:szCs w:val="28"/>
              </w:rPr>
              <w:t xml:space="preserve">hen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57479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abbit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574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(rabbit)     </w:t>
            </w:r>
            <w:r>
              <w:rPr>
                <w:sz w:val="28"/>
                <w:szCs w:val="28"/>
              </w:rPr>
              <w:t xml:space="preserve">robot     </w:t>
            </w:r>
            <w:r>
              <w:rPr>
                <w:sz w:val="28"/>
                <w:szCs w:val="28"/>
              </w:rPr>
              <w:t xml:space="preserve">ring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cat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n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hen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duck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fish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frog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Sort the animals: farm or zoo.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בעלי החיים: חווה או גן חיות.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الحيوانات: مزرعة أو حديقة حيوانات.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Farm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Zoo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cow, horse, sheep, duck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lion, monkey, zebra, tiger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and circle the right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והקיפו את המילים הנכונות.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وضع دائرة حول الكلمات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39062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39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39062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390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one dog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(two dogs)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(one cat)     </w:t>
            </w:r>
            <w:r>
              <w:rPr>
                <w:sz w:val="28"/>
                <w:szCs w:val="28"/>
              </w:rPr>
              <w:t xml:space="preserve">two cats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55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5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(three birds)     </w:t>
            </w:r>
            <w:r>
              <w:rPr>
                <w:sz w:val="28"/>
                <w:szCs w:val="28"/>
              </w:rPr>
              <w:t xml:space="preserve">two birds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341581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415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(two ducks)     </w:t>
            </w:r>
            <w:r>
              <w:rPr>
                <w:sz w:val="28"/>
                <w:szCs w:val="28"/>
              </w:rPr>
              <w:t xml:space="preserve">four ducks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4562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45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five frogs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(four frogs)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xmlns:a="http://schemas.openxmlformats.org/drawingml/2006/main" xmlns:pic="http://schemas.openxmlformats.org/drawingml/2006/picture">
                  <wp:extent cx="306000" cy="261375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261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(three cows)     </w:t>
            </w:r>
            <w:r>
              <w:rPr>
                <w:sz w:val="28"/>
                <w:szCs w:val="28"/>
              </w:rPr>
              <w:t xml:space="preserve">one cow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Look and read. Circle Yes or No.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וקראו. הקיפו ‎Yes (‎כן) או ‎No (‎לא).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واقرأ. ضع دائرة حول ‎Yes (‎نعم) أو ‎No (‎لا).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an elephant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iger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lion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0000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eep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sheep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2600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ous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2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monkey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80000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rd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bird</w:t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(Yes)     </w:t>
            </w:r>
            <w:r>
              <w:rPr>
                <w:sz w:val="28"/>
                <w:szCs w:val="28"/>
              </w:rPr>
              <w:t xml:space="preserve">No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2000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w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6"/>
                <w:szCs w:val="26"/>
              </w:rPr>
              <w:t>a horse</w:t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Yes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cow    </w:t>
      </w:r>
      <w:r>
        <w:rPr>
          <w:rFonts w:ascii="Calibri" w:hAnsi="Calibri" w:cs="Calibri"/>
          <w:sz w:val="60"/>
          <w:szCs w:val="60"/>
        </w:rPr>
        <w:t xml:space="preserve">cow    </w:t>
      </w:r>
      <w:r>
        <w:rPr>
          <w:rFonts w:ascii="Calibri" w:hAnsi="Calibri" w:cs="Calibri"/>
          <w:sz w:val="60"/>
          <w:szCs w:val="60"/>
        </w:rPr>
        <w:t xml:space="preserve">cow    </w:t>
      </w:r>
      <w:r>
        <w:rPr>
          <w:rFonts w:ascii="Calibri" w:hAnsi="Calibri" w:cs="Calibri"/>
          <w:sz w:val="60"/>
          <w:szCs w:val="60"/>
        </w:rPr>
        <w:t xml:space="preserve">cow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rFonts w:ascii="Calibri" w:hAnsi="Calibri" w:cs="Calibri"/>
          <w:sz w:val="60"/>
          <w:szCs w:val="60"/>
        </w:rPr>
        <w:t xml:space="preserve">lion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8. Cut out the animal cards. Glue each animal in the right box: it lives on a farm or in the water.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כרטיסי החיות, והדביקו כל חיה בתיבה הנכונה: חיה בחווה או חיה במים.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بطاقات الحيوانات، وألصقوا كلّ حيوان في المكان الصحيح: يعيش في المزرعة أو في الماء.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On a farm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In the water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🐄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cow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🐔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hen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🐟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fish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🐙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octopus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🐑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sheep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🐴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horse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🐬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dolphin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🦀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crab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C2410C"/>
          <w:sz w:val="26"/>
          <w:szCs w:val="26"/>
        </w:rPr>
        <w:t>9. Match the picture to the sentence.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למשפט.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الجملة.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1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2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3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C2410C"/>
                <w:sz w:val="24"/>
                <w:szCs w:val="24"/>
              </w:rPr>
              <w:t>4</w:t>
            </w:r>
          </w:p>
        </w:tc>
      </w:tr>
      <w:tr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🐘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🐁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🐦</w:t>
            </w:r>
          </w:p>
        </w:tc>
        <w:tc>
          <w:tcPr>
            <w:tcW w:type="dxa" w:w="2466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[ 3 ]   The bird can fly.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[ 2 ]   The mouse is small.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[ 4 ]   The fish can swim.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[ 1 ]   The elephant is big.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