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both"/>
      </w:pPr>
    </w:p>
    <w:p>
      <w:pPr>
        <w:spacing w:before="0" w:after="80"/>
        <w:jc w:val="both"/>
      </w:pPr>
    </w:p>
    <w:p>
      <w:pPr>
        <w:spacing w:before="0" w:after="80"/>
        <w:jc w:val="both"/>
      </w:pP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40" w:after="80"/>
        <w:jc w:val="center"/>
      </w:pPr>
      <w:r>
        <w:rPr>
          <w:rFonts w:ascii="Arial" w:hAnsi="Arial" w:cs="Arial"/>
          <w:color w:val="0F766E"/>
          <w:sz w:val="36"/>
          <w:szCs w:val="36"/>
        </w:rPr>
        <w:t>Workbook</w:t>
      </w:r>
    </w:p>
    <w:p>
      <w:pPr>
        <w:spacing w:before="0" w:after="80"/>
        <w:jc w:val="center"/>
      </w:pPr>
      <w:r>
        <w:rPr>
          <w:rFonts w:ascii="Arial Black" w:hAnsi="Arial Black" w:cs="Arial Black"/>
          <w:b/>
          <w:bCs/>
          <w:color w:val="0F766E"/>
          <w:sz w:val="88"/>
          <w:szCs w:val="88"/>
        </w:rPr>
        <w:t>English</w:t>
      </w:r>
    </w:p>
    <w:p>
      <w:pPr>
        <w:spacing w:before="0" w:after="80"/>
        <w:jc w:val="center"/>
      </w:pPr>
      <w:r>
        <w:rPr>
          <w:sz w:val="44"/>
          <w:szCs w:val="44"/>
        </w:rPr>
        <w:t>Grade 3</w:t>
      </w:r>
    </w:p>
    <w:p>
      <w:pPr>
        <w:spacing w:before="0" w:after="80"/>
        <w:jc w:val="both"/>
      </w:pPr>
      <w:r>
        <w:br w:type="page"/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8"/>
          <w:szCs w:val="48"/>
        </w:rPr>
        <w:t>Contents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תוכן העניינים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المحتويات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Topic</w:t>
            </w:r>
          </w:p>
        </w:tc>
      </w:tr>
      <w:tr>
        <w:tc>
          <w:tcPr>
            <w:tcW w:type="dxa" w:w="9978"/>
          </w:tcPr>
          <w:p>
            <w:pPr>
              <w:spacing w:before="0" w:after="40"/>
              <w:jc w:val="both"/>
            </w:pPr>
            <w:r>
              <w:rPr/>
              <w:t>Introduction</w:t>
            </w:r>
          </w:p>
        </w:tc>
      </w:tr>
      <w:tr>
        <w:tc>
          <w:tcPr>
            <w:tcW w:type="dxa" w:w="9978"/>
          </w:tcPr>
          <w:p>
            <w:pPr>
              <w:spacing w:before="0" w:after="40"/>
              <w:jc w:val="both"/>
            </w:pPr>
            <w:r>
              <w:rPr/>
              <w:t>Unit 1: Letters A–F</w:t>
            </w:r>
          </w:p>
        </w:tc>
      </w:tr>
      <w:tr>
        <w:tc>
          <w:tcPr>
            <w:tcW w:type="dxa" w:w="9978"/>
          </w:tcPr>
          <w:p>
            <w:pPr>
              <w:spacing w:before="0" w:after="40"/>
              <w:jc w:val="both"/>
            </w:pPr>
            <w:r>
              <w:rPr/>
              <w:t>Unit 2: Letters G–L</w:t>
            </w:r>
          </w:p>
        </w:tc>
      </w:tr>
      <w:tr>
        <w:tc>
          <w:tcPr>
            <w:tcW w:type="dxa" w:w="9978"/>
          </w:tcPr>
          <w:p>
            <w:pPr>
              <w:spacing w:before="0" w:after="40"/>
              <w:jc w:val="both"/>
            </w:pPr>
            <w:r>
              <w:rPr/>
              <w:t>Unit 3: Letters M–R</w:t>
            </w:r>
          </w:p>
        </w:tc>
      </w:tr>
      <w:tr>
        <w:tc>
          <w:tcPr>
            <w:tcW w:type="dxa" w:w="9978"/>
          </w:tcPr>
          <w:p>
            <w:pPr>
              <w:spacing w:before="0" w:after="40"/>
              <w:jc w:val="both"/>
            </w:pPr>
            <w:r>
              <w:rPr/>
              <w:t>Unit 4: Letters S–Z</w:t>
            </w:r>
          </w:p>
        </w:tc>
      </w:tr>
      <w:tr>
        <w:tc>
          <w:tcPr>
            <w:tcW w:type="dxa" w:w="9978"/>
          </w:tcPr>
          <w:p>
            <w:pPr>
              <w:spacing w:before="0" w:after="40"/>
              <w:jc w:val="both"/>
            </w:pPr>
            <w:r>
              <w:rPr/>
              <w:t>Unit 5: Short words: cat, dog, sun</w:t>
            </w:r>
          </w:p>
        </w:tc>
      </w:tr>
      <w:tr>
        <w:tc>
          <w:tcPr>
            <w:tcW w:type="dxa" w:w="9978"/>
          </w:tcPr>
          <w:p>
            <w:pPr>
              <w:spacing w:before="0" w:after="40"/>
              <w:jc w:val="both"/>
            </w:pPr>
            <w:r>
              <w:rPr/>
              <w:t>Unit 6: Colors and numbers 1–10</w:t>
            </w:r>
          </w:p>
        </w:tc>
      </w:tr>
      <w:tr>
        <w:tc>
          <w:tcPr>
            <w:tcW w:type="dxa" w:w="9978"/>
          </w:tcPr>
          <w:p>
            <w:pPr>
              <w:spacing w:before="0" w:after="40"/>
              <w:jc w:val="both"/>
            </w:pPr>
            <w:r>
              <w:rPr/>
              <w:t>Unit 7: Hello! School things</w:t>
            </w:r>
          </w:p>
        </w:tc>
      </w:tr>
      <w:tr>
        <w:tc>
          <w:tcPr>
            <w:tcW w:type="dxa" w:w="9978"/>
          </w:tcPr>
          <w:p>
            <w:pPr>
              <w:spacing w:before="0" w:after="40"/>
              <w:jc w:val="both"/>
            </w:pPr>
            <w:r>
              <w:rPr/>
              <w:t>Unit 8: Animals</w:t>
            </w:r>
          </w:p>
        </w:tc>
      </w:tr>
      <w:tr>
        <w:tc>
          <w:tcPr>
            <w:tcW w:type="dxa" w:w="9978"/>
          </w:tcPr>
          <w:p>
            <w:pPr>
              <w:spacing w:before="0" w:after="40"/>
              <w:jc w:val="both"/>
            </w:pPr>
            <w:r>
              <w:rPr/>
              <w:t>Review – What did we learn?</w:t>
            </w:r>
          </w:p>
        </w:tc>
      </w:tr>
      <w:tr>
        <w:tc>
          <w:tcPr>
            <w:tcW w:type="dxa" w:w="9978"/>
          </w:tcPr>
          <w:p>
            <w:pPr>
              <w:spacing w:before="0" w:after="40"/>
              <w:jc w:val="both"/>
            </w:pPr>
            <w:r>
              <w:rPr/>
              <w:t>Cut-out pages · דפי גזירה</w:t>
            </w:r>
          </w:p>
        </w:tc>
      </w:tr>
    </w:tbl>
    <w:p>
      <w:pPr>
        <w:spacing w:before="0" w:after="40"/>
        <w:jc w:val="both"/>
      </w:pPr>
    </w:p>
    <w:p>
      <w:pPr>
        <w:spacing w:before="0" w:after="80"/>
        <w:jc w:val="both"/>
      </w:pPr>
      <w:r>
        <w:br w:type="page"/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8"/>
          <w:szCs w:val="48"/>
        </w:rPr>
        <w:t>Introduction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מבוא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مقدّمة</w:t>
      </w:r>
    </w:p>
    <w:p>
      <w:pPr>
        <w:spacing w:before="0" w:after="20"/>
        <w:jc w:val="both"/>
      </w:pPr>
      <w:r>
        <w:rPr/>
        <w:t>Hello, third grade! Welcome to your first English book.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שלום, כיתה ג'! ברוכים הבאים לספר האנגלית הראשון שלכם.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مرحبًا يا طلّاب الصفّ الثالث! أهلًا بكم في أوّل كتاب إنجليزيّة لكم.</w:t>
      </w:r>
    </w:p>
    <w:p>
      <w:pPr>
        <w:spacing w:before="0" w:after="20"/>
        <w:jc w:val="both"/>
      </w:pPr>
      <w:r>
        <w:rPr/>
        <w:t>This year you meet the English letters, A to Z. You learn the name and the sound of every letter and how to write it, big and small. Then you read your first short words: cat, dog, sun. You also learn colors, numbers 1–10, school things and animals, and you say hello.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השנה תכירו את האותיות באנגלית, מ-‎A‎ עד ‎Z‎. תלמדו את השם והצליל של כל אות ואיך כותבים אותה, גדולה וקטנה. אחר כך תקראו את המילים הקצרות הראשונות שלכם: ‎cat, dog, sun‎. תלמדו גם צבעים, מספרים ‎1–10‎, חפצים בבית הספר ובעלי חיים, ותגידו שלום.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في هذه السنة تتعرّف على الحروف الإنجليزيّة من ‎A‎ إلى ‎Z‎. تتعلّم اسم كلّ حرف وصوته وكيف تكتبه كبيرًا وصغيرًا. ثمّ تقرأ أولى كلماتك القصيرة: ‎cat‎ و‎dog‎ و‎sun‎. وتتعلّم أيضًا الألوان والأعداد ‎1–10‎ وأدوات المدرسة والحيوانات، وتقول مرحبًا.</w:t>
      </w:r>
    </w:p>
    <w:p>
      <w:pPr>
        <w:spacing w:before="0" w:after="20"/>
        <w:jc w:val="both"/>
      </w:pPr>
      <w:r>
        <w:rPr/>
        <w:t>In every chapter you trace, write, look at pictures and play with words. Have fun and good luck!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בכל פרק תעקבו אחרי אותיות, תכתבו, תסתכלו בתמונות ותשחקו עם מילים. תהנו ובהצלחה!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في كلّ فصل تتتبّع الحروف وتكتب وتنظر إلى الصور وتلعب بالكلمات. استمتع وبالتوفيق!</w:t>
      </w:r>
    </w:p>
    <w:p>
      <w:pPr>
        <w:spacing w:before="0" w:after="80"/>
        <w:jc w:val="both"/>
      </w:pPr>
      <w:r>
        <w:br w:type="page"/>
      </w:r>
    </w:p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Unit 1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Unit 1: Letters A–F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האותיות ‎A–F‎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الحروف ‎A–F‎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3_t0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Capital and small letters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גדולות וקטנות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الكبيرة والصغيرة</w:t>
      </w:r>
    </w:p>
    <w:p>
      <w:pPr>
        <w:spacing w:before="0" w:after="40"/>
        <w:jc w:val="both"/>
      </w:pPr>
      <w:r>
        <w:rPr/>
        <w:t>Every letter has a capital letter and a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לכל אות יש אות גדולה ‎(capital)‎ ואות קטנה ‎(small)‎.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لكلّ حرف شكل كبير ‎(capital)‎ وشكل صغير ‎(small)‎.</w:t>
      </w:r>
    </w:p>
    <w:p>
      <w:pPr>
        <w:spacing w:before="0" w:after="20"/>
        <w:jc w:val="both"/>
      </w:pPr>
      <w:r>
        <w:rPr/>
        <w:t>1. A a     B b     C c</w:t>
      </w:r>
    </w:p>
    <w:p>
      <w:pPr>
        <w:spacing w:before="0" w:after="20"/>
        <w:jc w:val="both"/>
      </w:pPr>
      <w:r>
        <w:rPr/>
        <w:t>2. D d     E e     F f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Letters and sounds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וצלילים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والأصوات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Letter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 a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apple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ant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 b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bag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ball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C c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cat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cup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 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dog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duck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E 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egg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elephant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F f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fish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frog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Writing on the lines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כתיבה על השורות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الكتابة على الأسطر</w:t>
      </w:r>
    </w:p>
    <w:p>
      <w:pPr>
        <w:spacing w:before="0" w:after="20"/>
        <w:jc w:val="both"/>
      </w:pPr>
      <w:r>
        <w:rPr/>
        <w:t>1. Capital letters touch the top line.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גדולות נוגעות בשורה העליונה.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الكبيرة تلمس السطر العلويّ.</w:t>
      </w:r>
    </w:p>
    <w:p>
      <w:pPr>
        <w:spacing w:before="0" w:after="20"/>
        <w:jc w:val="both"/>
      </w:pPr>
      <w:r>
        <w:rPr/>
        <w:t>2. b, d and f are tall small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האותיות ‎b, d‎ ו-‎f‎ הן אותיות קטנות גבוהות.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‎b‎ و‎d‎ و‎f‎ حروف صغيرة طويلة.</w:t>
      </w:r>
    </w:p>
    <w:p>
      <w:pPr>
        <w:spacing w:before="0" w:after="20"/>
        <w:jc w:val="both"/>
      </w:pPr>
      <w:r>
        <w:rPr/>
        <w:t>3. a, c and e are short small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האותיות ‎a, c‎ ו-‎e‎ הן אותיות קטנות נמוכות.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‎a‎ و‎c‎ و‎e‎ حروف صغيرة قصيرة.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6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gg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egg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ביצה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بيضة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992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9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apple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תפוח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تفاحة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1687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168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fish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דג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سمكة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nt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ant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נמלה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نملة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Trace and write the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האותיות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الحروف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A  B  C    </w:t>
      </w:r>
      <w:r>
        <w:rPr>
          <w:rFonts w:ascii="Calibri" w:hAnsi="Calibri" w:cs="Calibri"/>
          <w:color w:val="B4BBC7"/>
          <w:sz w:val="60"/>
          <w:szCs w:val="60"/>
        </w:rPr>
        <w:t xml:space="preserve">A  B  C    </w:t>
      </w:r>
      <w:r>
        <w:rPr>
          <w:rFonts w:ascii="Calibri" w:hAnsi="Calibri" w:cs="Calibri"/>
          <w:color w:val="B4BBC7"/>
          <w:sz w:val="60"/>
          <w:szCs w:val="60"/>
        </w:rPr>
        <w:t xml:space="preserve">A  B  C    </w:t>
      </w:r>
      <w:r>
        <w:rPr>
          <w:rFonts w:ascii="Calibri" w:hAnsi="Calibri" w:cs="Calibri"/>
          <w:color w:val="B4BBC7"/>
          <w:sz w:val="60"/>
          <w:szCs w:val="60"/>
        </w:rPr>
        <w:t xml:space="preserve">A  B  C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D  E  F    </w:t>
      </w:r>
      <w:r>
        <w:rPr>
          <w:rFonts w:ascii="Calibri" w:hAnsi="Calibri" w:cs="Calibri"/>
          <w:color w:val="B4BBC7"/>
          <w:sz w:val="60"/>
          <w:szCs w:val="60"/>
        </w:rPr>
        <w:t xml:space="preserve">D  E  F    </w:t>
      </w:r>
      <w:r>
        <w:rPr>
          <w:rFonts w:ascii="Calibri" w:hAnsi="Calibri" w:cs="Calibri"/>
          <w:color w:val="B4BBC7"/>
          <w:sz w:val="60"/>
          <w:szCs w:val="60"/>
        </w:rPr>
        <w:t xml:space="preserve">D  E  F    </w:t>
      </w:r>
      <w:r>
        <w:rPr>
          <w:rFonts w:ascii="Calibri" w:hAnsi="Calibri" w:cs="Calibri"/>
          <w:color w:val="B4BBC7"/>
          <w:sz w:val="60"/>
          <w:szCs w:val="60"/>
        </w:rPr>
        <w:t xml:space="preserve">D  E  F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a  b  c    </w:t>
      </w:r>
      <w:r>
        <w:rPr>
          <w:rFonts w:ascii="Calibri" w:hAnsi="Calibri" w:cs="Calibri"/>
          <w:color w:val="B4BBC7"/>
          <w:sz w:val="60"/>
          <w:szCs w:val="60"/>
        </w:rPr>
        <w:t xml:space="preserve">a  b  c    </w:t>
      </w:r>
      <w:r>
        <w:rPr>
          <w:rFonts w:ascii="Calibri" w:hAnsi="Calibri" w:cs="Calibri"/>
          <w:color w:val="B4BBC7"/>
          <w:sz w:val="60"/>
          <w:szCs w:val="60"/>
        </w:rPr>
        <w:t xml:space="preserve">a  b  c    </w:t>
      </w:r>
      <w:r>
        <w:rPr>
          <w:rFonts w:ascii="Calibri" w:hAnsi="Calibri" w:cs="Calibri"/>
          <w:color w:val="B4BBC7"/>
          <w:sz w:val="60"/>
          <w:szCs w:val="60"/>
        </w:rPr>
        <w:t xml:space="preserve">a  b  c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d  e  f    </w:t>
      </w:r>
      <w:r>
        <w:rPr>
          <w:rFonts w:ascii="Calibri" w:hAnsi="Calibri" w:cs="Calibri"/>
          <w:color w:val="B4BBC7"/>
          <w:sz w:val="60"/>
          <w:szCs w:val="60"/>
        </w:rPr>
        <w:t xml:space="preserve">d  e  f    </w:t>
      </w:r>
      <w:r>
        <w:rPr>
          <w:rFonts w:ascii="Calibri" w:hAnsi="Calibri" w:cs="Calibri"/>
          <w:color w:val="B4BBC7"/>
          <w:sz w:val="60"/>
          <w:szCs w:val="60"/>
        </w:rPr>
        <w:t xml:space="preserve">d  e  f    </w:t>
      </w:r>
      <w:r>
        <w:rPr>
          <w:rFonts w:ascii="Calibri" w:hAnsi="Calibri" w:cs="Calibri"/>
          <w:color w:val="B4BBC7"/>
          <w:sz w:val="60"/>
          <w:szCs w:val="60"/>
        </w:rPr>
        <w:t xml:space="preserve">d  e  f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Match the small letter to the capital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האות הקטנה לאות הגדולה.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الحرف الصغير بالحرف الكبير.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f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F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a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C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b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A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c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D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Write the capital or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הגדולה או את האות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الكبير أو 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Capital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Small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f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Write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nana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_____anana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47244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k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4724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_____ake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_____uck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68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gg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_____gg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lower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_____lower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_____pple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2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_____ow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o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_____oot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word that starts with the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שמתחילה באות.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التي تبدأ بالحرف.</w:t>
      </w:r>
    </w:p>
    <w:p>
      <w:pPr>
        <w:spacing w:before="0" w:after="100"/>
        <w:jc w:val="both"/>
      </w:pPr>
      <w:r>
        <w:rPr/>
        <w:t>a. b:   bed    cat    egg</w:t>
      </w:r>
    </w:p>
    <w:p>
      <w:pPr>
        <w:spacing w:before="0" w:after="100"/>
        <w:jc w:val="both"/>
      </w:pPr>
      <w:r>
        <w:rPr/>
        <w:t>b. d:   fish    dog    ant</w:t>
      </w:r>
    </w:p>
    <w:p>
      <w:pPr>
        <w:spacing w:before="0" w:after="100"/>
        <w:jc w:val="both"/>
      </w:pPr>
      <w:r>
        <w:rPr/>
        <w:t>c. f:   frog    bag    cup</w:t>
      </w:r>
    </w:p>
    <w:p>
      <w:pPr>
        <w:spacing w:before="0" w:after="100"/>
        <w:jc w:val="both"/>
      </w:pPr>
      <w:r>
        <w:rPr/>
        <w:t>d. c:   egg    duck    car</w:t>
      </w:r>
    </w:p>
    <w:p>
      <w:pPr>
        <w:spacing w:before="0" w:after="100"/>
        <w:jc w:val="both"/>
      </w:pPr>
      <w:r>
        <w:rPr/>
        <w:t>e. a:   ant    book    dog</w:t>
      </w:r>
    </w:p>
    <w:p>
      <w:pPr>
        <w:spacing w:before="0" w:after="100"/>
        <w:jc w:val="both"/>
      </w:pPr>
      <w:r>
        <w:rPr/>
        <w:t>f. e:   cake    egg    fish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What comes next? Write the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מה בא אחר כך? כתבו את האות.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ماذا يأتي بعد ذلك؟ اكتب الحرف.</w:t>
      </w:r>
    </w:p>
    <w:p>
      <w:pPr>
        <w:spacing w:before="0" w:after="60"/>
        <w:jc w:val="both"/>
      </w:pPr>
      <w:r>
        <w:rPr/>
        <w:t>a. A    B    __________</w:t>
      </w:r>
    </w:p>
    <w:p>
      <w:pPr>
        <w:spacing w:before="0" w:after="60"/>
        <w:jc w:val="both"/>
      </w:pPr>
      <w:r>
        <w:rPr/>
        <w:t>b. c    d    __________</w:t>
      </w:r>
    </w:p>
    <w:p>
      <w:pPr>
        <w:spacing w:before="0" w:after="60"/>
        <w:jc w:val="both"/>
      </w:pPr>
      <w:r>
        <w:rPr/>
        <w:t>c. B    C    __________</w:t>
      </w:r>
    </w:p>
    <w:p>
      <w:pPr>
        <w:spacing w:before="0" w:after="60"/>
        <w:jc w:val="both"/>
      </w:pPr>
      <w:r>
        <w:rPr/>
        <w:t>d. d    e    __________</w:t>
      </w: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7. Cut out the small letters. Glue each small letter next to its capital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האותיות הקטנות, והדביקו כל אות קטנה ליד האות הגדולה שלה.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الحروف الصغيرة، وألصقوا كلّ حرف صغير بجانب الحرف الكبير.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A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B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C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D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E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F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8. Match the picture to the word. Write the number.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התמונה למילה. כתבו את המספר.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طابِقوا الصورة مع الكلمة. اكتبوا الرقم.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</w:rPr>
              <w:t>1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</w:rPr>
              <w:t>2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</w:rPr>
              <w:t>3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</w:rPr>
              <w:t>4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</w:rPr>
              <w:t>5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</w:rPr>
              <w:t>6</w:t>
            </w:r>
          </w:p>
        </w:tc>
      </w:tr>
      <w:tr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🍎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⚽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🐱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🐶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🥚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🐟</w:t>
            </w:r>
          </w:p>
        </w:tc>
      </w:tr>
    </w:tbl>
    <w:p>
      <w:pPr>
        <w:spacing w:before="0" w:after="40"/>
        <w:jc w:val="both"/>
      </w:pPr>
    </w:p>
    <w:p>
      <w:pPr>
        <w:spacing w:before="0" w:after="60"/>
        <w:jc w:val="both"/>
      </w:pPr>
      <w:r>
        <w:rPr>
          <w:sz w:val="25"/>
          <w:szCs w:val="25"/>
        </w:rPr>
        <w:t>[      ]   dog</w:t>
      </w:r>
    </w:p>
    <w:p>
      <w:pPr>
        <w:spacing w:before="0" w:after="60"/>
        <w:jc w:val="both"/>
      </w:pPr>
      <w:r>
        <w:rPr>
          <w:sz w:val="25"/>
          <w:szCs w:val="25"/>
        </w:rPr>
        <w:t>[      ]   egg</w:t>
      </w:r>
    </w:p>
    <w:p>
      <w:pPr>
        <w:spacing w:before="0" w:after="60"/>
        <w:jc w:val="both"/>
      </w:pPr>
      <w:r>
        <w:rPr>
          <w:sz w:val="25"/>
          <w:szCs w:val="25"/>
        </w:rPr>
        <w:t>[      ]   ball</w:t>
      </w:r>
    </w:p>
    <w:p>
      <w:pPr>
        <w:spacing w:before="0" w:after="60"/>
        <w:jc w:val="both"/>
      </w:pPr>
      <w:r>
        <w:rPr>
          <w:sz w:val="25"/>
          <w:szCs w:val="25"/>
        </w:rPr>
        <w:t>[      ]   apple</w:t>
      </w:r>
    </w:p>
    <w:p>
      <w:pPr>
        <w:spacing w:before="0" w:after="60"/>
        <w:jc w:val="both"/>
      </w:pPr>
      <w:r>
        <w:rPr>
          <w:sz w:val="25"/>
          <w:szCs w:val="25"/>
        </w:rPr>
        <w:t>[      ]   fish</w:t>
      </w:r>
    </w:p>
    <w:p>
      <w:pPr>
        <w:spacing w:before="0" w:after="60"/>
        <w:jc w:val="both"/>
      </w:pPr>
      <w:r>
        <w:rPr>
          <w:sz w:val="25"/>
          <w:szCs w:val="25"/>
        </w:rPr>
        <w:t>[      ]   cat</w:t>
      </w:r>
    </w:p>
    <w:p>
      <w:pPr>
        <w:spacing w:before="0" w:after="80"/>
        <w:jc w:val="both"/>
      </w:pPr>
      <w:r>
        <w:br w:type="page"/>
      </w:r>
    </w:p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Unit 2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Unit 2: Letters G–L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האותיות ‎G–L‎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الحروف ‎G–L‎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Capital and small letters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גדולות וקטנות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الكبيرة والصغيرة</w:t>
      </w:r>
    </w:p>
    <w:p>
      <w:pPr>
        <w:spacing w:before="0" w:after="40"/>
        <w:jc w:val="both"/>
      </w:pPr>
      <w:r>
        <w:rPr/>
        <w:t>Every letter has a capital letter and a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לכל אות יש אות גדולה ‎(capital)‎ ואות קטנה ‎(small)‎.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لكلّ حرف شكل كبير ‎(capital)‎ وشكل صغير ‎(small)‎.</w:t>
      </w:r>
    </w:p>
    <w:p>
      <w:pPr>
        <w:spacing w:before="0" w:after="20"/>
        <w:jc w:val="both"/>
      </w:pPr>
      <w:r>
        <w:rPr/>
        <w:t>1. G g     H h     I i</w:t>
      </w:r>
    </w:p>
    <w:p>
      <w:pPr>
        <w:spacing w:before="0" w:after="20"/>
        <w:jc w:val="both"/>
      </w:pPr>
      <w:r>
        <w:rPr/>
        <w:t>2. J j     K k     L l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Letters and sounds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וצלילים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والأصوات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Letter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G 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gift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grapes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 h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hat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horse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 i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ice cream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–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J j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juice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jeans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K k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key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kite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L l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lion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lemon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Writing on the lines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כתיבה על השורות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الكتابة على الأسطر</w:t>
      </w:r>
    </w:p>
    <w:p>
      <w:pPr>
        <w:spacing w:before="0" w:after="20"/>
        <w:jc w:val="both"/>
      </w:pPr>
      <w:r>
        <w:rPr/>
        <w:t>1. g and j go down under the line.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האותיות ‎g‎ ו-‎j‎ יורדות מתחת לשורה.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الحرفان ‎g‎ و‎j‎ ينزلان تحت السطر.</w:t>
      </w:r>
    </w:p>
    <w:p>
      <w:pPr>
        <w:spacing w:before="0" w:after="20"/>
        <w:jc w:val="both"/>
      </w:pPr>
      <w:r>
        <w:rPr/>
        <w:t>2. h, k and l are tall small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האותיות ‎h, k‎ ו-‎l‎ הן אותיות קטנות גבוהות.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‎h‎ و‎k‎ و‎l‎ حروف صغيرة طويلة.</w:t>
      </w:r>
    </w:p>
    <w:p>
      <w:pPr>
        <w:spacing w:before="0" w:after="20"/>
        <w:jc w:val="both"/>
      </w:pPr>
      <w:r>
        <w:rPr/>
        <w:t>3. i and j have a dot.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ל-‎i‎ ול-‎j‎ יש נקודה.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لِـ ‎i‎ و‎j‎ نقطة.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43625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t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43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kite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עפיפון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طائرة ورقية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522419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on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522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lion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אריה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أسد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85125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85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hat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כובע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قبعة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713143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uic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7131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juice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מיץ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عصير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847698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e_cream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8476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ice cream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גלידה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بوظة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83097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830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key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מפתח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مفتاح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Trace and write the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האותיות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الحروف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G  H  I    </w:t>
      </w:r>
      <w:r>
        <w:rPr>
          <w:rFonts w:ascii="Calibri" w:hAnsi="Calibri" w:cs="Calibri"/>
          <w:color w:val="B4BBC7"/>
          <w:sz w:val="60"/>
          <w:szCs w:val="60"/>
        </w:rPr>
        <w:t xml:space="preserve">G  H  I    </w:t>
      </w:r>
      <w:r>
        <w:rPr>
          <w:rFonts w:ascii="Calibri" w:hAnsi="Calibri" w:cs="Calibri"/>
          <w:color w:val="B4BBC7"/>
          <w:sz w:val="60"/>
          <w:szCs w:val="60"/>
        </w:rPr>
        <w:t xml:space="preserve">G  H  I    </w:t>
      </w:r>
      <w:r>
        <w:rPr>
          <w:rFonts w:ascii="Calibri" w:hAnsi="Calibri" w:cs="Calibri"/>
          <w:color w:val="B4BBC7"/>
          <w:sz w:val="60"/>
          <w:szCs w:val="60"/>
        </w:rPr>
        <w:t xml:space="preserve">G  H  I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J  K  L    </w:t>
      </w:r>
      <w:r>
        <w:rPr>
          <w:rFonts w:ascii="Calibri" w:hAnsi="Calibri" w:cs="Calibri"/>
          <w:color w:val="B4BBC7"/>
          <w:sz w:val="60"/>
          <w:szCs w:val="60"/>
        </w:rPr>
        <w:t xml:space="preserve">J  K  L    </w:t>
      </w:r>
      <w:r>
        <w:rPr>
          <w:rFonts w:ascii="Calibri" w:hAnsi="Calibri" w:cs="Calibri"/>
          <w:color w:val="B4BBC7"/>
          <w:sz w:val="60"/>
          <w:szCs w:val="60"/>
        </w:rPr>
        <w:t xml:space="preserve">J  K  L    </w:t>
      </w:r>
      <w:r>
        <w:rPr>
          <w:rFonts w:ascii="Calibri" w:hAnsi="Calibri" w:cs="Calibri"/>
          <w:color w:val="B4BBC7"/>
          <w:sz w:val="60"/>
          <w:szCs w:val="60"/>
        </w:rPr>
        <w:t xml:space="preserve">J  K  L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g  h  i    </w:t>
      </w:r>
      <w:r>
        <w:rPr>
          <w:rFonts w:ascii="Calibri" w:hAnsi="Calibri" w:cs="Calibri"/>
          <w:color w:val="B4BBC7"/>
          <w:sz w:val="60"/>
          <w:szCs w:val="60"/>
        </w:rPr>
        <w:t xml:space="preserve">g  h  i    </w:t>
      </w:r>
      <w:r>
        <w:rPr>
          <w:rFonts w:ascii="Calibri" w:hAnsi="Calibri" w:cs="Calibri"/>
          <w:color w:val="B4BBC7"/>
          <w:sz w:val="60"/>
          <w:szCs w:val="60"/>
        </w:rPr>
        <w:t xml:space="preserve">g  h  i    </w:t>
      </w:r>
      <w:r>
        <w:rPr>
          <w:rFonts w:ascii="Calibri" w:hAnsi="Calibri" w:cs="Calibri"/>
          <w:color w:val="B4BBC7"/>
          <w:sz w:val="60"/>
          <w:szCs w:val="60"/>
        </w:rPr>
        <w:t xml:space="preserve">g  h  i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j  k  l    </w:t>
      </w:r>
      <w:r>
        <w:rPr>
          <w:rFonts w:ascii="Calibri" w:hAnsi="Calibri" w:cs="Calibri"/>
          <w:color w:val="B4BBC7"/>
          <w:sz w:val="60"/>
          <w:szCs w:val="60"/>
        </w:rPr>
        <w:t xml:space="preserve">j  k  l    </w:t>
      </w:r>
      <w:r>
        <w:rPr>
          <w:rFonts w:ascii="Calibri" w:hAnsi="Calibri" w:cs="Calibri"/>
          <w:color w:val="B4BBC7"/>
          <w:sz w:val="60"/>
          <w:szCs w:val="60"/>
        </w:rPr>
        <w:t xml:space="preserve">j  k  l    </w:t>
      </w:r>
      <w:r>
        <w:rPr>
          <w:rFonts w:ascii="Calibri" w:hAnsi="Calibri" w:cs="Calibri"/>
          <w:color w:val="B4BBC7"/>
          <w:sz w:val="60"/>
          <w:szCs w:val="60"/>
        </w:rPr>
        <w:t xml:space="preserve">j  k  l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Match the small letter to the capital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האות הקטנה לאות הגדולה.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الحرف الصغير بالحرف الكبير.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k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I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l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i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H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J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j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L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Write the capital or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הגדולה או את האות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الكبير أو 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Capital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Small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j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K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l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Write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66217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apes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662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_____rapes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07648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rse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0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_____orse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1043321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e_cream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10433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_____ce cream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877714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uic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877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_____uice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94581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9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_____ey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on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_____ion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21303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ft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213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_____ift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use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_____ouse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word that starts with the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שמתחילה באות.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التي تبدأ بالحرف.</w:t>
      </w:r>
    </w:p>
    <w:p>
      <w:pPr>
        <w:spacing w:before="0" w:after="100"/>
        <w:jc w:val="both"/>
      </w:pPr>
      <w:r>
        <w:rPr/>
        <w:t>a. g:   hat    gift    key</w:t>
      </w:r>
    </w:p>
    <w:p>
      <w:pPr>
        <w:spacing w:before="0" w:after="100"/>
        <w:jc w:val="both"/>
      </w:pPr>
      <w:r>
        <w:rPr/>
        <w:t>b. h:   lion    horse    kite</w:t>
      </w:r>
    </w:p>
    <w:p>
      <w:pPr>
        <w:spacing w:before="0" w:after="100"/>
        <w:jc w:val="both"/>
      </w:pPr>
      <w:r>
        <w:rPr/>
        <w:t>c. j:   juice    gift    lemon</w:t>
      </w:r>
    </w:p>
    <w:p>
      <w:pPr>
        <w:spacing w:before="0" w:after="100"/>
        <w:jc w:val="both"/>
      </w:pPr>
      <w:r>
        <w:rPr/>
        <w:t>d. k:   hat    jeans    key</w:t>
      </w:r>
    </w:p>
    <w:p>
      <w:pPr>
        <w:spacing w:before="0" w:after="100"/>
        <w:jc w:val="both"/>
      </w:pPr>
      <w:r>
        <w:rPr/>
        <w:t>e. l:   kite    lemon    house</w:t>
      </w:r>
    </w:p>
    <w:p>
      <w:pPr>
        <w:spacing w:before="0" w:after="100"/>
        <w:jc w:val="both"/>
      </w:pPr>
      <w:r>
        <w:rPr/>
        <w:t>f. i:   ice cream    juice    hat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What comes next? Write the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מה בא אחר כך? כתבו את האות.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ماذا يأتي بعد ذلك؟ اكتب الحرف.</w:t>
      </w:r>
    </w:p>
    <w:p>
      <w:pPr>
        <w:spacing w:before="0" w:after="60"/>
        <w:jc w:val="both"/>
      </w:pPr>
      <w:r>
        <w:rPr/>
        <w:t>a. G    H    __________</w:t>
      </w:r>
    </w:p>
    <w:p>
      <w:pPr>
        <w:spacing w:before="0" w:after="60"/>
        <w:jc w:val="both"/>
      </w:pPr>
      <w:r>
        <w:rPr/>
        <w:t>b. i    j    __________</w:t>
      </w:r>
    </w:p>
    <w:p>
      <w:pPr>
        <w:spacing w:before="0" w:after="60"/>
        <w:jc w:val="both"/>
      </w:pPr>
      <w:r>
        <w:rPr/>
        <w:t>c. J    K    __________</w:t>
      </w:r>
    </w:p>
    <w:p>
      <w:pPr>
        <w:spacing w:before="0" w:after="60"/>
        <w:jc w:val="both"/>
      </w:pPr>
      <w:r>
        <w:rPr/>
        <w:t>d. f    g    __________</w:t>
      </w: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7. Cut out the letter cards. Glue them in ABC order.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כרטיסי האותיות, והדביקו אותם לפי סדר ה-‎ABC‎.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بطاقات الحروف، وألصقوها حسب ترتيب الأبجديّة.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1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2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3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4</w:t>
            </w:r>
          </w:p>
        </w:tc>
      </w:tr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5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6</w:t>
            </w:r>
          </w:p>
        </w:tc>
        <w:tc>
          <w:tcPr>
            <w:tcW w:type="dxa" w:w="2466"/>
          </w:tcPr>
          <w:p>
            <w:pPr>
              <w:spacing w:before="0" w:after="0"/>
              <w:jc w:val="center"/>
            </w:pPr>
          </w:p>
        </w:tc>
        <w:tc>
          <w:tcPr>
            <w:tcW w:type="dxa" w:w="2466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8. Draw a line from the letter to the picture that starts with it.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מתחו קו מן האות אל התמונה שמתחילה בה.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صِلوا بخطّ بين الحرف والصورة التي تبدأ به.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1. G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a. 🍦 ice cream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2. H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b. 🎩 hat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3. I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c. 🦁 lion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4. J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d. 🧃 juice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5. K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e. 🪁 kite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6. L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f. 🍇 grapes</w:t>
            </w:r>
          </w:p>
        </w:tc>
      </w:tr>
    </w:tbl>
    <w:p>
      <w:pPr>
        <w:spacing w:before="0" w:after="40"/>
        <w:jc w:val="both"/>
      </w:pPr>
    </w:p>
    <w:p>
      <w:pPr>
        <w:spacing w:before="0" w:after="80"/>
        <w:jc w:val="both"/>
      </w:pPr>
      <w:r>
        <w:br w:type="page"/>
      </w:r>
    </w:p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Unit 3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Unit 3: Letters M–R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האותיות ‎M–R‎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الحروف ‎M–R‎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Capital and small letters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גדולות וקטנות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الكبيرة والصغيرة</w:t>
      </w:r>
    </w:p>
    <w:p>
      <w:pPr>
        <w:spacing w:before="0" w:after="40"/>
        <w:jc w:val="both"/>
      </w:pPr>
      <w:r>
        <w:rPr/>
        <w:t>Every letter has a capital letter and a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לכל אות יש אות גדולה ‎(capital)‎ ואות קטנה ‎(small)‎.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لكلّ حرف شكل كبير ‎(capital)‎ وشكل صغير ‎(small)‎.</w:t>
      </w:r>
    </w:p>
    <w:p>
      <w:pPr>
        <w:spacing w:before="0" w:after="20"/>
        <w:jc w:val="both"/>
      </w:pPr>
      <w:r>
        <w:rPr/>
        <w:t>1. M m     N n     O o</w:t>
      </w:r>
    </w:p>
    <w:p>
      <w:pPr>
        <w:spacing w:before="0" w:after="20"/>
        <w:jc w:val="both"/>
      </w:pPr>
      <w:r>
        <w:rPr/>
        <w:t>2. P p     Q q     R r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Letters and sounds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וצלילים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والأصوات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Letter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 m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moon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mouse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N 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nose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nest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O o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orange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octopus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 p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pen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pizza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Q q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question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–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R 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rabbit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ring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Writing on the lines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כתיבה על השורות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الكتابة على الأسطر</w:t>
      </w:r>
    </w:p>
    <w:p>
      <w:pPr>
        <w:spacing w:before="0" w:after="20"/>
        <w:jc w:val="both"/>
      </w:pPr>
      <w:r>
        <w:rPr/>
        <w:t>1. p and q go down under the line.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האותיות ‎p‎ ו-‎q‎ יורדות מתחת לשורה.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الحرفان ‎p‎ و‎q‎ ينزلان تحت السطر.</w:t>
      </w:r>
    </w:p>
    <w:p>
      <w:pPr>
        <w:spacing w:before="0" w:after="20"/>
        <w:jc w:val="both"/>
      </w:pPr>
      <w:r>
        <w:rPr/>
        <w:t>2. m has two humps, n has one.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ל-‎m‎ יש שתי גבעות ול-‎n‎ יש אחת.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للحرف ‎m‎ قوسان وللحرف ‎n‎ قوس واحد.</w:t>
      </w:r>
    </w:p>
    <w:p>
      <w:pPr>
        <w:spacing w:before="0" w:after="20"/>
        <w:jc w:val="both"/>
      </w:pPr>
      <w:r>
        <w:rPr/>
        <w:t>3. q usually comes with u: qu.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אחרי ‎q‎ בדרך כלל בא ‎u: qu‎.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يأتي بعد ‎q‎ عادةً ‎u: qu‎.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3125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on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3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moon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ירח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قمر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72926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729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pen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עט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قلم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680727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se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807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nose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אף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أنف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788211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uestion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7882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question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שאלה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سؤال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075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st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0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nest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קן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عُشّ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615452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abbit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154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rabbit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ארנב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أرنب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Trace and write the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האותיות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الحروف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M  N  O    </w:t>
      </w:r>
      <w:r>
        <w:rPr>
          <w:rFonts w:ascii="Calibri" w:hAnsi="Calibri" w:cs="Calibri"/>
          <w:color w:val="B4BBC7"/>
          <w:sz w:val="60"/>
          <w:szCs w:val="60"/>
        </w:rPr>
        <w:t xml:space="preserve">M  N  O    </w:t>
      </w:r>
      <w:r>
        <w:rPr>
          <w:rFonts w:ascii="Calibri" w:hAnsi="Calibri" w:cs="Calibri"/>
          <w:color w:val="B4BBC7"/>
          <w:sz w:val="60"/>
          <w:szCs w:val="60"/>
        </w:rPr>
        <w:t xml:space="preserve">M  N  O    </w:t>
      </w:r>
      <w:r>
        <w:rPr>
          <w:rFonts w:ascii="Calibri" w:hAnsi="Calibri" w:cs="Calibri"/>
          <w:color w:val="B4BBC7"/>
          <w:sz w:val="60"/>
          <w:szCs w:val="60"/>
        </w:rPr>
        <w:t xml:space="preserve">M  N  O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P  Q  R    </w:t>
      </w:r>
      <w:r>
        <w:rPr>
          <w:rFonts w:ascii="Calibri" w:hAnsi="Calibri" w:cs="Calibri"/>
          <w:color w:val="B4BBC7"/>
          <w:sz w:val="60"/>
          <w:szCs w:val="60"/>
        </w:rPr>
        <w:t xml:space="preserve">P  Q  R    </w:t>
      </w:r>
      <w:r>
        <w:rPr>
          <w:rFonts w:ascii="Calibri" w:hAnsi="Calibri" w:cs="Calibri"/>
          <w:color w:val="B4BBC7"/>
          <w:sz w:val="60"/>
          <w:szCs w:val="60"/>
        </w:rPr>
        <w:t xml:space="preserve">P  Q  R    </w:t>
      </w:r>
      <w:r>
        <w:rPr>
          <w:rFonts w:ascii="Calibri" w:hAnsi="Calibri" w:cs="Calibri"/>
          <w:color w:val="B4BBC7"/>
          <w:sz w:val="60"/>
          <w:szCs w:val="60"/>
        </w:rPr>
        <w:t xml:space="preserve">P  Q  R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m  n  o    </w:t>
      </w:r>
      <w:r>
        <w:rPr>
          <w:rFonts w:ascii="Calibri" w:hAnsi="Calibri" w:cs="Calibri"/>
          <w:color w:val="B4BBC7"/>
          <w:sz w:val="60"/>
          <w:szCs w:val="60"/>
        </w:rPr>
        <w:t xml:space="preserve">m  n  o    </w:t>
      </w:r>
      <w:r>
        <w:rPr>
          <w:rFonts w:ascii="Calibri" w:hAnsi="Calibri" w:cs="Calibri"/>
          <w:color w:val="B4BBC7"/>
          <w:sz w:val="60"/>
          <w:szCs w:val="60"/>
        </w:rPr>
        <w:t xml:space="preserve">m  n  o    </w:t>
      </w:r>
      <w:r>
        <w:rPr>
          <w:rFonts w:ascii="Calibri" w:hAnsi="Calibri" w:cs="Calibri"/>
          <w:color w:val="B4BBC7"/>
          <w:sz w:val="60"/>
          <w:szCs w:val="60"/>
        </w:rPr>
        <w:t xml:space="preserve">m  n  o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p  q  r    </w:t>
      </w:r>
      <w:r>
        <w:rPr>
          <w:rFonts w:ascii="Calibri" w:hAnsi="Calibri" w:cs="Calibri"/>
          <w:color w:val="B4BBC7"/>
          <w:sz w:val="60"/>
          <w:szCs w:val="60"/>
        </w:rPr>
        <w:t xml:space="preserve">p  q  r    </w:t>
      </w:r>
      <w:r>
        <w:rPr>
          <w:rFonts w:ascii="Calibri" w:hAnsi="Calibri" w:cs="Calibri"/>
          <w:color w:val="B4BBC7"/>
          <w:sz w:val="60"/>
          <w:szCs w:val="60"/>
        </w:rPr>
        <w:t xml:space="preserve">p  q  r    </w:t>
      </w:r>
      <w:r>
        <w:rPr>
          <w:rFonts w:ascii="Calibri" w:hAnsi="Calibri" w:cs="Calibri"/>
          <w:color w:val="B4BBC7"/>
          <w:sz w:val="60"/>
          <w:szCs w:val="60"/>
        </w:rPr>
        <w:t xml:space="preserve">p  q  r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Match the small letter to the capital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האות הקטנה לאות הגדולה.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الحرف الصغير بالحرف الكبير.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p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O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m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Q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q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P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M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Write the capital or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הגדולה או את האות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الكبير أو 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Capital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Small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M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p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Q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r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Write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970105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lk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701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_____ilk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82667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tebook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826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_____otebook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range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_____range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cil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_____encil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52000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ain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_____ain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26000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use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2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_____ouse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1813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zza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181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_____izza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uler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_____uler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word that starts with the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שמתחילה באות.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التي تبدأ بالحرف.</w:t>
      </w:r>
    </w:p>
    <w:p>
      <w:pPr>
        <w:spacing w:before="0" w:after="100"/>
        <w:jc w:val="both"/>
      </w:pPr>
      <w:r>
        <w:rPr/>
        <w:t>a. m:   nose    moon    ring</w:t>
      </w:r>
    </w:p>
    <w:p>
      <w:pPr>
        <w:spacing w:before="0" w:after="100"/>
        <w:jc w:val="both"/>
      </w:pPr>
      <w:r>
        <w:rPr/>
        <w:t>b. n:   map    pen    nest</w:t>
      </w:r>
    </w:p>
    <w:p>
      <w:pPr>
        <w:spacing w:before="0" w:after="100"/>
        <w:jc w:val="both"/>
      </w:pPr>
      <w:r>
        <w:rPr/>
        <w:t>c. o:   octopus    rabbit    moon</w:t>
      </w:r>
    </w:p>
    <w:p>
      <w:pPr>
        <w:spacing w:before="0" w:after="100"/>
        <w:jc w:val="both"/>
      </w:pPr>
      <w:r>
        <w:rPr/>
        <w:t>d. p:   robot    pizza    net</w:t>
      </w:r>
    </w:p>
    <w:p>
      <w:pPr>
        <w:spacing w:before="0" w:after="100"/>
        <w:jc w:val="both"/>
      </w:pPr>
      <w:r>
        <w:rPr/>
        <w:t>e. r:   ruler    milk    orange</w:t>
      </w:r>
    </w:p>
    <w:p>
      <w:pPr>
        <w:spacing w:before="0" w:after="100"/>
        <w:jc w:val="both"/>
      </w:pPr>
      <w:r>
        <w:rPr/>
        <w:t>f. q:   question    pen    nose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What comes next? Write the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מה בא אחר כך? כתבו את האות.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ماذا يأتي بعد ذلك؟ اكتب الحرف.</w:t>
      </w:r>
    </w:p>
    <w:p>
      <w:pPr>
        <w:spacing w:before="0" w:after="60"/>
        <w:jc w:val="both"/>
      </w:pPr>
      <w:r>
        <w:rPr/>
        <w:t>a. M    N    __________</w:t>
      </w:r>
    </w:p>
    <w:p>
      <w:pPr>
        <w:spacing w:before="0" w:after="60"/>
        <w:jc w:val="both"/>
      </w:pPr>
      <w:r>
        <w:rPr/>
        <w:t>b. o    p    __________</w:t>
      </w:r>
    </w:p>
    <w:p>
      <w:pPr>
        <w:spacing w:before="0" w:after="60"/>
        <w:jc w:val="both"/>
      </w:pPr>
      <w:r>
        <w:rPr/>
        <w:t>c. P    Q    __________</w:t>
      </w:r>
    </w:p>
    <w:p>
      <w:pPr>
        <w:spacing w:before="0" w:after="60"/>
        <w:jc w:val="both"/>
      </w:pPr>
      <w:r>
        <w:rPr/>
        <w:t>d. l    m    __________</w:t>
      </w: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7. Cut out the cards. Glue each picture under its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הכרטיסים, והדביקו כל תמונה מתחת לאות שהיא מתחילה בה.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البطاقات، وألصقوا كلّ صورة تحت الحرف الذي تبدأ به.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M m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N n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P p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8. Read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המילים.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اِقرؤوا الكلمات.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</w:rPr>
              <w:t>📖 Word bank · ביאורי מילים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monkey – </w:t>
            </w:r>
            <w:r>
              <w:rPr>
                <w:sz w:val="24"/>
                <w:szCs w:val="24"/>
              </w:rPr>
              <w:t>קוֹף · قِرد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moon – </w:t>
            </w:r>
            <w:r>
              <w:rPr>
                <w:sz w:val="24"/>
                <w:szCs w:val="24"/>
              </w:rPr>
              <w:t>יָרֵחַ · قَمَر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nose – </w:t>
            </w:r>
            <w:r>
              <w:rPr>
                <w:sz w:val="24"/>
                <w:szCs w:val="24"/>
              </w:rPr>
              <w:t>אַף · أَنف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pig – </w:t>
            </w:r>
            <w:r>
              <w:rPr>
                <w:sz w:val="24"/>
                <w:szCs w:val="24"/>
              </w:rPr>
              <w:t>חֲזִיר · خِنزير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queen – </w:t>
            </w:r>
            <w:r>
              <w:rPr>
                <w:sz w:val="24"/>
                <w:szCs w:val="24"/>
              </w:rPr>
              <w:t>מַלְכָּה · مَلِكة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rain – </w:t>
            </w:r>
            <w:r>
              <w:rPr>
                <w:sz w:val="24"/>
                <w:szCs w:val="24"/>
              </w:rPr>
              <w:t>גֶּשֶׁם · مَطَر</w:t>
            </w:r>
          </w:p>
        </w:tc>
      </w:tr>
    </w:tbl>
    <w:p>
      <w:pPr>
        <w:spacing w:before="0" w:after="40"/>
        <w:jc w:val="both"/>
      </w:pPr>
    </w:p>
    <w:p>
      <w:pPr>
        <w:spacing w:before="0" w:after="40"/>
        <w:jc w:val="both"/>
      </w:pPr>
      <w:r>
        <w:rPr>
          <w:b/>
          <w:bCs/>
          <w:sz w:val="25"/>
          <w:szCs w:val="25"/>
        </w:rPr>
        <w:t>✏️ Choose two words and write a short sentence with each.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בחרו שתי מילים, וכתבו משפט קצר עם כל אחת.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اِختاروا كلمتين، واكتبوا جملة قصيرة مع كلّ واحدة.</w:t>
      </w:r>
    </w:p>
    <w:p>
      <w:pPr>
        <w:spacing w:before="0" w:after="120"/>
        <w:jc w:val="both"/>
      </w:pPr>
      <w:r>
        <w:rPr>
          <w:color w:val="9AA3B5"/>
          <w:sz w:val="24"/>
          <w:szCs w:val="24"/>
        </w:rPr>
        <w:t>______________________________________________________________________</w:t>
      </w:r>
    </w:p>
    <w:p>
      <w:pPr>
        <w:spacing w:before="0" w:after="120"/>
        <w:jc w:val="both"/>
      </w:pPr>
      <w:r>
        <w:rPr>
          <w:color w:val="9AA3B5"/>
          <w:sz w:val="24"/>
          <w:szCs w:val="24"/>
        </w:rPr>
        <w:t>______________________________________________________________________</w:t>
      </w:r>
    </w:p>
    <w:p>
      <w:pPr>
        <w:spacing w:before="0" w:after="80"/>
        <w:jc w:val="both"/>
      </w:pPr>
      <w:r>
        <w:br w:type="page"/>
      </w:r>
    </w:p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Unit 4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Unit 4: Letters S–Z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האותיות ‎S–Z‎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الحروف ‎S–Z‎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Capital and small letters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גדולות וקטנות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الكبيرة والصغيرة</w:t>
      </w:r>
    </w:p>
    <w:p>
      <w:pPr>
        <w:spacing w:before="0" w:after="40"/>
        <w:jc w:val="both"/>
      </w:pPr>
      <w:r>
        <w:rPr/>
        <w:t>Every letter has a capital letter and a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לכל אות יש אות גדולה ‎(capital)‎ ואות קטנה ‎(small)‎.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لكلّ حرف شكل كبير ‎(capital)‎ وشكل صغير ‎(small)‎.</w:t>
      </w:r>
    </w:p>
    <w:p>
      <w:pPr>
        <w:spacing w:before="0" w:after="20"/>
        <w:jc w:val="both"/>
      </w:pPr>
      <w:r>
        <w:rPr/>
        <w:t>1. S s     T t     U u     V v</w:t>
      </w:r>
    </w:p>
    <w:p>
      <w:pPr>
        <w:spacing w:before="0" w:after="20"/>
        <w:jc w:val="both"/>
      </w:pPr>
      <w:r>
        <w:rPr/>
        <w:t>2. W w     X x     Y y     Z z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Letters and sounds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וצלילים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والأصوات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Letter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 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sun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star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 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tree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tiger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U u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umbrella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–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V v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van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violin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 w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watch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window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X x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fox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box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 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yellow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yo-yo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Z z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zebra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–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The whole ABC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כל ה-‎ABC‎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الأبجديّة ‎ABC‎ كلّها</w:t>
      </w:r>
    </w:p>
    <w:p>
      <w:pPr>
        <w:spacing w:before="0" w:after="20"/>
        <w:jc w:val="both"/>
      </w:pPr>
      <w:r>
        <w:rPr/>
        <w:t>1. A B C D E F G H I J K L M</w:t>
      </w:r>
    </w:p>
    <w:p>
      <w:pPr>
        <w:spacing w:before="0" w:after="20"/>
        <w:jc w:val="both"/>
      </w:pPr>
      <w:r>
        <w:rPr/>
        <w:t>2. N O P Q R S T U V W X Y Z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0750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n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0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van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ואן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حافلة صغيرة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83097"/>
                  <wp:docPr id="46" name="Picture 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ebra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830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zebra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זברה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حمار وحشي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sun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שמש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شمس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43625"/>
                  <wp:docPr id="48" name="Picture 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x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43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fox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שועל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ثعلب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49" name="Picture 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ndow.pn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window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חלון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نافذة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88348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yo-yo.pn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883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yo-yo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יו-יו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يويو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Trace and write the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האותיות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الحروف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S  T  U  V    </w:t>
      </w:r>
      <w:r>
        <w:rPr>
          <w:rFonts w:ascii="Calibri" w:hAnsi="Calibri" w:cs="Calibri"/>
          <w:color w:val="B4BBC7"/>
          <w:sz w:val="60"/>
          <w:szCs w:val="60"/>
        </w:rPr>
        <w:t xml:space="preserve">S  T  U  V    </w:t>
      </w:r>
      <w:r>
        <w:rPr>
          <w:rFonts w:ascii="Calibri" w:hAnsi="Calibri" w:cs="Calibri"/>
          <w:color w:val="B4BBC7"/>
          <w:sz w:val="60"/>
          <w:szCs w:val="60"/>
        </w:rPr>
        <w:t xml:space="preserve">S  T  U  V    </w:t>
      </w:r>
      <w:r>
        <w:rPr>
          <w:rFonts w:ascii="Calibri" w:hAnsi="Calibri" w:cs="Calibri"/>
          <w:color w:val="B4BBC7"/>
          <w:sz w:val="60"/>
          <w:szCs w:val="60"/>
        </w:rPr>
        <w:t xml:space="preserve">S  T  U  V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W  X  Y  Z    </w:t>
      </w:r>
      <w:r>
        <w:rPr>
          <w:rFonts w:ascii="Calibri" w:hAnsi="Calibri" w:cs="Calibri"/>
          <w:color w:val="B4BBC7"/>
          <w:sz w:val="60"/>
          <w:szCs w:val="60"/>
        </w:rPr>
        <w:t xml:space="preserve">W  X  Y  Z    </w:t>
      </w:r>
      <w:r>
        <w:rPr>
          <w:rFonts w:ascii="Calibri" w:hAnsi="Calibri" w:cs="Calibri"/>
          <w:color w:val="B4BBC7"/>
          <w:sz w:val="60"/>
          <w:szCs w:val="60"/>
        </w:rPr>
        <w:t xml:space="preserve">W  X  Y  Z    </w:t>
      </w:r>
      <w:r>
        <w:rPr>
          <w:rFonts w:ascii="Calibri" w:hAnsi="Calibri" w:cs="Calibri"/>
          <w:color w:val="B4BBC7"/>
          <w:sz w:val="60"/>
          <w:szCs w:val="60"/>
        </w:rPr>
        <w:t xml:space="preserve">W  X  Y  Z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s  t  u  v    </w:t>
      </w:r>
      <w:r>
        <w:rPr>
          <w:rFonts w:ascii="Calibri" w:hAnsi="Calibri" w:cs="Calibri"/>
          <w:color w:val="B4BBC7"/>
          <w:sz w:val="60"/>
          <w:szCs w:val="60"/>
        </w:rPr>
        <w:t xml:space="preserve">s  t  u  v    </w:t>
      </w:r>
      <w:r>
        <w:rPr>
          <w:rFonts w:ascii="Calibri" w:hAnsi="Calibri" w:cs="Calibri"/>
          <w:color w:val="B4BBC7"/>
          <w:sz w:val="60"/>
          <w:szCs w:val="60"/>
        </w:rPr>
        <w:t xml:space="preserve">s  t  u  v    </w:t>
      </w:r>
      <w:r>
        <w:rPr>
          <w:rFonts w:ascii="Calibri" w:hAnsi="Calibri" w:cs="Calibri"/>
          <w:color w:val="B4BBC7"/>
          <w:sz w:val="60"/>
          <w:szCs w:val="60"/>
        </w:rPr>
        <w:t xml:space="preserve">s  t  u  v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w  x  y  z    </w:t>
      </w:r>
      <w:r>
        <w:rPr>
          <w:rFonts w:ascii="Calibri" w:hAnsi="Calibri" w:cs="Calibri"/>
          <w:color w:val="B4BBC7"/>
          <w:sz w:val="60"/>
          <w:szCs w:val="60"/>
        </w:rPr>
        <w:t xml:space="preserve">w  x  y  z    </w:t>
      </w:r>
      <w:r>
        <w:rPr>
          <w:rFonts w:ascii="Calibri" w:hAnsi="Calibri" w:cs="Calibri"/>
          <w:color w:val="B4BBC7"/>
          <w:sz w:val="60"/>
          <w:szCs w:val="60"/>
        </w:rPr>
        <w:t xml:space="preserve">w  x  y  z    </w:t>
      </w:r>
      <w:r>
        <w:rPr>
          <w:rFonts w:ascii="Calibri" w:hAnsi="Calibri" w:cs="Calibri"/>
          <w:color w:val="B4BBC7"/>
          <w:sz w:val="60"/>
          <w:szCs w:val="60"/>
        </w:rPr>
        <w:t xml:space="preserve">w  x  y  z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Match the small letter to the capital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האות הקטנה לאות הגדולה.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الحرف الصغير بالحرف الكبير.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v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V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X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z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Y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x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Z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Write the capital or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הגדולה או את האות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الكبير أو 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Capital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Small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U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v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x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z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Write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58000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nake.png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_____nake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6000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urtle.pn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_____urtle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44000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n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_____an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921600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ter.pn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2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_____ater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eb.pn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_____eb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94581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ebra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9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_____ebra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_____un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58" name="Picture 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ger.pn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_____iger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Put the letters in ABC order.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האותיות לפי הסדר של ה-‎ABC‎.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الحروف حسب ترتيب الأبجديّة ‎ABC‎.</w:t>
      </w:r>
    </w:p>
    <w:p>
      <w:pPr>
        <w:spacing w:before="0" w:after="60"/>
        <w:jc w:val="both"/>
      </w:pPr>
      <w:r>
        <w:rPr/>
        <w:t>a. U    S    T    →    __________</w:t>
      </w:r>
    </w:p>
    <w:p>
      <w:pPr>
        <w:spacing w:before="0" w:after="60"/>
        <w:jc w:val="both"/>
      </w:pPr>
      <w:r>
        <w:rPr/>
        <w:t>b. Z    X    Y    →    __________</w:t>
      </w:r>
    </w:p>
    <w:p>
      <w:pPr>
        <w:spacing w:before="0" w:after="60"/>
        <w:jc w:val="both"/>
      </w:pPr>
      <w:r>
        <w:rPr/>
        <w:t>c. w    v    u    →    __________</w:t>
      </w:r>
    </w:p>
    <w:p>
      <w:pPr>
        <w:spacing w:before="0" w:after="60"/>
        <w:jc w:val="both"/>
      </w:pPr>
      <w:r>
        <w:rPr/>
        <w:t>d. z    y    x    →    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Circle the word that starts with the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שמתחילה באות.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التي تبدأ بالحرف.</w:t>
      </w:r>
    </w:p>
    <w:p>
      <w:pPr>
        <w:spacing w:before="0" w:after="100"/>
        <w:jc w:val="both"/>
      </w:pPr>
      <w:r>
        <w:rPr/>
        <w:t>a. s:   sun    tree    van</w:t>
      </w:r>
    </w:p>
    <w:p>
      <w:pPr>
        <w:spacing w:before="0" w:after="100"/>
        <w:jc w:val="both"/>
      </w:pPr>
      <w:r>
        <w:rPr/>
        <w:t>b. t:   web    train    zebra</w:t>
      </w:r>
    </w:p>
    <w:p>
      <w:pPr>
        <w:spacing w:before="0" w:after="100"/>
        <w:jc w:val="both"/>
      </w:pPr>
      <w:r>
        <w:rPr/>
        <w:t>c. w:   watch    sun    yo-yo</w:t>
      </w:r>
    </w:p>
    <w:p>
      <w:pPr>
        <w:spacing w:before="0" w:after="100"/>
        <w:jc w:val="both"/>
      </w:pPr>
      <w:r>
        <w:rPr/>
        <w:t>d. v:   tiger    van    web</w:t>
      </w:r>
    </w:p>
    <w:p>
      <w:pPr>
        <w:spacing w:before="0" w:after="100"/>
        <w:jc w:val="both"/>
      </w:pPr>
      <w:r>
        <w:rPr/>
        <w:t>e. z:   socks    zebra    window</w:t>
      </w:r>
    </w:p>
    <w:p>
      <w:pPr>
        <w:spacing w:before="0" w:after="100"/>
        <w:jc w:val="both"/>
      </w:pPr>
      <w:r>
        <w:rPr/>
        <w:t>f. y:   yo-yo    violin    star</w:t>
      </w: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7. Cut out the pictures. Glue each picture next to its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התמונות, והדביקו כל תמונה ליד המילה שלה.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الصور، وألصقوا كلّ صورة بجانب كلمتها.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sun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tree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umbrella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van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window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zebra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8. Draw a line from the capital letter to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מתחו קו מן האות הגדולה אל האות הקטנה.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صِلوا بخطّ بين الحرف الكبير والحرف الصغير.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1. S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a. y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2. T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b. s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3. U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c. t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4. W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d. w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5. Y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e. z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6. Z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f. u</w:t>
            </w:r>
          </w:p>
        </w:tc>
      </w:tr>
    </w:tbl>
    <w:p>
      <w:pPr>
        <w:spacing w:before="0" w:after="40"/>
        <w:jc w:val="both"/>
      </w:pPr>
    </w:p>
    <w:p>
      <w:pPr>
        <w:spacing w:before="0" w:after="80"/>
        <w:jc w:val="both"/>
      </w:pPr>
      <w:r>
        <w:br w:type="page"/>
      </w:r>
    </w:p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Unit 5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Unit 5: Short words: cat, dog, sun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מילים קצרות: ‎cat, dog, sun‎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كلمات قصيرة: ‎cat‎ و‎dog‎ و‎sun‎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3_t02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Sound it out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אומרים כל צליל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ننطق كلّ صوت</w:t>
      </w:r>
    </w:p>
    <w:p>
      <w:pPr>
        <w:spacing w:before="0" w:after="40"/>
        <w:jc w:val="both"/>
      </w:pPr>
      <w:r>
        <w:rPr/>
        <w:t>Say each sound. Then say the sounds fast.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אמרו כל צליל, ואחר כך אמרו את הצלילים מהר.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انطق كلّ صوت، ثمّ انطق الأصوات بسرعة.</w:t>
      </w:r>
    </w:p>
    <w:p>
      <w:pPr>
        <w:spacing w:before="0" w:after="20"/>
        <w:jc w:val="both"/>
      </w:pPr>
      <w:r>
        <w:rPr/>
        <w:t>1. c – a – t → cat</w:t>
      </w:r>
    </w:p>
    <w:p>
      <w:pPr>
        <w:spacing w:before="0" w:after="20"/>
        <w:jc w:val="both"/>
      </w:pPr>
      <w:r>
        <w:rPr/>
        <w:t>2. d – o – g → dog</w:t>
      </w:r>
    </w:p>
    <w:p>
      <w:pPr>
        <w:spacing w:before="0" w:after="20"/>
        <w:jc w:val="both"/>
      </w:pPr>
      <w:r>
        <w:rPr/>
        <w:t>3. s – u – n → sun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The middle sound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הצליל באמצע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الصوت في الوسط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Vowel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cat, hat, map, bag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bed, pen, ten, hen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six, sit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dog, box, fox, pot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u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sun, bus, cup, nut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Words that rhyme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מילים מתחרזות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كلمات متشابهة في القافية</w:t>
      </w:r>
    </w:p>
    <w:p>
      <w:pPr>
        <w:spacing w:before="0" w:after="40"/>
        <w:jc w:val="both"/>
      </w:pPr>
      <w:r>
        <w:rPr/>
        <w:t>Words that rhyme end with the same sounds.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מילים מתחרזות נגמרות באותם צלילים.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الكلمات المتشابهة في القافية تنتهي بالأصوات نفسها.</w:t>
      </w:r>
    </w:p>
    <w:p>
      <w:pPr>
        <w:spacing w:before="0" w:after="20"/>
        <w:jc w:val="both"/>
      </w:pPr>
      <w:r>
        <w:rPr/>
        <w:t>1. cat – hat – bat</w:t>
      </w:r>
    </w:p>
    <w:p>
      <w:pPr>
        <w:spacing w:before="0" w:after="20"/>
        <w:jc w:val="both"/>
      </w:pPr>
      <w:r>
        <w:rPr/>
        <w:t>2. pen – ten – hen</w:t>
      </w:r>
    </w:p>
    <w:p>
      <w:pPr>
        <w:spacing w:before="0" w:after="20"/>
        <w:jc w:val="both"/>
      </w:pPr>
      <w:r>
        <w:rPr/>
        <w:t>3. box – fox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60" name="Picture 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16875"/>
                  <wp:docPr id="61" name="Picture 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168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bus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אוטובוס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حافلة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62" name="Picture 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sun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שמש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شمس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63" name="Picture 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43625"/>
                  <wp:docPr id="64" name="Picture 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x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43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fox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שועל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ثعلب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85125"/>
                  <wp:docPr id="65" name="Picture 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85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hat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כובע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قبعة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الناقص.</w:t>
      </w:r>
    </w:p>
    <w:p>
      <w:pPr>
        <w:spacing w:before="0" w:after="80"/>
        <w:jc w:val="both"/>
      </w:pPr>
      <w:r>
        <w:rPr>
          <w:color w:val="0F766E"/>
          <w:sz w:val="24"/>
          <w:szCs w:val="24"/>
        </w:rPr>
        <w:t>Word bank: a  |  e  |  i  |  o  |  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66" name="Picture 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b_____g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67" name="Picture 6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n.pn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h_____n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68" name="Picture 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x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f_____x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69" name="Picture 6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b_____s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70" name="Picture 7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p.png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m_____p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20000"/>
                  <wp:docPr id="71" name="Picture 7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t.png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n_____t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72" name="Picture 7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ut.png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n_____t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73" name="Picture 7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t.png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p_____t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Look at the picture. Write the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الكلمة.</w:t>
      </w:r>
    </w:p>
    <w:p>
      <w:pPr>
        <w:spacing w:before="0" w:after="80"/>
        <w:jc w:val="both"/>
      </w:pPr>
      <w:r>
        <w:rPr>
          <w:color w:val="0F766E"/>
          <w:sz w:val="24"/>
          <w:szCs w:val="24"/>
        </w:rPr>
        <w:t>Word bank: hat  |  bus  |  ten  |  fox  |  bag  |  hen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74000"/>
                  <wp:docPr id="74" name="Picture 7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7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75" name="Picture 7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76" name="Picture 7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n.png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77" name="Picture 7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x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78" name="Picture 7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79" name="Picture 7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n.pn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Sound it out. Write the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אמרו כל צליל, חברו את הצלילים וכתבו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انطق كلّ صوت، صِل الأصوات واكتب الكلمة.</w:t>
      </w:r>
    </w:p>
    <w:p>
      <w:pPr>
        <w:spacing w:before="0" w:after="60"/>
        <w:jc w:val="both"/>
      </w:pPr>
      <w:r>
        <w:rPr/>
        <w:t>a. c – u – p  →  __________</w:t>
      </w:r>
    </w:p>
    <w:p>
      <w:pPr>
        <w:spacing w:before="0" w:after="60"/>
        <w:jc w:val="both"/>
      </w:pPr>
      <w:r>
        <w:rPr/>
        <w:t>b. b – e – d  →  __________</w:t>
      </w:r>
    </w:p>
    <w:p>
      <w:pPr>
        <w:spacing w:before="0" w:after="60"/>
        <w:jc w:val="both"/>
      </w:pPr>
      <w:r>
        <w:rPr/>
        <w:t>c. f – o – x  →  __________</w:t>
      </w:r>
    </w:p>
    <w:p>
      <w:pPr>
        <w:spacing w:before="0" w:after="60"/>
        <w:jc w:val="both"/>
      </w:pPr>
      <w:r>
        <w:rPr/>
        <w:t>d. s – u – n  →  __________</w:t>
      </w:r>
    </w:p>
    <w:p>
      <w:pPr>
        <w:spacing w:before="0" w:after="60"/>
        <w:jc w:val="both"/>
      </w:pPr>
      <w:r>
        <w:rPr/>
        <w:t>e. h – a – t  →  __________</w:t>
      </w:r>
    </w:p>
    <w:p>
      <w:pPr>
        <w:spacing w:before="0" w:after="60"/>
        <w:jc w:val="both"/>
      </w:pPr>
      <w:r>
        <w:rPr/>
        <w:t>f. p – e – n  →  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Match the words that rhyme.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מילים מתחרזות.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بين الكلمات المتشابهة في القافية.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bat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mat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hen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cut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pot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red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nut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ten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bed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dot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Look and read. Circle Yes or No.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וקראו. הקיפו ‎Yes (‎כן) או ‎No (‎לא).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واقرأ. ضع دائرة حول ‎Yes (‎نعم) أو ‎No (‎لا).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80" name="Picture 8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x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box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81" name="Picture 8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sun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84000"/>
                  <wp:docPr id="82" name="Picture 8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t.png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bat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83" name="Picture 8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p.png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cap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20000"/>
                  <wp:docPr id="84" name="Picture 8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t.png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nut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85" name="Picture 8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bag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Which word does not rhyme? Circle it.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איזו מילה לא מתחרזת? הקיפו אותה.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أيّ كلمة لا تتّفق في القافية؟ ضع دائرة حولها.</w:t>
      </w:r>
    </w:p>
    <w:p>
      <w:pPr>
        <w:spacing w:before="0" w:after="100"/>
        <w:jc w:val="both"/>
      </w:pPr>
      <w:r>
        <w:rPr/>
        <w:t>a. bat    mat    bus</w:t>
      </w:r>
    </w:p>
    <w:p>
      <w:pPr>
        <w:spacing w:before="0" w:after="100"/>
        <w:jc w:val="both"/>
      </w:pPr>
      <w:r>
        <w:rPr/>
        <w:t>b. hen    ten    hot</w:t>
      </w:r>
    </w:p>
    <w:p>
      <w:pPr>
        <w:spacing w:before="0" w:after="100"/>
        <w:jc w:val="both"/>
      </w:pPr>
      <w:r>
        <w:rPr/>
        <w:t>c. dot    pot    pen</w:t>
      </w:r>
    </w:p>
    <w:p>
      <w:pPr>
        <w:spacing w:before="0" w:after="100"/>
        <w:jc w:val="both"/>
      </w:pPr>
      <w:r>
        <w:rPr/>
        <w:t>d. nut    cut    net</w:t>
      </w: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7. Cut out the word cards. Glue each word under its sound: -at, -og or -un.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כרטיסי המילים, והדביקו כל מילה מתחת לצליל המתאים לה.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بطاقات الكلمات، وألصقوا كلّ كلمة تحت الصوت المناسب لها.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-at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-og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-un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8. Match the picture to the sentence. Write the number.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התמונה למשפט. כתבו את המספר.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طابِقوا الصورة مع الجملة. اكتبوا الرقم.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🐱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🐶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☀️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🚌</w:t>
            </w:r>
          </w:p>
        </w:tc>
      </w:tr>
    </w:tbl>
    <w:p>
      <w:pPr>
        <w:spacing w:before="0" w:after="40"/>
        <w:jc w:val="both"/>
      </w:pPr>
    </w:p>
    <w:p>
      <w:pPr>
        <w:spacing w:before="0" w:after="60"/>
        <w:jc w:val="both"/>
      </w:pPr>
      <w:r>
        <w:rPr>
          <w:sz w:val="25"/>
          <w:szCs w:val="25"/>
        </w:rPr>
        <w:t>[      ]   It is a big bus.</w:t>
      </w:r>
    </w:p>
    <w:p>
      <w:pPr>
        <w:spacing w:before="0" w:after="60"/>
        <w:jc w:val="both"/>
      </w:pPr>
      <w:r>
        <w:rPr>
          <w:sz w:val="25"/>
          <w:szCs w:val="25"/>
        </w:rPr>
        <w:t>[      ]   The cat is on the mat.</w:t>
      </w:r>
    </w:p>
    <w:p>
      <w:pPr>
        <w:spacing w:before="0" w:after="60"/>
        <w:jc w:val="both"/>
      </w:pPr>
      <w:r>
        <w:rPr>
          <w:sz w:val="25"/>
          <w:szCs w:val="25"/>
        </w:rPr>
        <w:t>[      ]   The sun is hot.</w:t>
      </w:r>
    </w:p>
    <w:p>
      <w:pPr>
        <w:spacing w:before="0" w:after="60"/>
        <w:jc w:val="both"/>
      </w:pPr>
      <w:r>
        <w:rPr>
          <w:sz w:val="25"/>
          <w:szCs w:val="25"/>
        </w:rPr>
        <w:t>[      ]   I see a dog.</w:t>
      </w:r>
    </w:p>
    <w:p>
      <w:pPr>
        <w:spacing w:before="0" w:after="80"/>
        <w:jc w:val="both"/>
      </w:pPr>
      <w:r>
        <w:br w:type="page"/>
      </w:r>
    </w:p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Unit 6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Unit 6: Colors and numbers 1–10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צבעים ומספרים ‎1–10‎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الألوان والأعداد ‎1–10‎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3_t03.jp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Colors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צבעים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الألوان</w:t>
      </w:r>
    </w:p>
    <w:p>
      <w:pPr>
        <w:spacing w:before="0" w:after="20"/>
        <w:jc w:val="both"/>
      </w:pPr>
      <w:r>
        <w:rPr/>
        <w:t>1. red     blue     green     yellow     pink</w:t>
      </w:r>
    </w:p>
    <w:p>
      <w:pPr>
        <w:spacing w:before="0" w:after="20"/>
        <w:jc w:val="both"/>
      </w:pPr>
      <w:r>
        <w:rPr/>
        <w:t>2. black     white     brown     orange     purple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Numbers 1–10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מספרים ‎1–10‎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الأعداد ‎1–10‎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Number</w:t>
            </w:r>
          </w:p>
        </w:tc>
        <w:tc>
          <w:tcPr>
            <w:tcW w:type="dxa" w:w="2494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  <w:tc>
          <w:tcPr>
            <w:tcW w:type="dxa" w:w="2494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Number</w:t>
            </w:r>
          </w:p>
        </w:tc>
        <w:tc>
          <w:tcPr>
            <w:tcW w:type="dxa" w:w="2494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1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one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6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six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2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two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7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seven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3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three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8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eight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4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four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9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nine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5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five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10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ten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A color and a thing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צבע ודבר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لون وشيء</w:t>
      </w:r>
    </w:p>
    <w:p>
      <w:pPr>
        <w:spacing w:before="0" w:after="40"/>
        <w:jc w:val="both"/>
      </w:pPr>
      <w:r>
        <w:rPr/>
        <w:t>The color comes before the thing.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הצבע בא לפני הדבר.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اللون يأتي قبل الشيء.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Examples: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דוגמאות: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أمثلة: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a red apple · a green frog · a yellow sun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87" name="Picture 8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d.png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red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אדום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أحمر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88" name="Picture 8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een.png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green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ירוק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أخضر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89" name="Picture 8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ue.png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blue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כחול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أزرق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90" name="Picture 9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n.png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ten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עשר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عشرة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91" name="Picture 9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yellow.png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yellow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צהוב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أصفر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92" name="Picture 9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ack.png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black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שחור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أسود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Write the color.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הצבע.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اللون.</w:t>
      </w:r>
    </w:p>
    <w:p>
      <w:pPr>
        <w:spacing w:before="0" w:after="80"/>
        <w:jc w:val="both"/>
      </w:pPr>
      <w:r>
        <w:rPr>
          <w:color w:val="0F766E"/>
          <w:sz w:val="24"/>
          <w:szCs w:val="24"/>
        </w:rPr>
        <w:t>Word bank: red  |  yellow  |  green  |  blue  |  white  |  black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93" name="Picture 9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d.png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94" name="Picture 9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yellow.png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95" name="Picture 9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een.png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96" name="Picture 9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ue.png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97" name="Picture 9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hite.png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98" name="Picture 9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ack.png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Count and write the number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ספרו וכתבו את המספר במילה.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عُدّ واكتب العدد بالكلمات.</w:t>
      </w:r>
    </w:p>
    <w:p>
      <w:pPr>
        <w:spacing w:before="0" w:after="80"/>
        <w:jc w:val="both"/>
      </w:pPr>
      <w:r>
        <w:rPr>
          <w:color w:val="0F766E"/>
          <w:sz w:val="24"/>
          <w:szCs w:val="24"/>
        </w:rPr>
        <w:t>Word bank: two  |  three  |  four  |  five  |  six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90062"/>
                  <wp:docPr id="99" name="Picture 9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90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90062"/>
                  <wp:docPr id="100" name="Picture 10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90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74125"/>
                  <wp:docPr id="101" name="Picture 10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74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74125"/>
                  <wp:docPr id="102" name="Picture 10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74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74125"/>
                  <wp:docPr id="103" name="Picture 10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74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04" name="Picture 10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05" name="Picture 10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06" name="Picture 10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07" name="Picture 10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306000" cy="408000"/>
                  <wp:docPr id="108" name="Picture 10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gg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40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408000"/>
                  <wp:docPr id="109" name="Picture 10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gg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40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408000"/>
                  <wp:docPr id="110" name="Picture 1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gg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40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408000"/>
                  <wp:docPr id="111" name="Picture 1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gg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40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408000"/>
                  <wp:docPr id="112" name="Picture 1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gg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40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306000" cy="194438"/>
                  <wp:docPr id="113" name="Picture 1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.png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19443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194438"/>
                  <wp:docPr id="114" name="Picture 1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.png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19443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194438"/>
                  <wp:docPr id="115" name="Picture 1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.png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19443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194438"/>
                  <wp:docPr id="116" name="Picture 1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.png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19443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194438"/>
                  <wp:docPr id="117" name="Picture 1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.png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19443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194438"/>
                  <wp:docPr id="118" name="Picture 1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.png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19443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/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number to the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המספר למילה.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العدد بالكلمة.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1. 2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six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2. 4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two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3. 6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nine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4. 9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four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5. 10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ten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Write the missing number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המספר החסר במילה.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العدد الناقص بالكلمات.</w:t>
      </w:r>
    </w:p>
    <w:p>
      <w:pPr>
        <w:spacing w:before="0" w:after="60"/>
        <w:jc w:val="both"/>
      </w:pPr>
      <w:r>
        <w:rPr/>
        <w:t>a. two,  three,  __________</w:t>
      </w:r>
    </w:p>
    <w:p>
      <w:pPr>
        <w:spacing w:before="0" w:after="60"/>
        <w:jc w:val="both"/>
      </w:pPr>
      <w:r>
        <w:rPr/>
        <w:t>b. six,  __________,  eight</w:t>
      </w:r>
    </w:p>
    <w:p>
      <w:pPr>
        <w:spacing w:before="0" w:after="60"/>
        <w:jc w:val="both"/>
      </w:pPr>
      <w:r>
        <w:rPr/>
        <w:t>c. __________,  ten</w:t>
      </w:r>
    </w:p>
    <w:p>
      <w:pPr>
        <w:spacing w:before="0" w:after="60"/>
        <w:jc w:val="both"/>
      </w:pPr>
      <w:r>
        <w:rPr/>
        <w:t>d. three,  __________,  five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Look and read. Circle Yes or No.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וקראו. הקיפו ‎Yes (‎כן) או ‎No (‎לא).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واقرأ. ضع دائرة حول ‎Yes (‎نعم) أو ‎No (‎لا).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66217"/>
                  <wp:docPr id="119" name="Picture 1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apes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662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purple grapes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8000"/>
                  <wp:docPr id="120" name="Picture 1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rot.png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blue carrot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970105"/>
                  <wp:docPr id="121" name="Picture 1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lk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701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white milk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58000"/>
                  <wp:docPr id="122" name="Picture 1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omato.png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red tomato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0000"/>
                  <wp:docPr id="123" name="Picture 1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ar.png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brown bear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8000"/>
                  <wp:docPr id="124" name="Picture 1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yellow frog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Sort the words: colors and numbers.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המילים: צבעים ומספרים.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الكلمات: ألوان وأعداد.</w:t>
      </w:r>
    </w:p>
    <w:p>
      <w:pPr>
        <w:spacing w:before="0" w:after="80"/>
        <w:jc w:val="both"/>
      </w:pPr>
      <w:r>
        <w:rPr>
          <w:color w:val="0F766E"/>
          <w:sz w:val="24"/>
          <w:szCs w:val="24"/>
        </w:rPr>
        <w:t>Words: red  |  two  |  blue  |  six  |  green  |  ten  |  pink  |  five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Colors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Numbers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7. Cut out the number cards. Glue each number next to its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כרטיסי המספרים, והדביקו כל מספר ליד המילה שלו.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بطاقات الأعداد، وألصقوا كلّ عدد بجانب كلمته.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three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seven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five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ten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two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eight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8. Read the color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מילות הצבעים.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اِقرؤوا كلمات الألوان.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</w:rPr>
              <w:t>📖 Word bank · ביאורי מילים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red 🔴 – </w:t>
            </w:r>
            <w:r>
              <w:rPr>
                <w:sz w:val="24"/>
                <w:szCs w:val="24"/>
              </w:rPr>
              <w:t>אָדֹם · أَحمَر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blue 🔵 – </w:t>
            </w:r>
            <w:r>
              <w:rPr>
                <w:sz w:val="24"/>
                <w:szCs w:val="24"/>
              </w:rPr>
              <w:t>כָּחֹל · أَزرَق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green 🟢 – </w:t>
            </w:r>
            <w:r>
              <w:rPr>
                <w:sz w:val="24"/>
                <w:szCs w:val="24"/>
              </w:rPr>
              <w:t>יָרֹק · أَخضَر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yellow 🟡 – </w:t>
            </w:r>
            <w:r>
              <w:rPr>
                <w:sz w:val="24"/>
                <w:szCs w:val="24"/>
              </w:rPr>
              <w:t>צָהֹב · أَصفَر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black ⚫ – </w:t>
            </w:r>
            <w:r>
              <w:rPr>
                <w:sz w:val="24"/>
                <w:szCs w:val="24"/>
              </w:rPr>
              <w:t>שָׁחֹר · أَسوَد</w:t>
            </w:r>
          </w:p>
        </w:tc>
      </w:tr>
    </w:tbl>
    <w:p>
      <w:pPr>
        <w:spacing w:before="0" w:after="40"/>
        <w:jc w:val="both"/>
      </w:pPr>
    </w:p>
    <w:p>
      <w:pPr>
        <w:spacing w:before="0" w:after="40"/>
        <w:jc w:val="both"/>
      </w:pPr>
      <w:r>
        <w:rPr>
          <w:b/>
          <w:bCs/>
          <w:sz w:val="25"/>
          <w:szCs w:val="25"/>
        </w:rPr>
        <w:t>✏️ Choose two words and write a short sentence with each.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בחרו שתי מילים, וכתבו משפט קצר עם כל אחת.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اِختاروا كلمتين، واكتبوا جملة قصيرة مع كلّ واحدة.</w:t>
      </w:r>
    </w:p>
    <w:p>
      <w:pPr>
        <w:spacing w:before="0" w:after="120"/>
        <w:jc w:val="both"/>
      </w:pPr>
      <w:r>
        <w:rPr>
          <w:color w:val="9AA3B5"/>
          <w:sz w:val="24"/>
          <w:szCs w:val="24"/>
        </w:rPr>
        <w:t>______________________________________________________________________</w:t>
      </w:r>
    </w:p>
    <w:p>
      <w:pPr>
        <w:spacing w:before="0" w:after="120"/>
        <w:jc w:val="both"/>
      </w:pPr>
      <w:r>
        <w:rPr>
          <w:color w:val="9AA3B5"/>
          <w:sz w:val="24"/>
          <w:szCs w:val="24"/>
        </w:rPr>
        <w:t>______________________________________________________________________</w:t>
      </w:r>
    </w:p>
    <w:p>
      <w:pPr>
        <w:spacing w:before="0" w:after="80"/>
        <w:jc w:val="both"/>
      </w:pPr>
      <w:r>
        <w:br w:type="page"/>
      </w:r>
    </w:p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Unit 7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Unit 7: Hello! School things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שלום! חפצים בבית הספר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مرحبًا! أدوات المدرسة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125" name="Picture 1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3_t07.jp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Hello and goodbye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שלום ולהתראות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مرحبًا ومع السلامة</w:t>
      </w:r>
    </w:p>
    <w:p>
      <w:pPr>
        <w:spacing w:before="0" w:after="20"/>
        <w:jc w:val="both"/>
      </w:pPr>
      <w:r>
        <w:rPr/>
        <w:t>1. Hello! / Hi!</w:t>
      </w:r>
    </w:p>
    <w:p>
      <w:pPr>
        <w:spacing w:before="0" w:after="20"/>
        <w:jc w:val="both"/>
      </w:pPr>
      <w:r>
        <w:rPr/>
        <w:t>2. Good morning!</w:t>
      </w:r>
    </w:p>
    <w:p>
      <w:pPr>
        <w:spacing w:before="0" w:after="20"/>
        <w:jc w:val="both"/>
      </w:pPr>
      <w:r>
        <w:rPr/>
        <w:t>3. Goodbye! / Bye!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My name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השם שלי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اسمي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Ask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Answer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What's your name?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I'm Dana. / My name is Adam.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How are you?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I'm fine, thank you.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School things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חפצים בבית הספר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أدوات المدرسة</w:t>
      </w:r>
    </w:p>
    <w:p>
      <w:pPr>
        <w:spacing w:before="0" w:after="20"/>
        <w:jc w:val="both"/>
      </w:pPr>
      <w:r>
        <w:rPr/>
        <w:t>1. pen     pencil     book     bag     ruler</w:t>
      </w:r>
    </w:p>
    <w:p>
      <w:pPr>
        <w:spacing w:before="0" w:after="20"/>
        <w:jc w:val="both"/>
      </w:pPr>
      <w:r>
        <w:rPr/>
        <w:t>2. notebook     scissors     crayon     chair     door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77957"/>
                  <wp:docPr id="126" name="Picture 1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779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bag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תיק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حقيبة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31500"/>
                  <wp:docPr id="127" name="Picture 1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31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book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كتاب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72926"/>
                  <wp:docPr id="128" name="Picture 1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729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pen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עט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قلم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29" name="Picture 1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uler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ruler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סרגל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مسطرة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09500"/>
                  <wp:docPr id="130" name="Picture 1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ool.png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09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school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בית 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مدرسة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736525"/>
                  <wp:docPr id="131" name="Picture 1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ir.png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736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chair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כיסא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كرسي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Write the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الكلمة.</w:t>
      </w:r>
    </w:p>
    <w:p>
      <w:pPr>
        <w:spacing w:before="0" w:after="80"/>
        <w:jc w:val="both"/>
      </w:pPr>
      <w:r>
        <w:rPr>
          <w:color w:val="0F766E"/>
          <w:sz w:val="24"/>
          <w:szCs w:val="24"/>
        </w:rPr>
        <w:t>Word bank: pencil  |  notebook  |  scissors  |  crayon  |  clock  |  window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32" name="Picture 1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cil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82667"/>
                  <wp:docPr id="133" name="Picture 1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tebook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826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134" name="Picture 1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issors.png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35" name="Picture 1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ayon.png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66217"/>
                  <wp:docPr id="136" name="Picture 1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ock.png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662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37" name="Picture 1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ndow.pn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Look and read. Circle Yes or No.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וקראו. הקיפו ‎Yes (‎כן) או ‎No (‎לא).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واقرأ. ضع دائرة حول ‎Yes (‎نعم) أو ‎No (‎لا).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138" name="Picture 1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pen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08000"/>
                  <wp:docPr id="139" name="Picture 1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0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bag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906492"/>
                  <wp:docPr id="140" name="Picture 1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ir.png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064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chair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41" name="Picture 1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uler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pencil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1043321"/>
                  <wp:docPr id="142" name="Picture 1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or.png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10433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door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66217"/>
                  <wp:docPr id="143" name="Picture 1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ock.png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662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computer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Match: what do you say back?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התאימו: מה עונים?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صِل: بماذا تُجيب؟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Hi!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My name is Adam.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What's your name?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Hello!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Bye!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Fine, thanks.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How are you?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Goodbye!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Write the missing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המילה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الكلمة الناقصة.</w:t>
      </w:r>
    </w:p>
    <w:p>
      <w:pPr>
        <w:spacing w:before="0" w:after="80"/>
        <w:jc w:val="both"/>
      </w:pPr>
      <w:r>
        <w:rPr>
          <w:color w:val="0F766E"/>
          <w:sz w:val="24"/>
          <w:szCs w:val="24"/>
        </w:rPr>
        <w:t>Word bank: Hello  |  morning  |  name  |  fine</w:t>
      </w:r>
    </w:p>
    <w:p>
      <w:pPr>
        <w:spacing w:before="0" w:after="60"/>
        <w:jc w:val="both"/>
      </w:pPr>
      <w:r>
        <w:rPr/>
        <w:t>a. __________! I'm Adam.</w:t>
      </w:r>
    </w:p>
    <w:p>
      <w:pPr>
        <w:spacing w:before="0" w:after="60"/>
        <w:jc w:val="both"/>
      </w:pPr>
      <w:r>
        <w:rPr/>
        <w:t>b. Good __________, teacher!</w:t>
      </w:r>
    </w:p>
    <w:p>
      <w:pPr>
        <w:spacing w:before="0" w:after="60"/>
        <w:jc w:val="both"/>
      </w:pPr>
      <w:r>
        <w:rPr/>
        <w:t>c. What's your __________?</w:t>
      </w:r>
    </w:p>
    <w:p>
      <w:pPr>
        <w:spacing w:before="0" w:after="60"/>
        <w:jc w:val="both"/>
      </w:pPr>
      <w:r>
        <w:rPr/>
        <w:t>d. I'm __________, thank you.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Sort the words: school things and animals.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המילים: חפצים בבית הספר ובעלי חיים.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الكلمات: أدوات المدرسة والحيوانات.</w:t>
      </w:r>
    </w:p>
    <w:p>
      <w:pPr>
        <w:spacing w:before="0" w:after="80"/>
        <w:jc w:val="both"/>
      </w:pPr>
      <w:r>
        <w:rPr>
          <w:color w:val="0F766E"/>
          <w:sz w:val="24"/>
          <w:szCs w:val="24"/>
        </w:rPr>
        <w:t>Words: pen  |  cat  |  ruler  |  dog  |  bag  |  fish  |  book  |  frog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School things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Animals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Look at the picture.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الناقص.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44" name="Picture 1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cil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p_____ncil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45" name="Picture 1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ayon.png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cr_____yon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66217"/>
                  <wp:docPr id="146" name="Picture 1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ock.png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662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cl_____ck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47" name="Picture 1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ndow.pn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w_____ndow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82667"/>
                  <wp:docPr id="148" name="Picture 1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tebook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826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n_____tebook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149" name="Picture 1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issors.png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sc_____ssors</w:t>
            </w:r>
          </w:p>
        </w:tc>
      </w:tr>
    </w:tbl>
    <w:p>
      <w:pPr>
        <w:spacing w:before="0" w:after="80"/>
        <w:jc w:val="both"/>
      </w:pP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7. Cut out the cards. Glue each card in the right box: school things or words we say.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הכרטיסים, והדביקו כל כרטיס בתיבה הנכונה: חפצים בבית הספר או מילים שאומרים.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البطاقات، وألصقوا كلّ بطاقة في المكان الصحيح: أدوات المدرسة أو كلمات نقولها.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School things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Words we say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8. Match: what do you say back? Draw a line.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התאימו: מה עונים? מתחו קו.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طابِقوا: بماذا نُجيب؟ صِلوا بخطّ.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1. Hello!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a. My name is Dan.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2. How are you?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b. Hi!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3. What's your name?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c. Bye!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4. Goodbye!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d. You're welcome.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5. Thank you!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e. I'm fine, thank you.</w:t>
            </w:r>
          </w:p>
        </w:tc>
      </w:tr>
    </w:tbl>
    <w:p>
      <w:pPr>
        <w:spacing w:before="0" w:after="40"/>
        <w:jc w:val="both"/>
      </w:pPr>
    </w:p>
    <w:p>
      <w:pPr>
        <w:spacing w:before="0" w:after="80"/>
        <w:jc w:val="both"/>
      </w:pPr>
      <w:r>
        <w:br w:type="page"/>
      </w:r>
    </w:p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Unit 8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Unit 8: Animals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בעלי חיים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الحيوانات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150" name="Picture 1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3_t06.jp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Pets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חיות מחמד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حيوانات أليفة</w:t>
      </w:r>
    </w:p>
    <w:p>
      <w:pPr>
        <w:spacing w:before="0" w:after="20"/>
        <w:jc w:val="both"/>
      </w:pPr>
      <w:r>
        <w:rPr/>
        <w:t>1. cat     dog     fish     bird     rabbit     mouse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Farm animals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בעלי חיים בחווה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حيوانات المزرعة</w:t>
      </w:r>
    </w:p>
    <w:p>
      <w:pPr>
        <w:spacing w:before="0" w:after="20"/>
        <w:jc w:val="both"/>
      </w:pPr>
      <w:r>
        <w:rPr/>
        <w:t>1. cow     horse     sheep     duck     hen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Zoo animals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בעלי חיים בגן החיות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حيوانات حديقة الحيوانات</w:t>
      </w:r>
    </w:p>
    <w:p>
      <w:pPr>
        <w:spacing w:before="0" w:after="20"/>
        <w:jc w:val="both"/>
      </w:pPr>
      <w:r>
        <w:rPr/>
        <w:t>1. lion     monkey     elephant     zebra     tiger     giraffe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One and more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אחד ויותר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واحد وأكثر</w:t>
      </w:r>
    </w:p>
    <w:p>
      <w:pPr>
        <w:spacing w:before="0" w:after="40"/>
        <w:jc w:val="both"/>
      </w:pPr>
      <w:r>
        <w:rPr/>
        <w:t>For more than one, add 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כשיש יותר מאחד, מוסיפים ‎s‎.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عندما يكون أكثر من واحد، نضيف ‎s‎.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Examples: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דוגמאות: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أمثلة: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one cat – two cats · one dog – three dogs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151" name="Picture 1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152" name="Picture 1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93714"/>
                  <wp:docPr id="153" name="Picture 1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rse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93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horse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סוס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حصان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99750"/>
                  <wp:docPr id="154" name="Picture 1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99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cow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פרה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بقرة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522419"/>
                  <wp:docPr id="155" name="Picture 1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522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duck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ברווז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بطة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522419"/>
                  <wp:docPr id="156" name="Picture 1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on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522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lion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אריה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أسد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Write the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الكلمة.</w:t>
      </w:r>
    </w:p>
    <w:p>
      <w:pPr>
        <w:spacing w:before="0" w:after="80"/>
        <w:jc w:val="both"/>
      </w:pPr>
      <w:r>
        <w:rPr>
          <w:color w:val="0F766E"/>
          <w:sz w:val="24"/>
          <w:szCs w:val="24"/>
        </w:rPr>
        <w:t>Word bank: lion  |  monkey  |  zebra  |  horse  |  sheep  |  rabbit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157" name="Picture 1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on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158" name="Picture 1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nkey.png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94581"/>
                  <wp:docPr id="159" name="Picture 1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ebra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9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07648"/>
                  <wp:docPr id="160" name="Picture 1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rse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0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161" name="Picture 1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heep.png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57479"/>
                  <wp:docPr id="162" name="Picture 1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abbit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574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Look at the picture.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الناقص.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163" name="Picture 1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on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l_____on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164" name="Picture 1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heep.png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sh_____ep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94581"/>
                  <wp:docPr id="165" name="Picture 1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ebra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9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z_____bra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07648"/>
                  <wp:docPr id="166" name="Picture 1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rse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0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h_____rse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57479"/>
                  <wp:docPr id="167" name="Picture 16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abbit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574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r_____bbit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26000"/>
                  <wp:docPr id="168" name="Picture 1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use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2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m_____use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Sort the animals: farm or zoo.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בעלי החיים: חווה או גן חיות.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الحيوانات: مزرعة أو حديقة حيوانات.</w:t>
      </w:r>
    </w:p>
    <w:p>
      <w:pPr>
        <w:spacing w:before="0" w:after="80"/>
        <w:jc w:val="both"/>
      </w:pPr>
      <w:r>
        <w:rPr>
          <w:color w:val="0F766E"/>
          <w:sz w:val="24"/>
          <w:szCs w:val="24"/>
        </w:rPr>
        <w:t>Words: hen  |  giraffe  |  cow  |  elephant  |  duck  |  monkey  |  horse  |  lion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Farm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Zoo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and circle the right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והקיפו את המילים הנכונות.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وضع دائرة حول الكلمات الصحيحة.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61375"/>
                  <wp:docPr id="169" name="Picture 16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1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61375"/>
                  <wp:docPr id="170" name="Picture 17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1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two cows     </w:t>
            </w:r>
            <w:r>
              <w:rPr>
                <w:sz w:val="28"/>
                <w:szCs w:val="28"/>
              </w:rPr>
              <w:t xml:space="preserve">three cows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07648"/>
                  <wp:docPr id="171" name="Picture 17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rse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0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one horse     </w:t>
            </w:r>
            <w:r>
              <w:rPr>
                <w:sz w:val="28"/>
                <w:szCs w:val="28"/>
              </w:rPr>
              <w:t xml:space="preserve">two horses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172" name="Picture 17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173" name="Picture 17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174" name="Picture 17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two ducks     </w:t>
            </w:r>
            <w:r>
              <w:rPr>
                <w:sz w:val="28"/>
                <w:szCs w:val="28"/>
              </w:rPr>
              <w:t xml:space="preserve">three ducks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64562"/>
                  <wp:docPr id="175" name="Picture 17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45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64562"/>
                  <wp:docPr id="176" name="Picture 17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45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64562"/>
                  <wp:docPr id="177" name="Picture 17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45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64562"/>
                  <wp:docPr id="178" name="Picture 17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45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64562"/>
                  <wp:docPr id="179" name="Picture 17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45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five frogs     </w:t>
            </w:r>
            <w:r>
              <w:rPr>
                <w:sz w:val="28"/>
                <w:szCs w:val="28"/>
              </w:rPr>
              <w:t xml:space="preserve">four frogs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animal.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בעל החיים.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الحيوان.</w:t>
      </w:r>
    </w:p>
    <w:p>
      <w:pPr>
        <w:spacing w:before="0" w:after="100"/>
        <w:jc w:val="both"/>
      </w:pPr>
      <w:r>
        <w:rPr/>
        <w:t>a. cow    cup    bag</w:t>
      </w:r>
    </w:p>
    <w:p>
      <w:pPr>
        <w:spacing w:before="0" w:after="100"/>
        <w:jc w:val="both"/>
      </w:pPr>
      <w:r>
        <w:rPr/>
        <w:t>b. pen    lion    map</w:t>
      </w:r>
    </w:p>
    <w:p>
      <w:pPr>
        <w:spacing w:before="0" w:after="100"/>
        <w:jc w:val="both"/>
      </w:pPr>
      <w:r>
        <w:rPr/>
        <w:t>c. hat    box    duck</w:t>
      </w:r>
    </w:p>
    <w:p>
      <w:pPr>
        <w:spacing w:before="0" w:after="100"/>
        <w:jc w:val="both"/>
      </w:pPr>
      <w:r>
        <w:rPr/>
        <w:t>d. horse    house    bed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the name of an animal you like.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השם של בעל חיים שאתם אוהבים.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اسم حيوان تحبّه.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7. Cut out the animal cards. Glue each animal in the right box: it lives on a farm or in the water.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כרטיסי החיות, והדביקו כל חיה בתיבה הנכונה: חיה בחווה או חיה במים.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بطاقات الحيوانات، وألصقوا كلّ حيوان في المكان الصحيح: يعيش في المزرعة أو في الماء.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On a farm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In the water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0F766E"/>
          <w:sz w:val="26"/>
          <w:szCs w:val="26"/>
        </w:rPr>
        <w:t>8. Match the picture to the sentence. Write the number.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התמונה למשפט. כתבו את המספר.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طابِقوا الصورة مع الجملة. اكتبوا الرقم.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🐘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🐁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🐦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🐟</w:t>
            </w:r>
          </w:p>
        </w:tc>
      </w:tr>
    </w:tbl>
    <w:p>
      <w:pPr>
        <w:spacing w:before="0" w:after="40"/>
        <w:jc w:val="both"/>
      </w:pPr>
    </w:p>
    <w:p>
      <w:pPr>
        <w:spacing w:before="0" w:after="60"/>
        <w:jc w:val="both"/>
      </w:pPr>
      <w:r>
        <w:rPr>
          <w:sz w:val="25"/>
          <w:szCs w:val="25"/>
        </w:rPr>
        <w:t>[      ]   The bird can fly.</w:t>
      </w:r>
    </w:p>
    <w:p>
      <w:pPr>
        <w:spacing w:before="0" w:after="60"/>
        <w:jc w:val="both"/>
      </w:pPr>
      <w:r>
        <w:rPr>
          <w:sz w:val="25"/>
          <w:szCs w:val="25"/>
        </w:rPr>
        <w:t>[      ]   The mouse is small.</w:t>
      </w:r>
    </w:p>
    <w:p>
      <w:pPr>
        <w:spacing w:before="0" w:after="60"/>
        <w:jc w:val="both"/>
      </w:pPr>
      <w:r>
        <w:rPr>
          <w:sz w:val="25"/>
          <w:szCs w:val="25"/>
        </w:rPr>
        <w:t>[      ]   The fish can swim.</w:t>
      </w:r>
    </w:p>
    <w:p>
      <w:pPr>
        <w:spacing w:before="0" w:after="60"/>
        <w:jc w:val="both"/>
      </w:pPr>
      <w:r>
        <w:rPr>
          <w:sz w:val="25"/>
          <w:szCs w:val="25"/>
        </w:rPr>
        <w:t>[      ]   The elephant is big.</w:t>
      </w:r>
    </w:p>
    <w:p>
      <w:pPr>
        <w:spacing w:before="0" w:after="80"/>
        <w:jc w:val="both"/>
      </w:pPr>
      <w:r>
        <w:br w:type="page"/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Review – What did we learn?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חזרה – מה למדנו?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مراجعة – ماذا تعلّمنا؟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60"/>
        <w:jc w:val="both"/>
      </w:pPr>
      <w:r>
        <w:rPr/>
        <w:t>a. a    b    __________    d</w:t>
      </w:r>
    </w:p>
    <w:p>
      <w:pPr>
        <w:spacing w:before="0" w:after="60"/>
        <w:jc w:val="both"/>
      </w:pPr>
      <w:r>
        <w:rPr/>
        <w:t>b. h    i    __________    k</w:t>
      </w:r>
    </w:p>
    <w:p>
      <w:pPr>
        <w:spacing w:before="0" w:after="60"/>
        <w:jc w:val="both"/>
      </w:pPr>
      <w:r>
        <w:rPr/>
        <w:t>c. p    q    __________    s</w:t>
      </w:r>
    </w:p>
    <w:p>
      <w:pPr>
        <w:spacing w:before="0" w:after="60"/>
        <w:jc w:val="both"/>
      </w:pPr>
      <w:r>
        <w:rPr/>
        <w:t>d. w    x    __________    z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Write the capital or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הגדולה או את האות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الكبير أو 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Capital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Small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m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q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Look at the picture. Write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180" name="Picture 18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_____og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181" name="Picture 18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t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_____ite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182" name="Picture 18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on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_____oon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3" name="Picture 18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_____un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44000"/>
                  <wp:docPr id="184" name="Picture 18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n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_____an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94581"/>
                  <wp:docPr id="185" name="Picture 18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ebra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9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_____ebra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Circle the right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الكلمة الصحيحة.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186" name="Picture 18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cat     </w:t>
            </w:r>
            <w:r>
              <w:rPr>
                <w:sz w:val="28"/>
                <w:szCs w:val="28"/>
              </w:rPr>
              <w:t xml:space="preserve">cup     </w:t>
            </w:r>
            <w:r>
              <w:rPr>
                <w:sz w:val="28"/>
                <w:szCs w:val="28"/>
              </w:rPr>
              <w:t xml:space="preserve">hat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187" name="Picture 18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bed     </w:t>
            </w:r>
            <w:r>
              <w:rPr>
                <w:sz w:val="28"/>
                <w:szCs w:val="28"/>
              </w:rPr>
              <w:t xml:space="preserve">bus     </w:t>
            </w:r>
            <w:r>
              <w:rPr>
                <w:sz w:val="28"/>
                <w:szCs w:val="28"/>
              </w:rPr>
              <w:t xml:space="preserve">box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188" name="Picture 18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fish     </w:t>
            </w:r>
            <w:r>
              <w:rPr>
                <w:sz w:val="28"/>
                <w:szCs w:val="28"/>
              </w:rPr>
              <w:t xml:space="preserve">frog     </w:t>
            </w:r>
            <w:r>
              <w:rPr>
                <w:sz w:val="28"/>
                <w:szCs w:val="28"/>
              </w:rPr>
              <w:t xml:space="preserve">fox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9" name="Picture 18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cil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pen     </w:t>
            </w:r>
            <w:r>
              <w:rPr>
                <w:sz w:val="28"/>
                <w:szCs w:val="28"/>
              </w:rPr>
              <w:t xml:space="preserve">pencil     </w:t>
            </w:r>
            <w:r>
              <w:rPr>
                <w:sz w:val="28"/>
                <w:szCs w:val="28"/>
              </w:rPr>
              <w:t xml:space="preserve">ruler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Match the number to the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המספר למילה.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العدد بالكلمة.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1. 2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two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2. 5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seven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3. 7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nine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4. 9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five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Look at the picture. Circle the right color.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הצבע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اللون الصحيح.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90" name="Picture 19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yellow.png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yellow     </w:t>
            </w:r>
            <w:r>
              <w:rPr>
                <w:sz w:val="28"/>
                <w:szCs w:val="28"/>
              </w:rPr>
              <w:t xml:space="preserve">blue     </w:t>
            </w:r>
            <w:r>
              <w:rPr>
                <w:sz w:val="28"/>
                <w:szCs w:val="28"/>
              </w:rPr>
              <w:t xml:space="preserve">red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91" name="Picture 19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urple.png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purple     </w:t>
            </w:r>
            <w:r>
              <w:rPr>
                <w:sz w:val="28"/>
                <w:szCs w:val="28"/>
              </w:rPr>
              <w:t xml:space="preserve">pink     </w:t>
            </w:r>
            <w:r>
              <w:rPr>
                <w:sz w:val="28"/>
                <w:szCs w:val="28"/>
              </w:rPr>
              <w:t xml:space="preserve">brown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92" name="Picture 19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hite.png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black     </w:t>
            </w:r>
            <w:r>
              <w:rPr>
                <w:sz w:val="28"/>
                <w:szCs w:val="28"/>
              </w:rPr>
              <w:t xml:space="preserve">white     </w:t>
            </w:r>
            <w:r>
              <w:rPr>
                <w:sz w:val="28"/>
                <w:szCs w:val="28"/>
              </w:rPr>
              <w:t xml:space="preserve">green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Look at the picture. Write the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الكلمة.</w:t>
      </w:r>
    </w:p>
    <w:p>
      <w:pPr>
        <w:spacing w:before="0" w:after="80"/>
        <w:jc w:val="both"/>
      </w:pPr>
      <w:r>
        <w:rPr>
          <w:color w:val="0F766E"/>
          <w:sz w:val="24"/>
          <w:szCs w:val="24"/>
        </w:rPr>
        <w:t>Word bank: dog  |  cow  |  bag  |  book  |  duck  |  sun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193" name="Picture 19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2000"/>
                  <wp:docPr id="194" name="Picture 19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195" name="Picture 19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08000"/>
                  <wp:docPr id="196" name="Picture 19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0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197" name="Picture 19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98" name="Picture 19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</w:t>
            </w:r>
          </w:p>
        </w:tc>
      </w:tr>
    </w:tbl>
    <w:p>
      <w:pPr>
        <w:spacing w:before="0" w:after="80"/>
        <w:jc w:val="both"/>
      </w:pPr>
    </w:p>
    <w:p>
      <w:pPr>
        <w:spacing w:before="480" w:after="40"/>
        <w:jc w:val="center"/>
      </w:pPr>
      <w:r>
        <w:rPr>
          <w:rFonts w:ascii="Arial Black" w:hAnsi="Arial Black" w:cs="Arial Black"/>
          <w:b/>
          <w:bCs/>
          <w:color w:val="0F766E"/>
          <w:sz w:val="60"/>
          <w:szCs w:val="60"/>
        </w:rPr>
        <w:t>Well done!</w:t>
      </w:r>
    </w:p>
    <w:p>
      <w:pPr>
        <w:spacing w:before="0" w:after="120"/>
        <w:jc w:val="center"/>
      </w:pPr>
      <w:r>
        <w:rPr>
          <w:rFonts w:ascii="Arial" w:hAnsi="Arial" w:cs="Arial"/>
          <w:color w:val="1D2433"/>
          <w:sz w:val="32"/>
          <w:szCs w:val="32"/>
          <w:rtl/>
          <w:lang w:val="en-US" w:bidi="he-IL"/>
        </w:rPr>
        <w:t xml:space="preserve">כל הכבוד!</w:t>
      </w:r>
      <w:r>
        <w:rPr>
          <w:sz w:val="32"/>
          <w:szCs w:val="32"/>
        </w:rPr>
        <w:t>‎</w:t>
      </w:r>
      <w:r>
        <w:rPr>
          <w:rFonts w:ascii="Arial" w:hAnsi="Arial" w:cs="Arial"/>
          <w:sz w:val="32"/>
          <w:szCs w:val="32"/>
        </w:rPr>
        <w:t xml:space="preserve"> · </w:t>
      </w:r>
      <w:r>
        <w:rPr>
          <w:rFonts w:ascii="Arial" w:hAnsi="Arial" w:cs="Arial"/>
          <w:color w:val="1D2433"/>
          <w:sz w:val="32"/>
          <w:szCs w:val="32"/>
          <w:rtl/>
          <w:lang w:val="en-US" w:bidi="ar-SA"/>
        </w:rPr>
        <w:t xml:space="preserve">أحسنت!</w:t>
      </w:r>
      <w:r>
        <w:rPr>
          <w:sz w:val="32"/>
          <w:szCs w:val="32"/>
        </w:rPr>
        <w:t>‎</w:t>
      </w:r>
    </w:p>
    <w:p>
      <w:pPr>
        <w:spacing w:before="0" w:after="80"/>
        <w:jc w:val="center"/>
      </w:pPr>
      <w:r>
        <w:rPr>
          <w:sz w:val="32"/>
          <w:szCs w:val="32"/>
        </w:rPr>
        <w:t>I finished the English workbook for Grade 3.</w:t>
      </w:r>
    </w:p>
    <w:p>
      <w:pPr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</w:rPr>
              <w:t>✂ Cut-out page · דף גזירה</w:t>
            </w:r>
          </w:p>
        </w:tc>
      </w:tr>
    </w:tbl>
    <w:p>
      <w:pPr>
        <w:spacing w:before="0" w:after="40"/>
        <w:jc w:val="both"/>
      </w:pPr>
    </w:p>
    <w:p>
      <w:pPr>
        <w:spacing w:before="200" w:after="40"/>
        <w:jc w:val="both"/>
      </w:pPr>
      <w:r>
        <w:rPr>
          <w:b/>
          <w:bCs/>
          <w:color w:val="0F766E"/>
          <w:sz w:val="27"/>
          <w:szCs w:val="27"/>
        </w:rPr>
        <w:t>Unit 1: Letters A–F</w:t>
      </w: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8, משימה 7.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8, task 7.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e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f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c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d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a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b</w:t>
            </w: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120"/>
        <w:jc w:val="both"/>
      </w:pPr>
    </w:p>
    <w:p>
      <w:pPr>
        <w:spacing w:before="200" w:after="40"/>
        <w:jc w:val="both"/>
      </w:pPr>
      <w:r>
        <w:rPr>
          <w:b/>
          <w:bCs/>
          <w:color w:val="0F766E"/>
          <w:sz w:val="27"/>
          <w:szCs w:val="27"/>
        </w:rPr>
        <w:t>Unit 2: Letters G–L</w:t>
      </w: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14, משימה 7.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14, task 7.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I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K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H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J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G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L</w:t>
            </w: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120"/>
        <w:jc w:val="both"/>
      </w:pPr>
    </w:p>
    <w:p>
      <w:pPr>
        <w:spacing w:before="200" w:after="40"/>
        <w:jc w:val="both"/>
      </w:pPr>
      <w:r>
        <w:rPr>
          <w:b/>
          <w:bCs/>
          <w:color w:val="0F766E"/>
          <w:sz w:val="27"/>
          <w:szCs w:val="27"/>
        </w:rPr>
        <w:t>Unit 3: Letters M–R</w:t>
      </w: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19, משימה 7.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19, task 7.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👃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nose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🐒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monkey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🪺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nest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🌙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moon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✏️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pencil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🐷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pig</w:t>
            </w: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120"/>
        <w:jc w:val="both"/>
      </w:pPr>
    </w:p>
    <w:p>
      <w:pPr>
        <w:spacing w:before="200" w:after="40"/>
        <w:jc w:val="both"/>
      </w:pPr>
      <w:r>
        <w:rPr>
          <w:b/>
          <w:bCs/>
          <w:color w:val="0F766E"/>
          <w:sz w:val="27"/>
          <w:szCs w:val="27"/>
        </w:rPr>
        <w:t>Unit 4: Letters S–Z</w:t>
      </w: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25, משימה 7.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25, task 7.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🌳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☀️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🦓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🚐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🪟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☂️</w:t>
            </w: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120"/>
        <w:jc w:val="both"/>
      </w:pPr>
    </w:p>
    <w:p>
      <w:pPr>
        <w:spacing w:before="200" w:after="40"/>
        <w:jc w:val="both"/>
      </w:pPr>
      <w:r>
        <w:rPr>
          <w:b/>
          <w:bCs/>
          <w:color w:val="0F766E"/>
          <w:sz w:val="27"/>
          <w:szCs w:val="27"/>
        </w:rPr>
        <w:t>Unit 5: Short words: cat, dog, sun</w:t>
      </w: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29, משימה 7.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29, task 7.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🏃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run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🐶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dog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🐱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cat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🐸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frog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☀️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sun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🎩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hat</w:t>
            </w: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120"/>
        <w:jc w:val="both"/>
      </w:pPr>
    </w:p>
    <w:p>
      <w:pPr>
        <w:spacing w:before="200" w:after="40"/>
        <w:jc w:val="both"/>
      </w:pPr>
      <w:r>
        <w:rPr>
          <w:b/>
          <w:bCs/>
          <w:color w:val="0F766E"/>
          <w:sz w:val="27"/>
          <w:szCs w:val="27"/>
        </w:rPr>
        <w:t>Unit 6: Colors and numbers 1–10</w:t>
      </w: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35, משימה 7.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35, task 7.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3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5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2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8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10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7</w:t>
            </w: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120"/>
        <w:jc w:val="both"/>
      </w:pPr>
    </w:p>
    <w:p>
      <w:pPr>
        <w:spacing w:before="200" w:after="40"/>
        <w:jc w:val="both"/>
      </w:pPr>
      <w:r>
        <w:rPr>
          <w:b/>
          <w:bCs/>
          <w:color w:val="0F766E"/>
          <w:sz w:val="27"/>
          <w:szCs w:val="27"/>
        </w:rPr>
        <w:t>Unit 7: Hello! School things</w:t>
      </w: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40, משימה 7.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40, task 7.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📏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ruler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👋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Hello!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😊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I'm fine.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🎒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bag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👋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Goodbye!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📚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book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🙏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Thank you!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✏️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pencil</w:t>
            </w:r>
          </w:p>
        </w:tc>
      </w:tr>
    </w:tbl>
    <w:p>
      <w:pPr>
        <w:spacing w:before="0" w:after="120"/>
        <w:jc w:val="both"/>
      </w:pPr>
    </w:p>
    <w:p>
      <w:pPr>
        <w:spacing w:before="200" w:after="40"/>
        <w:jc w:val="both"/>
      </w:pPr>
      <w:r>
        <w:rPr>
          <w:b/>
          <w:bCs/>
          <w:color w:val="0F766E"/>
          <w:sz w:val="27"/>
          <w:szCs w:val="27"/>
        </w:rPr>
        <w:t>Unit 8: Animals</w:t>
      </w: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44, משימה 7.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44, task 7.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🐄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cow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🐬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dolphin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🐟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fish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🐴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horse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🐔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hen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🦀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crab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🐑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sheep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🐙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octopus</w:t>
            </w:r>
          </w:p>
        </w:tc>
      </w:tr>
    </w:tbl>
    <w:p>
      <w:pPr>
        <w:spacing w:before="0" w:after="12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4.png"/><Relationship Id="rId34" Type="http://schemas.openxmlformats.org/officeDocument/2006/relationships/image" Target="media/image25.png"/><Relationship Id="rId35" Type="http://schemas.openxmlformats.org/officeDocument/2006/relationships/image" Target="media/image26.png"/><Relationship Id="rId36" Type="http://schemas.openxmlformats.org/officeDocument/2006/relationships/image" Target="media/image27.png"/><Relationship Id="rId37" Type="http://schemas.openxmlformats.org/officeDocument/2006/relationships/image" Target="media/image28.png"/><Relationship Id="rId38" Type="http://schemas.openxmlformats.org/officeDocument/2006/relationships/image" Target="media/image29.png"/><Relationship Id="rId39" Type="http://schemas.openxmlformats.org/officeDocument/2006/relationships/image" Target="media/image30.png"/><Relationship Id="rId40" Type="http://schemas.openxmlformats.org/officeDocument/2006/relationships/image" Target="media/image31.png"/><Relationship Id="rId41" Type="http://schemas.openxmlformats.org/officeDocument/2006/relationships/image" Target="media/image32.png"/><Relationship Id="rId42" Type="http://schemas.openxmlformats.org/officeDocument/2006/relationships/image" Target="media/image33.png"/><Relationship Id="rId43" Type="http://schemas.openxmlformats.org/officeDocument/2006/relationships/image" Target="media/image34.png"/><Relationship Id="rId44" Type="http://schemas.openxmlformats.org/officeDocument/2006/relationships/image" Target="media/image35.png"/><Relationship Id="rId45" Type="http://schemas.openxmlformats.org/officeDocument/2006/relationships/image" Target="media/image36.png"/><Relationship Id="rId46" Type="http://schemas.openxmlformats.org/officeDocument/2006/relationships/image" Target="media/image37.png"/><Relationship Id="rId47" Type="http://schemas.openxmlformats.org/officeDocument/2006/relationships/image" Target="media/image38.png"/><Relationship Id="rId48" Type="http://schemas.openxmlformats.org/officeDocument/2006/relationships/image" Target="media/image39.png"/><Relationship Id="rId49" Type="http://schemas.openxmlformats.org/officeDocument/2006/relationships/image" Target="media/image40.png"/><Relationship Id="rId50" Type="http://schemas.openxmlformats.org/officeDocument/2006/relationships/image" Target="media/image41.png"/><Relationship Id="rId51" Type="http://schemas.openxmlformats.org/officeDocument/2006/relationships/image" Target="media/image42.png"/><Relationship Id="rId52" Type="http://schemas.openxmlformats.org/officeDocument/2006/relationships/image" Target="media/image43.png"/><Relationship Id="rId53" Type="http://schemas.openxmlformats.org/officeDocument/2006/relationships/image" Target="media/image44.png"/><Relationship Id="rId54" Type="http://schemas.openxmlformats.org/officeDocument/2006/relationships/image" Target="media/image45.png"/><Relationship Id="rId55" Type="http://schemas.openxmlformats.org/officeDocument/2006/relationships/image" Target="media/image46.png"/><Relationship Id="rId56" Type="http://schemas.openxmlformats.org/officeDocument/2006/relationships/image" Target="media/image47.png"/><Relationship Id="rId57" Type="http://schemas.openxmlformats.org/officeDocument/2006/relationships/image" Target="media/image48.png"/><Relationship Id="rId58" Type="http://schemas.openxmlformats.org/officeDocument/2006/relationships/image" Target="media/image49.png"/><Relationship Id="rId59" Type="http://schemas.openxmlformats.org/officeDocument/2006/relationships/image" Target="media/image50.jpg"/><Relationship Id="rId60" Type="http://schemas.openxmlformats.org/officeDocument/2006/relationships/image" Target="media/image51.png"/><Relationship Id="rId61" Type="http://schemas.openxmlformats.org/officeDocument/2006/relationships/image" Target="media/image52.png"/><Relationship Id="rId62" Type="http://schemas.openxmlformats.org/officeDocument/2006/relationships/image" Target="media/image53.png"/><Relationship Id="rId63" Type="http://schemas.openxmlformats.org/officeDocument/2006/relationships/image" Target="media/image54.png"/><Relationship Id="rId64" Type="http://schemas.openxmlformats.org/officeDocument/2006/relationships/image" Target="media/image55.png"/><Relationship Id="rId65" Type="http://schemas.openxmlformats.org/officeDocument/2006/relationships/image" Target="media/image56.png"/><Relationship Id="rId66" Type="http://schemas.openxmlformats.org/officeDocument/2006/relationships/image" Target="media/image57.png"/><Relationship Id="rId67" Type="http://schemas.openxmlformats.org/officeDocument/2006/relationships/image" Target="media/image58.png"/><Relationship Id="rId68" Type="http://schemas.openxmlformats.org/officeDocument/2006/relationships/image" Target="media/image59.png"/><Relationship Id="rId69" Type="http://schemas.openxmlformats.org/officeDocument/2006/relationships/image" Target="media/image60.png"/><Relationship Id="rId70" Type="http://schemas.openxmlformats.org/officeDocument/2006/relationships/image" Target="media/image61.jpg"/><Relationship Id="rId71" Type="http://schemas.openxmlformats.org/officeDocument/2006/relationships/image" Target="media/image62.png"/><Relationship Id="rId72" Type="http://schemas.openxmlformats.org/officeDocument/2006/relationships/image" Target="media/image63.png"/><Relationship Id="rId73" Type="http://schemas.openxmlformats.org/officeDocument/2006/relationships/image" Target="media/image64.png"/><Relationship Id="rId74" Type="http://schemas.openxmlformats.org/officeDocument/2006/relationships/image" Target="media/image65.png"/><Relationship Id="rId75" Type="http://schemas.openxmlformats.org/officeDocument/2006/relationships/image" Target="media/image66.png"/><Relationship Id="rId76" Type="http://schemas.openxmlformats.org/officeDocument/2006/relationships/image" Target="media/image67.png"/><Relationship Id="rId77" Type="http://schemas.openxmlformats.org/officeDocument/2006/relationships/image" Target="media/image68.png"/><Relationship Id="rId78" Type="http://schemas.openxmlformats.org/officeDocument/2006/relationships/image" Target="media/image69.png"/><Relationship Id="rId79" Type="http://schemas.openxmlformats.org/officeDocument/2006/relationships/image" Target="media/image70.png"/><Relationship Id="rId80" Type="http://schemas.openxmlformats.org/officeDocument/2006/relationships/image" Target="media/image71.png"/><Relationship Id="rId81" Type="http://schemas.openxmlformats.org/officeDocument/2006/relationships/image" Target="media/image72.png"/><Relationship Id="rId82" Type="http://schemas.openxmlformats.org/officeDocument/2006/relationships/image" Target="media/image73.png"/><Relationship Id="rId83" Type="http://schemas.openxmlformats.org/officeDocument/2006/relationships/image" Target="media/image74.jpg"/><Relationship Id="rId84" Type="http://schemas.openxmlformats.org/officeDocument/2006/relationships/image" Target="media/image75.png"/><Relationship Id="rId85" Type="http://schemas.openxmlformats.org/officeDocument/2006/relationships/image" Target="media/image76.png"/><Relationship Id="rId86" Type="http://schemas.openxmlformats.org/officeDocument/2006/relationships/image" Target="media/image77.png"/><Relationship Id="rId87" Type="http://schemas.openxmlformats.org/officeDocument/2006/relationships/image" Target="media/image78.png"/><Relationship Id="rId88" Type="http://schemas.openxmlformats.org/officeDocument/2006/relationships/image" Target="media/image79.png"/><Relationship Id="rId89" Type="http://schemas.openxmlformats.org/officeDocument/2006/relationships/image" Target="media/image80.png"/><Relationship Id="rId90" Type="http://schemas.openxmlformats.org/officeDocument/2006/relationships/image" Target="media/image81.png"/><Relationship Id="rId91" Type="http://schemas.openxmlformats.org/officeDocument/2006/relationships/image" Target="media/image82.jpg"/><Relationship Id="rId92" Type="http://schemas.openxmlformats.org/officeDocument/2006/relationships/image" Target="media/image83.png"/><Relationship Id="rId93" Type="http://schemas.openxmlformats.org/officeDocument/2006/relationships/image" Target="media/image84.png"/><Relationship Id="rId94" Type="http://schemas.openxmlformats.org/officeDocument/2006/relationships/image" Target="media/image8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