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color w:val="0288D1"/>
          <w:sz w:val="44"/>
          <w:bCs/>
          <w:szCs w:val="44"/>
        </w:rPr>
        <w:t>Answer Key – Teacher's Edition</w:t>
      </w:r>
    </w:p>
    <w:p>
      <w:pPr>
        <w:spacing w:after="160" w:before="0"/>
      </w:pPr>
      <w:r>
        <w:rPr>
          <w:b w:val="0"/>
          <w:sz w:val="28"/>
          <w:szCs w:val="28"/>
        </w:rPr>
        <w:t>English · Grade 3 · Learning and Practice Book</w:t>
      </w:r>
    </w:p>
    <w:p>
      <w:pPr>
        <w:spacing w:after="160" w:before="0"/>
      </w:pPr>
      <w:r>
        <w:rPr>
          <w:b w:val="0"/>
          <w:color w:val="5A6B70"/>
          <w:sz w:val="20"/>
          <w:szCs w:val="20"/>
          <w:rtl/>
        </w:rPr>
        <w:t>מספרי העמודים מתייחסים לקובץ ה-PDF של הספר.</w:t>
      </w:r>
    </w:p>
    <w:p>
      <w:pPr>
        <w:spacing w:after="60" w:before="160"/>
      </w:pPr>
      <w:r>
        <w:rPr>
          <w:b/>
          <w:color w:val="0288D1"/>
          <w:sz w:val="32"/>
          <w:bCs/>
          <w:szCs w:val="32"/>
        </w:rPr>
        <w:t>Letters A–F</w:t>
      </w:r>
    </w:p>
    <w:p>
      <w:pPr>
        <w:spacing w:after="40" w:before="80"/>
      </w:pPr>
      <w:r>
        <w:rPr>
          <w:b/>
          <w:color w:val="C24E1D"/>
          <w:sz w:val="26"/>
          <w:bCs/>
          <w:szCs w:val="26"/>
        </w:rPr>
        <w:t>Read and Understand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1 </w:t>
      </w:r>
      <w:r>
        <w:rPr>
          <w:b w:val="0"/>
          <w:color w:val="5A6B70"/>
          <w:sz w:val="18"/>
          <w:szCs w:val="18"/>
        </w:rPr>
        <w:t xml:space="preserve">  page 6  </w:t>
      </w:r>
      <w:r>
        <w:rPr>
          <w:b w:val="0"/>
          <w:sz w:val="22"/>
          <w:szCs w:val="22"/>
        </w:rPr>
        <w:t>a. bag   b. apple   c. duck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2 </w:t>
      </w:r>
      <w:r>
        <w:rPr>
          <w:b w:val="0"/>
          <w:color w:val="5A6B70"/>
          <w:sz w:val="18"/>
          <w:szCs w:val="18"/>
        </w:rPr>
        <w:t xml:space="preserve">  page 6  </w:t>
      </w:r>
      <w:r>
        <w:rPr>
          <w:b w:val="0"/>
          <w:sz w:val="22"/>
          <w:szCs w:val="22"/>
        </w:rPr>
        <w:t>a. True   b. True   c. False – A duck is in the bag.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3 </w:t>
      </w:r>
      <w:r>
        <w:rPr>
          <w:b w:val="0"/>
          <w:color w:val="5A6B70"/>
          <w:sz w:val="18"/>
          <w:szCs w:val="18"/>
        </w:rPr>
        <w:t xml:space="preserve">  page 7  </w:t>
      </w:r>
      <w:r>
        <w:rPr>
          <w:b w:val="0"/>
          <w:sz w:val="22"/>
          <w:szCs w:val="22"/>
        </w:rPr>
        <w:t>apple   bag / book / bad   cake   duck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4 </w:t>
      </w:r>
      <w:r>
        <w:rPr>
          <w:b w:val="0"/>
          <w:color w:val="5A6B70"/>
          <w:sz w:val="18"/>
          <w:szCs w:val="18"/>
        </w:rPr>
        <w:t xml:space="preserve">  page 7  </w:t>
      </w:r>
      <w:r>
        <w:rPr>
          <w:b w:val="0"/>
          <w:sz w:val="22"/>
          <w:szCs w:val="22"/>
        </w:rPr>
        <w:t>a. In my bag I have a book and a pen.</w:t>
      </w:r>
    </w:p>
    <w:p>
      <w:pPr>
        <w:spacing w:after="40" w:before="80"/>
      </w:pPr>
      <w:r>
        <w:rPr>
          <w:b/>
          <w:color w:val="C24E1D"/>
          <w:sz w:val="26"/>
          <w:bCs/>
          <w:szCs w:val="26"/>
        </w:rPr>
        <w:t>Capital and small letters A–F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Together </w:t>
      </w:r>
      <w:r>
        <w:rPr>
          <w:b w:val="0"/>
          <w:color w:val="5A6B70"/>
          <w:sz w:val="18"/>
          <w:szCs w:val="18"/>
        </w:rPr>
        <w:t xml:space="preserve">  page 8  </w:t>
      </w:r>
      <w:r>
        <w:rPr>
          <w:b w:val="0"/>
          <w:sz w:val="22"/>
          <w:szCs w:val="22"/>
        </w:rPr>
        <w:t>A – a   B – b   C – c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1 </w:t>
      </w:r>
      <w:r>
        <w:rPr>
          <w:b w:val="0"/>
          <w:color w:val="5A6B70"/>
          <w:sz w:val="18"/>
          <w:szCs w:val="18"/>
        </w:rPr>
        <w:t xml:space="preserve">  page 9  </w:t>
      </w:r>
      <w:r>
        <w:rPr>
          <w:b w:val="0"/>
          <w:sz w:val="22"/>
          <w:szCs w:val="22"/>
        </w:rPr>
        <w:t>D – d   E – e   F – f   B – b   A – a   C – c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2 </w:t>
      </w:r>
      <w:r>
        <w:rPr>
          <w:b w:val="0"/>
          <w:color w:val="5A6B70"/>
          <w:sz w:val="18"/>
          <w:szCs w:val="18"/>
        </w:rPr>
        <w:t xml:space="preserve">  page 9  </w:t>
      </w:r>
      <w:r>
        <w:rPr>
          <w:b w:val="0"/>
          <w:sz w:val="22"/>
          <w:szCs w:val="22"/>
        </w:rPr>
        <w:t>a   B   c   D   e   F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3 </w:t>
      </w:r>
      <w:r>
        <w:rPr>
          <w:b w:val="0"/>
          <w:color w:val="5A6B70"/>
          <w:sz w:val="18"/>
          <w:szCs w:val="18"/>
        </w:rPr>
        <w:t xml:space="preserve">  page 9  </w:t>
      </w:r>
      <w:r>
        <w:rPr>
          <w:b w:val="0"/>
          <w:sz w:val="22"/>
          <w:szCs w:val="22"/>
        </w:rPr>
        <w:t>a. True   b. False – a is a short letter.   c. True   d. False – e is a short letter.</w:t>
      </w:r>
    </w:p>
    <w:p>
      <w:pPr>
        <w:spacing w:after="40" w:before="80"/>
      </w:pPr>
      <w:r>
        <w:rPr>
          <w:b/>
          <w:color w:val="C24E1D"/>
          <w:sz w:val="26"/>
          <w:bCs/>
          <w:szCs w:val="26"/>
        </w:rPr>
        <w:t>Letters and sounds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Together </w:t>
      </w:r>
      <w:r>
        <w:rPr>
          <w:b w:val="0"/>
          <w:color w:val="5A6B70"/>
          <w:sz w:val="18"/>
          <w:szCs w:val="18"/>
        </w:rPr>
        <w:t xml:space="preserve">  page 10  </w:t>
      </w:r>
      <w:r>
        <w:rPr>
          <w:b w:val="0"/>
          <w:sz w:val="22"/>
          <w:szCs w:val="22"/>
        </w:rPr>
        <w:t>a. a   b. d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1 </w:t>
      </w:r>
      <w:r>
        <w:rPr>
          <w:b w:val="0"/>
          <w:color w:val="5A6B70"/>
          <w:sz w:val="18"/>
          <w:szCs w:val="18"/>
        </w:rPr>
        <w:t xml:space="preserve">  page 10  </w:t>
      </w:r>
      <w:r>
        <w:rPr>
          <w:b w:val="0"/>
          <w:sz w:val="22"/>
          <w:szCs w:val="22"/>
        </w:rPr>
        <w:t>a. b   b. c   c. d   d. e   e. f   f. a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2 </w:t>
      </w:r>
      <w:r>
        <w:rPr>
          <w:b w:val="0"/>
          <w:color w:val="5A6B70"/>
          <w:sz w:val="18"/>
          <w:szCs w:val="18"/>
        </w:rPr>
        <w:t xml:space="preserve">  page 11  </w:t>
      </w:r>
      <w:r>
        <w:rPr>
          <w:b w:val="0"/>
          <w:sz w:val="22"/>
          <w:szCs w:val="22"/>
        </w:rPr>
        <w:t>a. ball   b. fish   c. elephant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3 </w:t>
      </w:r>
      <w:r>
        <w:rPr>
          <w:b w:val="0"/>
          <w:color w:val="5A6B70"/>
          <w:sz w:val="18"/>
          <w:szCs w:val="18"/>
        </w:rPr>
        <w:t xml:space="preserve">  page 11  </w:t>
      </w:r>
      <w:r>
        <w:rPr>
          <w:b w:val="0"/>
          <w:sz w:val="22"/>
          <w:szCs w:val="22"/>
        </w:rPr>
        <w:t>apple · bag · cat   ant · ball · cup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4 </w:t>
      </w:r>
      <w:r>
        <w:rPr>
          <w:b w:val="0"/>
          <w:color w:val="5A6B70"/>
          <w:sz w:val="18"/>
          <w:szCs w:val="18"/>
        </w:rPr>
        <w:t xml:space="preserve">  page 11  </w:t>
      </w:r>
      <w:r>
        <w:rPr>
          <w:b w:val="0"/>
          <w:sz w:val="22"/>
          <w:szCs w:val="22"/>
        </w:rPr>
        <w:t>a. bad   cab   face   b. Ben has a bag.</w:t>
      </w:r>
    </w:p>
    <w:p>
      <w:pPr>
        <w:spacing w:after="40" w:before="80"/>
      </w:pPr>
      <w:r>
        <w:rPr>
          <w:b/>
          <w:color w:val="C24E1D"/>
          <w:sz w:val="26"/>
          <w:bCs/>
          <w:szCs w:val="26"/>
        </w:rPr>
        <w:t>Challenge, Think and Play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Challenge </w:t>
      </w:r>
      <w:r>
        <w:rPr>
          <w:b w:val="0"/>
          <w:color w:val="5A6B70"/>
          <w:sz w:val="18"/>
          <w:szCs w:val="18"/>
        </w:rPr>
        <w:t xml:space="preserve">  page 12  </w:t>
      </w:r>
      <w:r>
        <w:rPr>
          <w:b w:val="0"/>
          <w:sz w:val="22"/>
          <w:szCs w:val="22"/>
        </w:rPr>
        <w:t>apple, bag, cat, dog, egg, fish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Think! </w:t>
      </w:r>
      <w:r>
        <w:rPr>
          <w:b w:val="0"/>
          <w:color w:val="5A6B70"/>
          <w:sz w:val="18"/>
          <w:szCs w:val="18"/>
        </w:rPr>
        <w:t xml:space="preserve">  page 12  </w:t>
      </w:r>
      <w:r>
        <w:rPr>
          <w:b w:val="0"/>
          <w:sz w:val="22"/>
          <w:szCs w:val="22"/>
        </w:rPr>
        <w:t>Ben is a name. A name starts with a capital letter.</w:t>
      </w:r>
    </w:p>
    <w:p>
      <w:pPr>
        <w:spacing w:after="40" w:before="80"/>
      </w:pPr>
      <w:r>
        <w:rPr>
          <w:b/>
          <w:color w:val="C24E1D"/>
          <w:sz w:val="26"/>
          <w:bCs/>
          <w:szCs w:val="26"/>
        </w:rPr>
        <w:t>Review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1 </w:t>
      </w:r>
      <w:r>
        <w:rPr>
          <w:b w:val="0"/>
          <w:color w:val="5A6B70"/>
          <w:sz w:val="18"/>
          <w:szCs w:val="18"/>
        </w:rPr>
        <w:t xml:space="preserve">  page 13  </w:t>
      </w:r>
      <w:r>
        <w:rPr>
          <w:b w:val="0"/>
          <w:sz w:val="22"/>
          <w:szCs w:val="22"/>
        </w:rPr>
        <w:t>A ← a   B ← b   C ← c   D ← d   E ← e   F ← f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2 </w:t>
      </w:r>
      <w:r>
        <w:rPr>
          <w:b w:val="0"/>
          <w:color w:val="5A6B70"/>
          <w:sz w:val="18"/>
          <w:szCs w:val="18"/>
        </w:rPr>
        <w:t xml:space="preserve">  page 13  </w:t>
      </w:r>
      <w:r>
        <w:rPr>
          <w:b w:val="0"/>
          <w:sz w:val="22"/>
          <w:szCs w:val="22"/>
        </w:rPr>
        <w:t>a. c   b. e   c. f</w:t>
      </w:r>
    </w:p>
    <w:p>
      <w:pPr>
        <w:spacing w:after="60" w:before="160"/>
      </w:pPr>
      <w:r>
        <w:rPr>
          <w:b/>
          <w:color w:val="0288D1"/>
          <w:sz w:val="32"/>
          <w:bCs/>
          <w:szCs w:val="32"/>
        </w:rPr>
        <w:t>Letters G–L</w:t>
      </w:r>
    </w:p>
    <w:p>
      <w:pPr>
        <w:spacing w:after="40" w:before="80"/>
      </w:pPr>
      <w:r>
        <w:rPr>
          <w:b/>
          <w:color w:val="C24E1D"/>
          <w:sz w:val="26"/>
          <w:bCs/>
          <w:szCs w:val="26"/>
        </w:rPr>
        <w:t>Read and Understand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1 </w:t>
      </w:r>
      <w:r>
        <w:rPr>
          <w:b w:val="0"/>
          <w:color w:val="5A6B70"/>
          <w:sz w:val="18"/>
          <w:szCs w:val="18"/>
        </w:rPr>
        <w:t xml:space="preserve">  page 15  </w:t>
      </w:r>
      <w:r>
        <w:rPr>
          <w:b w:val="0"/>
          <w:sz w:val="22"/>
          <w:szCs w:val="22"/>
        </w:rPr>
        <w:t>a. kite   b. green   c. hill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2 </w:t>
      </w:r>
      <w:r>
        <w:rPr>
          <w:b w:val="0"/>
          <w:color w:val="5A6B70"/>
          <w:sz w:val="18"/>
          <w:szCs w:val="18"/>
        </w:rPr>
        <w:t xml:space="preserve">  page 15  </w:t>
      </w:r>
      <w:r>
        <w:rPr>
          <w:b w:val="0"/>
          <w:sz w:val="22"/>
          <w:szCs w:val="22"/>
        </w:rPr>
        <w:t>a. False – The kite is big.   b. True   c. True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3 </w:t>
      </w:r>
      <w:r>
        <w:rPr>
          <w:b w:val="0"/>
          <w:color w:val="5A6B70"/>
          <w:sz w:val="18"/>
          <w:szCs w:val="18"/>
        </w:rPr>
        <w:t xml:space="preserve">  page 16  </w:t>
      </w:r>
      <w:r>
        <w:rPr>
          <w:b w:val="0"/>
          <w:sz w:val="22"/>
          <w:szCs w:val="22"/>
        </w:rPr>
        <w:t>green / good / goes   hill / have / hello   kite   Lily / lemon / like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4 </w:t>
      </w:r>
      <w:r>
        <w:rPr>
          <w:b w:val="0"/>
          <w:color w:val="5A6B70"/>
          <w:sz w:val="18"/>
          <w:szCs w:val="18"/>
        </w:rPr>
        <w:t xml:space="preserve">  page 16  </w:t>
      </w:r>
      <w:r>
        <w:rPr>
          <w:b w:val="0"/>
          <w:sz w:val="22"/>
          <w:szCs w:val="22"/>
        </w:rPr>
        <w:t>a. I like my ball.</w:t>
      </w:r>
    </w:p>
    <w:p>
      <w:pPr>
        <w:spacing w:after="40" w:before="80"/>
      </w:pPr>
      <w:r>
        <w:rPr>
          <w:b/>
          <w:color w:val="C24E1D"/>
          <w:sz w:val="26"/>
          <w:bCs/>
          <w:szCs w:val="26"/>
        </w:rPr>
        <w:t>Capital and small letters G–L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Together </w:t>
      </w:r>
      <w:r>
        <w:rPr>
          <w:b w:val="0"/>
          <w:color w:val="5A6B70"/>
          <w:sz w:val="18"/>
          <w:szCs w:val="18"/>
        </w:rPr>
        <w:t xml:space="preserve">  page 17  </w:t>
      </w:r>
      <w:r>
        <w:rPr>
          <w:b w:val="0"/>
          <w:sz w:val="22"/>
          <w:szCs w:val="22"/>
        </w:rPr>
        <w:t>G – g   H – h   L – l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1 </w:t>
      </w:r>
      <w:r>
        <w:rPr>
          <w:b w:val="0"/>
          <w:color w:val="5A6B70"/>
          <w:sz w:val="18"/>
          <w:szCs w:val="18"/>
        </w:rPr>
        <w:t xml:space="preserve">  page 18  </w:t>
      </w:r>
      <w:r>
        <w:rPr>
          <w:b w:val="0"/>
          <w:sz w:val="22"/>
          <w:szCs w:val="22"/>
        </w:rPr>
        <w:t>I – i   J – j   K – k   G – g   L – l   H – h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2 </w:t>
      </w:r>
      <w:r>
        <w:rPr>
          <w:b w:val="0"/>
          <w:color w:val="5A6B70"/>
          <w:sz w:val="18"/>
          <w:szCs w:val="18"/>
        </w:rPr>
        <w:t xml:space="preserve">  page 18  </w:t>
      </w:r>
      <w:r>
        <w:rPr>
          <w:b w:val="0"/>
          <w:sz w:val="22"/>
          <w:szCs w:val="22"/>
        </w:rPr>
        <w:t>g   H   i   J   k   L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3 </w:t>
      </w:r>
      <w:r>
        <w:rPr>
          <w:b w:val="0"/>
          <w:color w:val="5A6B70"/>
          <w:sz w:val="18"/>
          <w:szCs w:val="18"/>
        </w:rPr>
        <w:t xml:space="preserve">  page 18  </w:t>
      </w:r>
      <w:r>
        <w:rPr>
          <w:b w:val="0"/>
          <w:sz w:val="22"/>
          <w:szCs w:val="22"/>
        </w:rPr>
        <w:t>a. True   b. False – l is a tall letter.   c. True</w:t>
      </w:r>
    </w:p>
    <w:p>
      <w:pPr>
        <w:spacing w:after="40" w:before="80"/>
      </w:pPr>
      <w:r>
        <w:rPr>
          <w:b/>
          <w:color w:val="C24E1D"/>
          <w:sz w:val="26"/>
          <w:bCs/>
          <w:szCs w:val="26"/>
        </w:rPr>
        <w:t>Letters and sounds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Together </w:t>
      </w:r>
      <w:r>
        <w:rPr>
          <w:b w:val="0"/>
          <w:color w:val="5A6B70"/>
          <w:sz w:val="18"/>
          <w:szCs w:val="18"/>
        </w:rPr>
        <w:t xml:space="preserve">  page 19  </w:t>
      </w:r>
      <w:r>
        <w:rPr>
          <w:b w:val="0"/>
          <w:sz w:val="22"/>
          <w:szCs w:val="22"/>
        </w:rPr>
        <w:t>a. k   b. l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1 </w:t>
      </w:r>
      <w:r>
        <w:rPr>
          <w:b w:val="0"/>
          <w:color w:val="5A6B70"/>
          <w:sz w:val="18"/>
          <w:szCs w:val="18"/>
        </w:rPr>
        <w:t xml:space="preserve">  page 19  </w:t>
      </w:r>
      <w:r>
        <w:rPr>
          <w:b w:val="0"/>
          <w:sz w:val="22"/>
          <w:szCs w:val="22"/>
        </w:rPr>
        <w:t>a. g   b. h   c. j   d. k   e. l   f. h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2 </w:t>
      </w:r>
      <w:r>
        <w:rPr>
          <w:b w:val="0"/>
          <w:color w:val="5A6B70"/>
          <w:sz w:val="18"/>
          <w:szCs w:val="18"/>
        </w:rPr>
        <w:t xml:space="preserve">  page 20  </w:t>
      </w:r>
      <w:r>
        <w:rPr>
          <w:b w:val="0"/>
          <w:sz w:val="22"/>
          <w:szCs w:val="22"/>
        </w:rPr>
        <w:t>gift – g   ice cream – i   jeans – j   kite – k   lion – l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3 </w:t>
      </w:r>
      <w:r>
        <w:rPr>
          <w:b w:val="0"/>
          <w:color w:val="5A6B70"/>
          <w:sz w:val="18"/>
          <w:szCs w:val="18"/>
        </w:rPr>
        <w:t xml:space="preserve">  page 20  </w:t>
      </w:r>
      <w:r>
        <w:rPr>
          <w:b w:val="0"/>
          <w:sz w:val="22"/>
          <w:szCs w:val="22"/>
        </w:rPr>
        <w:t>a. hat   b. lemon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4 </w:t>
      </w:r>
      <w:r>
        <w:rPr>
          <w:b w:val="0"/>
          <w:color w:val="5A6B70"/>
          <w:sz w:val="18"/>
          <w:szCs w:val="18"/>
        </w:rPr>
        <w:t xml:space="preserve">  page 20  </w:t>
      </w:r>
      <w:r>
        <w:rPr>
          <w:b w:val="0"/>
          <w:sz w:val="22"/>
          <w:szCs w:val="22"/>
        </w:rPr>
        <w:t>a. g h i j k l   b. I like my kite.</w:t>
      </w:r>
    </w:p>
    <w:p>
      <w:pPr>
        <w:spacing w:after="40" w:before="80"/>
      </w:pPr>
      <w:r>
        <w:rPr>
          <w:b/>
          <w:color w:val="C24E1D"/>
          <w:sz w:val="26"/>
          <w:bCs/>
          <w:szCs w:val="26"/>
        </w:rPr>
        <w:t>Challenge, Think and Play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Challenge </w:t>
      </w:r>
      <w:r>
        <w:rPr>
          <w:b w:val="0"/>
          <w:color w:val="5A6B70"/>
          <w:sz w:val="18"/>
          <w:szCs w:val="18"/>
        </w:rPr>
        <w:t xml:space="preserve">  page 21  </w:t>
      </w:r>
      <w:r>
        <w:rPr>
          <w:b w:val="0"/>
          <w:sz w:val="22"/>
          <w:szCs w:val="22"/>
        </w:rPr>
        <w:t>a b c d e f g h i j k l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Think! </w:t>
      </w:r>
      <w:r>
        <w:rPr>
          <w:b w:val="0"/>
          <w:color w:val="5A6B70"/>
          <w:sz w:val="18"/>
          <w:szCs w:val="18"/>
        </w:rPr>
        <w:t xml:space="preserve">  page 21  </w:t>
      </w:r>
      <w:r>
        <w:rPr>
          <w:b w:val="0"/>
          <w:sz w:val="22"/>
          <w:szCs w:val="22"/>
        </w:rPr>
        <w:t>Both go down under the line.</w:t>
      </w:r>
    </w:p>
    <w:p>
      <w:pPr>
        <w:spacing w:after="40" w:before="80"/>
      </w:pPr>
      <w:r>
        <w:rPr>
          <w:b/>
          <w:color w:val="C24E1D"/>
          <w:sz w:val="26"/>
          <w:bCs/>
          <w:szCs w:val="26"/>
        </w:rPr>
        <w:t>Review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1 </w:t>
      </w:r>
      <w:r>
        <w:rPr>
          <w:b w:val="0"/>
          <w:color w:val="5A6B70"/>
          <w:sz w:val="18"/>
          <w:szCs w:val="18"/>
        </w:rPr>
        <w:t xml:space="preserve">  page 22  </w:t>
      </w:r>
      <w:r>
        <w:rPr>
          <w:b w:val="0"/>
          <w:sz w:val="22"/>
          <w:szCs w:val="22"/>
        </w:rPr>
        <w:t>G – g   H – h   I – i   J – j   K – k   L – l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2 </w:t>
      </w:r>
      <w:r>
        <w:rPr>
          <w:b w:val="0"/>
          <w:color w:val="5A6B70"/>
          <w:sz w:val="18"/>
          <w:szCs w:val="18"/>
        </w:rPr>
        <w:t xml:space="preserve">  page 22  </w:t>
      </w:r>
      <w:r>
        <w:rPr>
          <w:b w:val="0"/>
          <w:sz w:val="22"/>
          <w:szCs w:val="22"/>
        </w:rPr>
        <w:t>a. g   b. i   c. l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3 </w:t>
      </w:r>
      <w:r>
        <w:rPr>
          <w:b w:val="0"/>
          <w:color w:val="5A6B70"/>
          <w:sz w:val="18"/>
          <w:szCs w:val="18"/>
        </w:rPr>
        <w:t xml:space="preserve">  page 22  </w:t>
      </w:r>
      <w:r>
        <w:rPr>
          <w:b w:val="0"/>
          <w:sz w:val="22"/>
          <w:szCs w:val="22"/>
        </w:rPr>
        <w:t>a. g, j</w:t>
      </w:r>
    </w:p>
    <w:p>
      <w:pPr>
        <w:spacing w:after="60" w:before="160"/>
      </w:pPr>
      <w:r>
        <w:rPr>
          <w:b/>
          <w:color w:val="0288D1"/>
          <w:sz w:val="32"/>
          <w:bCs/>
          <w:szCs w:val="32"/>
        </w:rPr>
        <w:t>Letters M–R</w:t>
      </w:r>
    </w:p>
    <w:p>
      <w:pPr>
        <w:spacing w:after="40" w:before="80"/>
      </w:pPr>
      <w:r>
        <w:rPr>
          <w:b/>
          <w:color w:val="C24E1D"/>
          <w:sz w:val="26"/>
          <w:bCs/>
          <w:szCs w:val="26"/>
        </w:rPr>
        <w:t>Read and Understand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1 </w:t>
      </w:r>
      <w:r>
        <w:rPr>
          <w:b w:val="0"/>
          <w:color w:val="5A6B70"/>
          <w:sz w:val="18"/>
          <w:szCs w:val="18"/>
        </w:rPr>
        <w:t xml:space="preserve">  page 24  </w:t>
      </w:r>
      <w:r>
        <w:rPr>
          <w:b w:val="0"/>
          <w:sz w:val="22"/>
          <w:szCs w:val="22"/>
        </w:rPr>
        <w:t>a. night   b. round   c. nest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2 </w:t>
      </w:r>
      <w:r>
        <w:rPr>
          <w:b w:val="0"/>
          <w:color w:val="5A6B70"/>
          <w:sz w:val="18"/>
          <w:szCs w:val="18"/>
        </w:rPr>
        <w:t xml:space="preserve">  page 24  </w:t>
      </w:r>
      <w:r>
        <w:rPr>
          <w:b w:val="0"/>
          <w:sz w:val="22"/>
          <w:szCs w:val="22"/>
        </w:rPr>
        <w:t>a. True   b. False – A mouse is in the grass.   c. True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3 </w:t>
      </w:r>
      <w:r>
        <w:rPr>
          <w:b w:val="0"/>
          <w:color w:val="5A6B70"/>
          <w:sz w:val="18"/>
          <w:szCs w:val="18"/>
        </w:rPr>
        <w:t xml:space="preserve">  page 25  </w:t>
      </w:r>
      <w:r>
        <w:rPr>
          <w:b w:val="0"/>
          <w:sz w:val="22"/>
          <w:szCs w:val="22"/>
        </w:rPr>
        <w:t>moon / mouse   night / nest   rabbit / round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4 </w:t>
      </w:r>
      <w:r>
        <w:rPr>
          <w:b w:val="0"/>
          <w:color w:val="5A6B70"/>
          <w:sz w:val="18"/>
          <w:szCs w:val="18"/>
        </w:rPr>
        <w:t xml:space="preserve">  page 25  </w:t>
      </w:r>
      <w:r>
        <w:rPr>
          <w:b w:val="0"/>
          <w:sz w:val="22"/>
          <w:szCs w:val="22"/>
        </w:rPr>
        <w:t>a. Good night, bed! Good night, book!</w:t>
      </w:r>
    </w:p>
    <w:p>
      <w:pPr>
        <w:spacing w:after="40" w:before="80"/>
      </w:pPr>
      <w:r>
        <w:rPr>
          <w:b/>
          <w:color w:val="C24E1D"/>
          <w:sz w:val="26"/>
          <w:bCs/>
          <w:szCs w:val="26"/>
        </w:rPr>
        <w:t>Capital and small letters M–R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Together </w:t>
      </w:r>
      <w:r>
        <w:rPr>
          <w:b w:val="0"/>
          <w:color w:val="5A6B70"/>
          <w:sz w:val="18"/>
          <w:szCs w:val="18"/>
        </w:rPr>
        <w:t xml:space="preserve">  page 26  </w:t>
      </w:r>
      <w:r>
        <w:rPr>
          <w:b w:val="0"/>
          <w:sz w:val="22"/>
          <w:szCs w:val="22"/>
        </w:rPr>
        <w:t>M – m   N – n   R – r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1 </w:t>
      </w:r>
      <w:r>
        <w:rPr>
          <w:b w:val="0"/>
          <w:color w:val="5A6B70"/>
          <w:sz w:val="18"/>
          <w:szCs w:val="18"/>
        </w:rPr>
        <w:t xml:space="preserve">  page 27  </w:t>
      </w:r>
      <w:r>
        <w:rPr>
          <w:b w:val="0"/>
          <w:sz w:val="22"/>
          <w:szCs w:val="22"/>
        </w:rPr>
        <w:t>O – o   P – p   Q – q   R – r   M – m   N – n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2 </w:t>
      </w:r>
      <w:r>
        <w:rPr>
          <w:b w:val="0"/>
          <w:color w:val="5A6B70"/>
          <w:sz w:val="18"/>
          <w:szCs w:val="18"/>
        </w:rPr>
        <w:t xml:space="preserve">  page 27  </w:t>
      </w:r>
      <w:r>
        <w:rPr>
          <w:b w:val="0"/>
          <w:sz w:val="22"/>
          <w:szCs w:val="22"/>
        </w:rPr>
        <w:t>m   N   o   P   q   R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3 </w:t>
      </w:r>
      <w:r>
        <w:rPr>
          <w:b w:val="0"/>
          <w:color w:val="5A6B70"/>
          <w:sz w:val="18"/>
          <w:szCs w:val="18"/>
        </w:rPr>
        <w:t xml:space="preserve">  page 27  </w:t>
      </w:r>
      <w:r>
        <w:rPr>
          <w:b w:val="0"/>
          <w:sz w:val="22"/>
          <w:szCs w:val="22"/>
        </w:rPr>
        <w:t>a. p   b. q   c. p   d. q</w:t>
      </w:r>
    </w:p>
    <w:p>
      <w:pPr>
        <w:spacing w:after="40" w:before="80"/>
      </w:pPr>
      <w:r>
        <w:rPr>
          <w:b/>
          <w:color w:val="C24E1D"/>
          <w:sz w:val="26"/>
          <w:bCs/>
          <w:szCs w:val="26"/>
        </w:rPr>
        <w:t>Letters and sounds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Together </w:t>
      </w:r>
      <w:r>
        <w:rPr>
          <w:b w:val="0"/>
          <w:color w:val="5A6B70"/>
          <w:sz w:val="18"/>
          <w:szCs w:val="18"/>
        </w:rPr>
        <w:t xml:space="preserve">  page 28  </w:t>
      </w:r>
      <w:r>
        <w:rPr>
          <w:b w:val="0"/>
          <w:sz w:val="22"/>
          <w:szCs w:val="22"/>
        </w:rPr>
        <w:t>a. m   b. n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1 </w:t>
      </w:r>
      <w:r>
        <w:rPr>
          <w:b w:val="0"/>
          <w:color w:val="5A6B70"/>
          <w:sz w:val="18"/>
          <w:szCs w:val="18"/>
        </w:rPr>
        <w:t xml:space="preserve">  page 28  </w:t>
      </w:r>
      <w:r>
        <w:rPr>
          <w:b w:val="0"/>
          <w:sz w:val="22"/>
          <w:szCs w:val="22"/>
        </w:rPr>
        <w:t>a. o   b. p   c. r   d. m   e. n   f. r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2 </w:t>
      </w:r>
      <w:r>
        <w:rPr>
          <w:b w:val="0"/>
          <w:color w:val="5A6B70"/>
          <w:sz w:val="18"/>
          <w:szCs w:val="18"/>
        </w:rPr>
        <w:t xml:space="preserve">  page 29  </w:t>
      </w:r>
      <w:r>
        <w:rPr>
          <w:b w:val="0"/>
          <w:sz w:val="22"/>
          <w:szCs w:val="22"/>
        </w:rPr>
        <w:t>a. octopus   b. question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3 </w:t>
      </w:r>
      <w:r>
        <w:rPr>
          <w:b w:val="0"/>
          <w:color w:val="5A6B70"/>
          <w:sz w:val="18"/>
          <w:szCs w:val="18"/>
        </w:rPr>
        <w:t xml:space="preserve">  page 29  </w:t>
      </w:r>
      <w:r>
        <w:rPr>
          <w:b w:val="0"/>
          <w:sz w:val="22"/>
          <w:szCs w:val="22"/>
        </w:rPr>
        <w:t>a. moon   b. pizza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4 </w:t>
      </w:r>
      <w:r>
        <w:rPr>
          <w:b w:val="0"/>
          <w:color w:val="5A6B70"/>
          <w:sz w:val="18"/>
          <w:szCs w:val="18"/>
        </w:rPr>
        <w:t xml:space="preserve">  page 29  </w:t>
      </w:r>
      <w:r>
        <w:rPr>
          <w:b w:val="0"/>
          <w:sz w:val="22"/>
          <w:szCs w:val="22"/>
        </w:rPr>
        <w:t>a. m n o p q r   b. The moon is round.</w:t>
      </w:r>
    </w:p>
    <w:p>
      <w:pPr>
        <w:spacing w:after="40" w:before="80"/>
      </w:pPr>
      <w:r>
        <w:rPr>
          <w:b/>
          <w:color w:val="C24E1D"/>
          <w:sz w:val="26"/>
          <w:bCs/>
          <w:szCs w:val="26"/>
        </w:rPr>
        <w:t>Challenge, Think and Play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Challenge </w:t>
      </w:r>
      <w:r>
        <w:rPr>
          <w:b w:val="0"/>
          <w:color w:val="5A6B70"/>
          <w:sz w:val="18"/>
          <w:szCs w:val="18"/>
        </w:rPr>
        <w:t xml:space="preserve">  page 30  </w:t>
      </w:r>
      <w:r>
        <w:rPr>
          <w:b w:val="0"/>
          <w:sz w:val="22"/>
          <w:szCs w:val="22"/>
        </w:rPr>
        <w:t>a b c d e f g h i j k l m n o p q r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Think! </w:t>
      </w:r>
      <w:r>
        <w:rPr>
          <w:b w:val="0"/>
          <w:color w:val="5A6B70"/>
          <w:sz w:val="18"/>
          <w:szCs w:val="18"/>
        </w:rPr>
        <w:t xml:space="preserve">  page 30  </w:t>
      </w:r>
      <w:r>
        <w:rPr>
          <w:b w:val="0"/>
          <w:sz w:val="22"/>
          <w:szCs w:val="22"/>
        </w:rPr>
        <w:t>They look alike and both go down. p has the circle on the right, q on the left.</w:t>
      </w:r>
    </w:p>
    <w:p>
      <w:pPr>
        <w:spacing w:after="40" w:before="80"/>
      </w:pPr>
      <w:r>
        <w:rPr>
          <w:b/>
          <w:color w:val="C24E1D"/>
          <w:sz w:val="26"/>
          <w:bCs/>
          <w:szCs w:val="26"/>
        </w:rPr>
        <w:t>Review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1 </w:t>
      </w:r>
      <w:r>
        <w:rPr>
          <w:b w:val="0"/>
          <w:color w:val="5A6B70"/>
          <w:sz w:val="18"/>
          <w:szCs w:val="18"/>
        </w:rPr>
        <w:t xml:space="preserve">  page 31  </w:t>
      </w:r>
      <w:r>
        <w:rPr>
          <w:b w:val="0"/>
          <w:sz w:val="22"/>
          <w:szCs w:val="22"/>
        </w:rPr>
        <w:t>M – m   N – n   O – o   P – p   Q – q   R – r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2 </w:t>
      </w:r>
      <w:r>
        <w:rPr>
          <w:b w:val="0"/>
          <w:color w:val="5A6B70"/>
          <w:sz w:val="18"/>
          <w:szCs w:val="18"/>
        </w:rPr>
        <w:t xml:space="preserve">  page 31  </w:t>
      </w:r>
      <w:r>
        <w:rPr>
          <w:b w:val="0"/>
          <w:sz w:val="22"/>
          <w:szCs w:val="22"/>
        </w:rPr>
        <w:t>a. o   b. r   c. m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3 </w:t>
      </w:r>
      <w:r>
        <w:rPr>
          <w:b w:val="0"/>
          <w:color w:val="5A6B70"/>
          <w:sz w:val="18"/>
          <w:szCs w:val="18"/>
        </w:rPr>
        <w:t xml:space="preserve">  page 31  </w:t>
      </w:r>
      <w:r>
        <w:rPr>
          <w:b w:val="0"/>
          <w:sz w:val="22"/>
          <w:szCs w:val="22"/>
        </w:rPr>
        <w:t>a. m, p</w:t>
      </w:r>
    </w:p>
    <w:p>
      <w:pPr>
        <w:spacing w:after="60" w:before="160"/>
      </w:pPr>
      <w:r>
        <w:rPr>
          <w:b/>
          <w:color w:val="0288D1"/>
          <w:sz w:val="32"/>
          <w:bCs/>
          <w:szCs w:val="32"/>
        </w:rPr>
        <w:t>Letters S–Z and the ABC</w:t>
      </w:r>
    </w:p>
    <w:p>
      <w:pPr>
        <w:spacing w:after="40" w:before="80"/>
      </w:pPr>
      <w:r>
        <w:rPr>
          <w:b/>
          <w:color w:val="C24E1D"/>
          <w:sz w:val="26"/>
          <w:bCs/>
          <w:szCs w:val="26"/>
        </w:rPr>
        <w:t>Read and Understand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1 </w:t>
      </w:r>
      <w:r>
        <w:rPr>
          <w:b w:val="0"/>
          <w:color w:val="5A6B70"/>
          <w:sz w:val="18"/>
          <w:szCs w:val="18"/>
        </w:rPr>
        <w:t xml:space="preserve">  page 33  </w:t>
      </w:r>
      <w:r>
        <w:rPr>
          <w:b w:val="0"/>
          <w:sz w:val="22"/>
          <w:szCs w:val="22"/>
        </w:rPr>
        <w:t>a. yellow   b. zebra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2 </w:t>
      </w:r>
      <w:r>
        <w:rPr>
          <w:b w:val="0"/>
          <w:color w:val="5A6B70"/>
          <w:sz w:val="18"/>
          <w:szCs w:val="18"/>
        </w:rPr>
        <w:t xml:space="preserve">  page 33  </w:t>
      </w:r>
      <w:r>
        <w:rPr>
          <w:b w:val="0"/>
          <w:sz w:val="22"/>
          <w:szCs w:val="22"/>
        </w:rPr>
        <w:t>a. True   b. False – A toy fox / zebra is in the box.   c. True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3 </w:t>
      </w:r>
      <w:r>
        <w:rPr>
          <w:b w:val="0"/>
          <w:color w:val="5A6B70"/>
          <w:sz w:val="18"/>
          <w:szCs w:val="18"/>
        </w:rPr>
        <w:t xml:space="preserve">  page 34  </w:t>
      </w:r>
      <w:r>
        <w:rPr>
          <w:b w:val="0"/>
          <w:sz w:val="22"/>
          <w:szCs w:val="22"/>
        </w:rPr>
        <w:t>toy / too   van   watch / what   yellow / yo-yo   zebra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4 </w:t>
      </w:r>
      <w:r>
        <w:rPr>
          <w:b w:val="0"/>
          <w:color w:val="5A6B70"/>
          <w:sz w:val="18"/>
          <w:szCs w:val="18"/>
        </w:rPr>
        <w:t xml:space="preserve">  page 34  </w:t>
      </w:r>
      <w:r>
        <w:rPr>
          <w:b w:val="0"/>
          <w:sz w:val="22"/>
          <w:szCs w:val="22"/>
        </w:rPr>
        <w:t>a. In my box I have a ball and a car.</w:t>
      </w:r>
    </w:p>
    <w:p>
      <w:pPr>
        <w:spacing w:after="40" w:before="80"/>
      </w:pPr>
      <w:r>
        <w:rPr>
          <w:b/>
          <w:color w:val="C24E1D"/>
          <w:sz w:val="26"/>
          <w:bCs/>
          <w:szCs w:val="26"/>
        </w:rPr>
        <w:t>Letters S–Z and their sounds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Together </w:t>
      </w:r>
      <w:r>
        <w:rPr>
          <w:b w:val="0"/>
          <w:color w:val="5A6B70"/>
          <w:sz w:val="18"/>
          <w:szCs w:val="18"/>
        </w:rPr>
        <w:t xml:space="preserve">  page 35  </w:t>
      </w:r>
      <w:r>
        <w:rPr>
          <w:b w:val="0"/>
          <w:sz w:val="22"/>
          <w:szCs w:val="22"/>
        </w:rPr>
        <w:t>S – s   T – t   U – u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1 </w:t>
      </w:r>
      <w:r>
        <w:rPr>
          <w:b w:val="0"/>
          <w:color w:val="5A6B70"/>
          <w:sz w:val="18"/>
          <w:szCs w:val="18"/>
        </w:rPr>
        <w:t xml:space="preserve">  page 36  </w:t>
      </w:r>
      <w:r>
        <w:rPr>
          <w:b w:val="0"/>
          <w:sz w:val="22"/>
          <w:szCs w:val="22"/>
        </w:rPr>
        <w:t>V – v   W – w   X – x   Y – y   Z – z   T – t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2 </w:t>
      </w:r>
      <w:r>
        <w:rPr>
          <w:b w:val="0"/>
          <w:color w:val="5A6B70"/>
          <w:sz w:val="18"/>
          <w:szCs w:val="18"/>
        </w:rPr>
        <w:t xml:space="preserve">  page 36  </w:t>
      </w:r>
      <w:r>
        <w:rPr>
          <w:b w:val="0"/>
          <w:sz w:val="22"/>
          <w:szCs w:val="22"/>
        </w:rPr>
        <w:t>s   T   u   V   w   X   y   Z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3 </w:t>
      </w:r>
      <w:r>
        <w:rPr>
          <w:b w:val="0"/>
          <w:color w:val="5A6B70"/>
          <w:sz w:val="18"/>
          <w:szCs w:val="18"/>
        </w:rPr>
        <w:t xml:space="preserve">  page 36  </w:t>
      </w:r>
      <w:r>
        <w:rPr>
          <w:b w:val="0"/>
          <w:sz w:val="22"/>
          <w:szCs w:val="22"/>
        </w:rPr>
        <w:t>a. u   b. v   c. w   d. y   e. z   f. s</w:t>
      </w:r>
    </w:p>
    <w:p>
      <w:pPr>
        <w:spacing w:after="40" w:before="80"/>
      </w:pPr>
      <w:r>
        <w:rPr>
          <w:b/>
          <w:color w:val="C24E1D"/>
          <w:sz w:val="26"/>
          <w:bCs/>
          <w:szCs w:val="26"/>
        </w:rPr>
        <w:t>The whole ABC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Together </w:t>
      </w:r>
      <w:r>
        <w:rPr>
          <w:b w:val="0"/>
          <w:color w:val="5A6B70"/>
          <w:sz w:val="18"/>
          <w:szCs w:val="18"/>
        </w:rPr>
        <w:t xml:space="preserve">  page 37  </w:t>
      </w:r>
      <w:r>
        <w:rPr>
          <w:b w:val="0"/>
          <w:sz w:val="22"/>
          <w:szCs w:val="22"/>
        </w:rPr>
        <w:t>a. a, b, c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1 </w:t>
      </w:r>
      <w:r>
        <w:rPr>
          <w:b w:val="0"/>
          <w:color w:val="5A6B70"/>
          <w:sz w:val="18"/>
          <w:szCs w:val="18"/>
        </w:rPr>
        <w:t xml:space="preserve">  page 37  </w:t>
      </w:r>
      <w:r>
        <w:rPr>
          <w:b w:val="0"/>
          <w:sz w:val="22"/>
          <w:szCs w:val="22"/>
        </w:rPr>
        <w:t>a. r, s, t   b. x, y, z   c. m, n, o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2 </w:t>
      </w:r>
      <w:r>
        <w:rPr>
          <w:b w:val="0"/>
          <w:color w:val="5A6B70"/>
          <w:sz w:val="18"/>
          <w:szCs w:val="18"/>
        </w:rPr>
        <w:t xml:space="preserve">  page 38  </w:t>
      </w:r>
      <w:r>
        <w:rPr>
          <w:b w:val="0"/>
          <w:sz w:val="22"/>
          <w:szCs w:val="22"/>
        </w:rPr>
        <w:t>a. apple, box, sun   b. tree, van, zebra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3 </w:t>
      </w:r>
      <w:r>
        <w:rPr>
          <w:b w:val="0"/>
          <w:color w:val="5A6B70"/>
          <w:sz w:val="18"/>
          <w:szCs w:val="18"/>
        </w:rPr>
        <w:t xml:space="preserve">  page 38  </w:t>
      </w:r>
      <w:r>
        <w:rPr>
          <w:b w:val="0"/>
          <w:sz w:val="22"/>
          <w:szCs w:val="22"/>
        </w:rPr>
        <w:t>a. s   b. v   c. y</w:t>
      </w:r>
    </w:p>
    <w:p>
      <w:pPr>
        <w:spacing w:after="40" w:before="80"/>
      </w:pPr>
      <w:r>
        <w:rPr>
          <w:b/>
          <w:color w:val="C24E1D"/>
          <w:sz w:val="26"/>
          <w:bCs/>
          <w:szCs w:val="26"/>
        </w:rPr>
        <w:t>Challenge, Think and Play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Challenge </w:t>
      </w:r>
      <w:r>
        <w:rPr>
          <w:b w:val="0"/>
          <w:color w:val="5A6B70"/>
          <w:sz w:val="18"/>
          <w:szCs w:val="18"/>
        </w:rPr>
        <w:t xml:space="preserve">  page 39  </w:t>
      </w:r>
      <w:r>
        <w:rPr>
          <w:b w:val="0"/>
          <w:sz w:val="22"/>
          <w:szCs w:val="22"/>
        </w:rPr>
        <w:t>a b c d e f g h i j k l m n o p q r s t u v w x y z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Think! </w:t>
      </w:r>
      <w:r>
        <w:rPr>
          <w:b w:val="0"/>
          <w:color w:val="5A6B70"/>
          <w:sz w:val="18"/>
          <w:szCs w:val="18"/>
        </w:rPr>
        <w:t xml:space="preserve">  page 39  </w:t>
      </w:r>
      <w:r>
        <w:rPr>
          <w:b w:val="0"/>
          <w:sz w:val="22"/>
          <w:szCs w:val="22"/>
        </w:rPr>
        <w:t>It helps us find words in a dictionary or names in a list quickly.</w:t>
      </w:r>
    </w:p>
    <w:p>
      <w:pPr>
        <w:spacing w:after="40" w:before="80"/>
      </w:pPr>
      <w:r>
        <w:rPr>
          <w:b/>
          <w:color w:val="C24E1D"/>
          <w:sz w:val="26"/>
          <w:bCs/>
          <w:szCs w:val="26"/>
        </w:rPr>
        <w:t>Review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1 </w:t>
      </w:r>
      <w:r>
        <w:rPr>
          <w:b w:val="0"/>
          <w:color w:val="5A6B70"/>
          <w:sz w:val="18"/>
          <w:szCs w:val="18"/>
        </w:rPr>
        <w:t xml:space="preserve">  page 40  </w:t>
      </w:r>
      <w:r>
        <w:rPr>
          <w:b w:val="0"/>
          <w:sz w:val="22"/>
          <w:szCs w:val="22"/>
        </w:rPr>
        <w:t>a. C   b. G   c. K   d. P   e. T   f. X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2 </w:t>
      </w:r>
      <w:r>
        <w:rPr>
          <w:b w:val="0"/>
          <w:color w:val="5A6B70"/>
          <w:sz w:val="18"/>
          <w:szCs w:val="18"/>
        </w:rPr>
        <w:t xml:space="preserve">  page 40  </w:t>
      </w:r>
      <w:r>
        <w:rPr>
          <w:b w:val="0"/>
          <w:sz w:val="22"/>
          <w:szCs w:val="22"/>
        </w:rPr>
        <w:t>S – s   U – u   W – w   Y – y   Z – z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3 </w:t>
      </w:r>
      <w:r>
        <w:rPr>
          <w:b w:val="0"/>
          <w:color w:val="5A6B70"/>
          <w:sz w:val="18"/>
          <w:szCs w:val="18"/>
        </w:rPr>
        <w:t xml:space="preserve">  page 40  </w:t>
      </w:r>
      <w:r>
        <w:rPr>
          <w:b w:val="0"/>
          <w:sz w:val="22"/>
          <w:szCs w:val="22"/>
        </w:rPr>
        <w:t>a. star, umbrella, van</w:t>
      </w:r>
    </w:p>
    <w:p>
      <w:pPr>
        <w:spacing w:after="60" w:before="160"/>
      </w:pPr>
      <w:r>
        <w:rPr>
          <w:b/>
          <w:color w:val="0288D1"/>
          <w:sz w:val="32"/>
          <w:bCs/>
          <w:szCs w:val="32"/>
        </w:rPr>
        <w:t>Short Words: cat, dog, sun</w:t>
      </w:r>
    </w:p>
    <w:p>
      <w:pPr>
        <w:spacing w:after="40" w:before="80"/>
      </w:pPr>
      <w:r>
        <w:rPr>
          <w:b/>
          <w:color w:val="C24E1D"/>
          <w:sz w:val="26"/>
          <w:bCs/>
          <w:szCs w:val="26"/>
        </w:rPr>
        <w:t>Read and Understand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1 </w:t>
      </w:r>
      <w:r>
        <w:rPr>
          <w:b w:val="0"/>
          <w:color w:val="5A6B70"/>
          <w:sz w:val="18"/>
          <w:szCs w:val="18"/>
        </w:rPr>
        <w:t xml:space="preserve">  page 42  </w:t>
      </w:r>
      <w:r>
        <w:rPr>
          <w:b w:val="0"/>
          <w:sz w:val="22"/>
          <w:szCs w:val="22"/>
        </w:rPr>
        <w:t>a. mat   b. red   c. sun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2 </w:t>
      </w:r>
      <w:r>
        <w:rPr>
          <w:b w:val="0"/>
          <w:color w:val="5A6B70"/>
          <w:sz w:val="18"/>
          <w:szCs w:val="18"/>
        </w:rPr>
        <w:t xml:space="preserve">  page 42  </w:t>
      </w:r>
      <w:r>
        <w:rPr>
          <w:b w:val="0"/>
          <w:sz w:val="22"/>
          <w:szCs w:val="22"/>
        </w:rPr>
        <w:t>a. False – The cat has a hat.   b. True   c. False – In paragraph 3, the dog is sad.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3 </w:t>
      </w:r>
      <w:r>
        <w:rPr>
          <w:b w:val="0"/>
          <w:color w:val="5A6B70"/>
          <w:sz w:val="18"/>
          <w:szCs w:val="18"/>
        </w:rPr>
        <w:t xml:space="preserve">  page 43  </w:t>
      </w:r>
      <w:r>
        <w:rPr>
          <w:b w:val="0"/>
          <w:sz w:val="22"/>
          <w:szCs w:val="22"/>
        </w:rPr>
        <w:t>cat / hat / mat   sun   dog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4 </w:t>
      </w:r>
      <w:r>
        <w:rPr>
          <w:b w:val="0"/>
          <w:color w:val="5A6B70"/>
          <w:sz w:val="18"/>
          <w:szCs w:val="18"/>
        </w:rPr>
        <w:t xml:space="preserve">  page 43  </w:t>
      </w:r>
      <w:r>
        <w:rPr>
          <w:b w:val="0"/>
          <w:sz w:val="22"/>
          <w:szCs w:val="22"/>
        </w:rPr>
        <w:t>a. Yes. The cat says "Sit with me!" and they nap together.</w:t>
      </w:r>
    </w:p>
    <w:p>
      <w:pPr>
        <w:spacing w:after="40" w:before="80"/>
      </w:pPr>
      <w:r>
        <w:rPr>
          <w:b/>
          <w:color w:val="C24E1D"/>
          <w:sz w:val="26"/>
          <w:bCs/>
          <w:szCs w:val="26"/>
        </w:rPr>
        <w:t>Sound it out: the middle sound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Together </w:t>
      </w:r>
      <w:r>
        <w:rPr>
          <w:b w:val="0"/>
          <w:color w:val="5A6B70"/>
          <w:sz w:val="18"/>
          <w:szCs w:val="18"/>
        </w:rPr>
        <w:t xml:space="preserve">  page 44  </w:t>
      </w:r>
      <w:r>
        <w:rPr>
          <w:b w:val="0"/>
          <w:sz w:val="22"/>
          <w:szCs w:val="22"/>
        </w:rPr>
        <w:t>a. bed   b. pig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1 </w:t>
      </w:r>
      <w:r>
        <w:rPr>
          <w:b w:val="0"/>
          <w:color w:val="5A6B70"/>
          <w:sz w:val="18"/>
          <w:szCs w:val="18"/>
        </w:rPr>
        <w:t xml:space="preserve">  page 44  </w:t>
      </w:r>
      <w:r>
        <w:rPr>
          <w:b w:val="0"/>
          <w:sz w:val="22"/>
          <w:szCs w:val="22"/>
        </w:rPr>
        <w:t>a. hat   b. pen   c. six   d. box   e. cup   f. bus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2 </w:t>
      </w:r>
      <w:r>
        <w:rPr>
          <w:b w:val="0"/>
          <w:color w:val="5A6B70"/>
          <w:sz w:val="18"/>
          <w:szCs w:val="18"/>
        </w:rPr>
        <w:t xml:space="preserve">  page 45  </w:t>
      </w:r>
      <w:r>
        <w:rPr>
          <w:b w:val="0"/>
          <w:sz w:val="22"/>
          <w:szCs w:val="22"/>
          <w:rtl/>
        </w:rPr>
        <w:t>cat – חתול   dog – כלב   sun – שמש   pen – עט   box – קופסה   bus – אוטובוס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3 </w:t>
      </w:r>
      <w:r>
        <w:rPr>
          <w:b w:val="0"/>
          <w:color w:val="5A6B70"/>
          <w:sz w:val="18"/>
          <w:szCs w:val="18"/>
        </w:rPr>
        <w:t xml:space="preserve">  page 45  </w:t>
      </w:r>
      <w:r>
        <w:rPr>
          <w:b w:val="0"/>
          <w:sz w:val="22"/>
          <w:szCs w:val="22"/>
        </w:rPr>
        <w:t>a. e   b. i   c. u   d. o   e. a   f. e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4 </w:t>
      </w:r>
      <w:r>
        <w:rPr>
          <w:b w:val="0"/>
          <w:color w:val="5A6B70"/>
          <w:sz w:val="18"/>
          <w:szCs w:val="18"/>
        </w:rPr>
        <w:t xml:space="preserve">  page 45  </w:t>
      </w:r>
      <w:r>
        <w:rPr>
          <w:b w:val="0"/>
          <w:sz w:val="22"/>
          <w:szCs w:val="22"/>
        </w:rPr>
        <w:t>hat · pen · six · box · bus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5 </w:t>
      </w:r>
      <w:r>
        <w:rPr>
          <w:b w:val="0"/>
          <w:color w:val="5A6B70"/>
          <w:sz w:val="18"/>
          <w:szCs w:val="18"/>
        </w:rPr>
        <w:t xml:space="preserve">  page 45  </w:t>
      </w:r>
      <w:r>
        <w:rPr>
          <w:b w:val="0"/>
          <w:sz w:val="22"/>
          <w:szCs w:val="22"/>
        </w:rPr>
        <w:t>a. True   b. False – The middle letter of "pig" is i.   c. True</w:t>
      </w:r>
    </w:p>
    <w:p>
      <w:pPr>
        <w:spacing w:after="40" w:before="80"/>
      </w:pPr>
      <w:r>
        <w:rPr>
          <w:b/>
          <w:color w:val="C24E1D"/>
          <w:sz w:val="26"/>
          <w:bCs/>
          <w:szCs w:val="26"/>
        </w:rPr>
        <w:t>Words that rhyme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Together </w:t>
      </w:r>
      <w:r>
        <w:rPr>
          <w:b w:val="0"/>
          <w:color w:val="5A6B70"/>
          <w:sz w:val="18"/>
          <w:szCs w:val="18"/>
        </w:rPr>
        <w:t xml:space="preserve">  page 46  </w:t>
      </w:r>
      <w:r>
        <w:rPr>
          <w:b w:val="0"/>
          <w:sz w:val="22"/>
          <w:szCs w:val="22"/>
        </w:rPr>
        <w:t>cat – hat   pen – ten   sun – fun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1 </w:t>
      </w:r>
      <w:r>
        <w:rPr>
          <w:b w:val="0"/>
          <w:color w:val="5A6B70"/>
          <w:sz w:val="18"/>
          <w:szCs w:val="18"/>
        </w:rPr>
        <w:t xml:space="preserve">  page 47  </w:t>
      </w:r>
      <w:r>
        <w:rPr>
          <w:b w:val="0"/>
          <w:sz w:val="22"/>
          <w:szCs w:val="22"/>
        </w:rPr>
        <w:t>dog – frog   box – fox   big – pig   bed – red   map – cap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2 </w:t>
      </w:r>
      <w:r>
        <w:rPr>
          <w:b w:val="0"/>
          <w:color w:val="5A6B70"/>
          <w:sz w:val="18"/>
          <w:szCs w:val="18"/>
        </w:rPr>
        <w:t xml:space="preserve">  page 47  </w:t>
      </w:r>
      <w:r>
        <w:rPr>
          <w:b w:val="0"/>
          <w:sz w:val="22"/>
          <w:szCs w:val="22"/>
        </w:rPr>
        <w:t>a. dog   b. sun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3 </w:t>
      </w:r>
      <w:r>
        <w:rPr>
          <w:b w:val="0"/>
          <w:color w:val="5A6B70"/>
          <w:sz w:val="18"/>
          <w:szCs w:val="18"/>
        </w:rPr>
        <w:t xml:space="preserve">  page 47  </w:t>
      </w:r>
      <w:r>
        <w:rPr>
          <w:b w:val="0"/>
          <w:sz w:val="22"/>
          <w:szCs w:val="22"/>
        </w:rPr>
        <w:t>a. hat / mat / bat   b. pen / hen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4 </w:t>
      </w:r>
      <w:r>
        <w:rPr>
          <w:b w:val="0"/>
          <w:color w:val="5A6B70"/>
          <w:sz w:val="18"/>
          <w:szCs w:val="18"/>
        </w:rPr>
        <w:t xml:space="preserve">  page 47  </w:t>
      </w:r>
      <w:r>
        <w:rPr>
          <w:b w:val="0"/>
          <w:sz w:val="22"/>
          <w:szCs w:val="22"/>
        </w:rPr>
        <w:t>a. The cat is on the mat.   b. The dog is in the sun.</w:t>
      </w:r>
    </w:p>
    <w:p>
      <w:pPr>
        <w:spacing w:after="40" w:before="80"/>
      </w:pPr>
      <w:r>
        <w:rPr>
          <w:b/>
          <w:color w:val="C24E1D"/>
          <w:sz w:val="26"/>
          <w:bCs/>
          <w:szCs w:val="26"/>
        </w:rPr>
        <w:t>Challenge, Think and Play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Challenge </w:t>
      </w:r>
      <w:r>
        <w:rPr>
          <w:b w:val="0"/>
          <w:color w:val="5A6B70"/>
          <w:sz w:val="18"/>
          <w:szCs w:val="18"/>
        </w:rPr>
        <w:t xml:space="preserve">  page 48  </w:t>
      </w:r>
      <w:r>
        <w:rPr>
          <w:b w:val="0"/>
          <w:sz w:val="22"/>
          <w:szCs w:val="22"/>
        </w:rPr>
        <w:t>bat, mat, rat, sat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Think! </w:t>
      </w:r>
      <w:r>
        <w:rPr>
          <w:b w:val="0"/>
          <w:color w:val="5A6B70"/>
          <w:sz w:val="18"/>
          <w:szCs w:val="18"/>
        </w:rPr>
        <w:t xml:space="preserve">  page 48  </w:t>
      </w:r>
      <w:r>
        <w:rPr>
          <w:b w:val="0"/>
          <w:sz w:val="22"/>
          <w:szCs w:val="22"/>
        </w:rPr>
        <w:t>They sound nice, and they are easy to remember.</w:t>
      </w:r>
    </w:p>
    <w:p>
      <w:pPr>
        <w:spacing w:after="40" w:before="80"/>
      </w:pPr>
      <w:r>
        <w:rPr>
          <w:b/>
          <w:color w:val="C24E1D"/>
          <w:sz w:val="26"/>
          <w:bCs/>
          <w:szCs w:val="26"/>
        </w:rPr>
        <w:t>Review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1 </w:t>
      </w:r>
      <w:r>
        <w:rPr>
          <w:b w:val="0"/>
          <w:color w:val="5A6B70"/>
          <w:sz w:val="18"/>
          <w:szCs w:val="18"/>
        </w:rPr>
        <w:t xml:space="preserve">  page 49  </w:t>
      </w:r>
      <w:r>
        <w:rPr>
          <w:b w:val="0"/>
          <w:sz w:val="22"/>
          <w:szCs w:val="22"/>
        </w:rPr>
        <w:t>a. fox   b. hen   c. sit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2 </w:t>
      </w:r>
      <w:r>
        <w:rPr>
          <w:b w:val="0"/>
          <w:color w:val="5A6B70"/>
          <w:sz w:val="18"/>
          <w:szCs w:val="18"/>
        </w:rPr>
        <w:t xml:space="preserve">  page 49  </w:t>
      </w:r>
      <w:r>
        <w:rPr>
          <w:b w:val="0"/>
          <w:sz w:val="22"/>
          <w:szCs w:val="22"/>
        </w:rPr>
        <w:t>hat – mat   ten – hen   fox – box   fun – sun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3 </w:t>
      </w:r>
      <w:r>
        <w:rPr>
          <w:b w:val="0"/>
          <w:color w:val="5A6B70"/>
          <w:sz w:val="18"/>
          <w:szCs w:val="18"/>
        </w:rPr>
        <w:t xml:space="preserve">  page 49  </w:t>
      </w:r>
      <w:r>
        <w:rPr>
          <w:b w:val="0"/>
          <w:sz w:val="22"/>
          <w:szCs w:val="22"/>
        </w:rPr>
        <w:t>a. a   b. u   c. i</w:t>
      </w:r>
    </w:p>
    <w:p>
      <w:pPr>
        <w:spacing w:after="60" w:before="160"/>
      </w:pPr>
      <w:r>
        <w:rPr>
          <w:b/>
          <w:color w:val="0288D1"/>
          <w:sz w:val="32"/>
          <w:bCs/>
          <w:szCs w:val="32"/>
        </w:rPr>
        <w:t>Colours and Numbers 1–10</w:t>
      </w:r>
    </w:p>
    <w:p>
      <w:pPr>
        <w:spacing w:after="40" w:before="80"/>
      </w:pPr>
      <w:r>
        <w:rPr>
          <w:b/>
          <w:color w:val="C24E1D"/>
          <w:sz w:val="26"/>
          <w:bCs/>
          <w:szCs w:val="26"/>
        </w:rPr>
        <w:t>Read and Understand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1 </w:t>
      </w:r>
      <w:r>
        <w:rPr>
          <w:b w:val="0"/>
          <w:color w:val="5A6B70"/>
          <w:sz w:val="18"/>
          <w:szCs w:val="18"/>
        </w:rPr>
        <w:t xml:space="preserve">  page 51  </w:t>
      </w:r>
      <w:r>
        <w:rPr>
          <w:b w:val="0"/>
          <w:sz w:val="22"/>
          <w:szCs w:val="22"/>
        </w:rPr>
        <w:t>a. ten   b. Two   c. yellow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2 </w:t>
      </w:r>
      <w:r>
        <w:rPr>
          <w:b w:val="0"/>
          <w:color w:val="5A6B70"/>
          <w:sz w:val="18"/>
          <w:szCs w:val="18"/>
        </w:rPr>
        <w:t xml:space="preserve">  page 52  </w:t>
      </w:r>
      <w:r>
        <w:rPr>
          <w:b w:val="0"/>
          <w:sz w:val="22"/>
          <w:szCs w:val="22"/>
        </w:rPr>
        <w:t>a. True   b. False – A red balloon goes up into the sky.   c. True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3 </w:t>
      </w:r>
      <w:r>
        <w:rPr>
          <w:b w:val="0"/>
          <w:color w:val="5A6B70"/>
          <w:sz w:val="18"/>
          <w:szCs w:val="18"/>
        </w:rPr>
        <w:t xml:space="preserve">  page 52  </w:t>
      </w:r>
      <w:r>
        <w:rPr>
          <w:b w:val="0"/>
          <w:sz w:val="22"/>
          <w:szCs w:val="22"/>
        </w:rPr>
        <w:t>3 · 2   2 · 2   5 · 5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4 </w:t>
      </w:r>
      <w:r>
        <w:rPr>
          <w:b w:val="0"/>
          <w:color w:val="5A6B70"/>
          <w:sz w:val="18"/>
          <w:szCs w:val="18"/>
        </w:rPr>
        <w:t xml:space="preserve">  page 52  </w:t>
      </w:r>
      <w:r>
        <w:rPr>
          <w:b w:val="0"/>
          <w:sz w:val="22"/>
          <w:szCs w:val="22"/>
        </w:rPr>
        <w:t>a. I like green balloons.</w:t>
      </w:r>
    </w:p>
    <w:p>
      <w:pPr>
        <w:spacing w:after="40" w:before="80"/>
      </w:pPr>
      <w:r>
        <w:rPr>
          <w:b/>
          <w:color w:val="C24E1D"/>
          <w:sz w:val="26"/>
          <w:bCs/>
          <w:szCs w:val="26"/>
        </w:rPr>
        <w:t>Colours: a red apple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Together </w:t>
      </w:r>
      <w:r>
        <w:rPr>
          <w:b w:val="0"/>
          <w:color w:val="5A6B70"/>
          <w:sz w:val="18"/>
          <w:szCs w:val="18"/>
        </w:rPr>
        <w:t xml:space="preserve">  page 53  </w:t>
      </w:r>
      <w:r>
        <w:rPr>
          <w:b w:val="0"/>
          <w:sz w:val="22"/>
          <w:szCs w:val="22"/>
        </w:rPr>
        <w:t>a. yellow   b. green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1 </w:t>
      </w:r>
      <w:r>
        <w:rPr>
          <w:b w:val="0"/>
          <w:color w:val="5A6B70"/>
          <w:sz w:val="18"/>
          <w:szCs w:val="18"/>
        </w:rPr>
        <w:t xml:space="preserve">  page 54  </w:t>
      </w:r>
      <w:r>
        <w:rPr>
          <w:b w:val="0"/>
          <w:sz w:val="22"/>
          <w:szCs w:val="22"/>
          <w:rtl/>
        </w:rPr>
        <w:t>red – אדום   blue – כחול   green – ירוק   yellow – צהוב   black – שחור   white – לבן   brown – חום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2 </w:t>
      </w:r>
      <w:r>
        <w:rPr>
          <w:b w:val="0"/>
          <w:color w:val="5A6B70"/>
          <w:sz w:val="18"/>
          <w:szCs w:val="18"/>
        </w:rPr>
        <w:t xml:space="preserve">  page 54  </w:t>
      </w:r>
      <w:r>
        <w:rPr>
          <w:b w:val="0"/>
          <w:sz w:val="22"/>
          <w:szCs w:val="22"/>
        </w:rPr>
        <w:t>a. yellow   b. white   c. red   d. orange   e. brown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3 </w:t>
      </w:r>
      <w:r>
        <w:rPr>
          <w:b w:val="0"/>
          <w:color w:val="5A6B70"/>
          <w:sz w:val="18"/>
          <w:szCs w:val="18"/>
        </w:rPr>
        <w:t xml:space="preserve">  page 54  </w:t>
      </w:r>
      <w:r>
        <w:rPr>
          <w:b w:val="0"/>
          <w:sz w:val="22"/>
          <w:szCs w:val="22"/>
        </w:rPr>
        <w:t>orange   green   pink   purple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4 </w:t>
      </w:r>
      <w:r>
        <w:rPr>
          <w:b w:val="0"/>
          <w:color w:val="5A6B70"/>
          <w:sz w:val="18"/>
          <w:szCs w:val="18"/>
        </w:rPr>
        <w:t xml:space="preserve">  page 55  </w:t>
      </w:r>
      <w:r>
        <w:rPr>
          <w:b w:val="0"/>
          <w:sz w:val="22"/>
          <w:szCs w:val="22"/>
        </w:rPr>
        <w:t>a. a blue bag   b. a red ball   c. two black cats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5 </w:t>
      </w:r>
      <w:r>
        <w:rPr>
          <w:b w:val="0"/>
          <w:color w:val="5A6B70"/>
          <w:sz w:val="18"/>
          <w:szCs w:val="18"/>
        </w:rPr>
        <w:t xml:space="preserve">  page 55  </w:t>
      </w:r>
      <w:r>
        <w:rPr>
          <w:b w:val="0"/>
          <w:sz w:val="22"/>
          <w:szCs w:val="22"/>
        </w:rPr>
        <w:t>a. False – a red car   b. True   c. True</w:t>
      </w:r>
    </w:p>
    <w:p>
      <w:pPr>
        <w:spacing w:after="40" w:before="80"/>
      </w:pPr>
      <w:r>
        <w:rPr>
          <w:b/>
          <w:color w:val="C24E1D"/>
          <w:sz w:val="26"/>
          <w:bCs/>
          <w:szCs w:val="26"/>
        </w:rPr>
        <w:t>Numbers 1–10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Together </w:t>
      </w:r>
      <w:r>
        <w:rPr>
          <w:b w:val="0"/>
          <w:color w:val="5A6B70"/>
          <w:sz w:val="18"/>
          <w:szCs w:val="18"/>
        </w:rPr>
        <w:t xml:space="preserve">  page 56  </w:t>
      </w:r>
      <w:r>
        <w:rPr>
          <w:b w:val="0"/>
          <w:sz w:val="22"/>
          <w:szCs w:val="22"/>
        </w:rPr>
        <w:t>a. two   b. five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1 </w:t>
      </w:r>
      <w:r>
        <w:rPr>
          <w:b w:val="0"/>
          <w:color w:val="5A6B70"/>
          <w:sz w:val="18"/>
          <w:szCs w:val="18"/>
        </w:rPr>
        <w:t xml:space="preserve">  page 57  </w:t>
      </w:r>
      <w:r>
        <w:rPr>
          <w:b w:val="0"/>
          <w:sz w:val="22"/>
          <w:szCs w:val="22"/>
        </w:rPr>
        <w:t>a. three   b. seven   c. six   d. nine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2 </w:t>
      </w:r>
      <w:r>
        <w:rPr>
          <w:b w:val="0"/>
          <w:color w:val="5A6B70"/>
          <w:sz w:val="18"/>
          <w:szCs w:val="18"/>
        </w:rPr>
        <w:t xml:space="preserve">  page 57  </w:t>
      </w:r>
      <w:r>
        <w:rPr>
          <w:b w:val="0"/>
          <w:sz w:val="22"/>
          <w:szCs w:val="22"/>
        </w:rPr>
        <w:t>1 – one   4 – four   6 – six   8 – eight   10 – ten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3 </w:t>
      </w:r>
      <w:r>
        <w:rPr>
          <w:b w:val="0"/>
          <w:color w:val="5A6B70"/>
          <w:sz w:val="18"/>
          <w:szCs w:val="18"/>
        </w:rPr>
        <w:t xml:space="preserve">  page 57  </w:t>
      </w:r>
      <w:r>
        <w:rPr>
          <w:b w:val="0"/>
          <w:sz w:val="22"/>
          <w:szCs w:val="22"/>
        </w:rPr>
        <w:t>a. three   b. seven   c. ten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4 </w:t>
      </w:r>
      <w:r>
        <w:rPr>
          <w:b w:val="0"/>
          <w:color w:val="5A6B70"/>
          <w:sz w:val="18"/>
          <w:szCs w:val="18"/>
        </w:rPr>
        <w:t xml:space="preserve">  page 57  </w:t>
      </w:r>
      <w:r>
        <w:rPr>
          <w:b w:val="0"/>
          <w:sz w:val="22"/>
          <w:szCs w:val="22"/>
        </w:rPr>
        <w:t>a. My bag is blue. My pencil is yellow.</w:t>
      </w:r>
    </w:p>
    <w:p>
      <w:pPr>
        <w:spacing w:after="40" w:before="80"/>
      </w:pPr>
      <w:r>
        <w:rPr>
          <w:b/>
          <w:color w:val="C24E1D"/>
          <w:sz w:val="26"/>
          <w:bCs/>
          <w:szCs w:val="26"/>
        </w:rPr>
        <w:t>Challenge, Think and Play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Challenge </w:t>
      </w:r>
      <w:r>
        <w:rPr>
          <w:b w:val="0"/>
          <w:color w:val="5A6B70"/>
          <w:sz w:val="18"/>
          <w:szCs w:val="18"/>
        </w:rPr>
        <w:t xml:space="preserve">  page 58  </w:t>
      </w:r>
      <w:r>
        <w:rPr>
          <w:b w:val="0"/>
          <w:sz w:val="22"/>
          <w:szCs w:val="22"/>
        </w:rPr>
        <w:t>For example: two green doors, three blue bags, ten brown chairs.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Think! </w:t>
      </w:r>
      <w:r>
        <w:rPr>
          <w:b w:val="0"/>
          <w:color w:val="5A6B70"/>
          <w:sz w:val="18"/>
          <w:szCs w:val="18"/>
        </w:rPr>
        <w:t xml:space="preserve">  page 58  </w:t>
      </w:r>
      <w:r>
        <w:rPr>
          <w:b w:val="0"/>
          <w:sz w:val="22"/>
          <w:szCs w:val="22"/>
        </w:rPr>
        <w:t>a red ball. In English the colour comes before the thing.</w:t>
      </w:r>
    </w:p>
    <w:p>
      <w:pPr>
        <w:spacing w:after="40" w:before="80"/>
      </w:pPr>
      <w:r>
        <w:rPr>
          <w:b/>
          <w:color w:val="C24E1D"/>
          <w:sz w:val="26"/>
          <w:bCs/>
          <w:szCs w:val="26"/>
        </w:rPr>
        <w:t>Review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1 </w:t>
      </w:r>
      <w:r>
        <w:rPr>
          <w:b w:val="0"/>
          <w:color w:val="5A6B70"/>
          <w:sz w:val="18"/>
          <w:szCs w:val="18"/>
        </w:rPr>
        <w:t xml:space="preserve">  page 59  </w:t>
      </w:r>
      <w:r>
        <w:rPr>
          <w:b w:val="0"/>
          <w:sz w:val="22"/>
          <w:szCs w:val="22"/>
        </w:rPr>
        <w:t>3 ← three   5 ← five   7 ← seven   8 ← eight   9 ← nine   10 ← ten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2 </w:t>
      </w:r>
      <w:r>
        <w:rPr>
          <w:b w:val="0"/>
          <w:color w:val="5A6B70"/>
          <w:sz w:val="18"/>
          <w:szCs w:val="18"/>
        </w:rPr>
        <w:t xml:space="preserve">  page 59  </w:t>
      </w:r>
      <w:r>
        <w:rPr>
          <w:b w:val="0"/>
          <w:sz w:val="22"/>
          <w:szCs w:val="22"/>
        </w:rPr>
        <w:t>a. blue   b. green   c. yellow</w:t>
      </w:r>
    </w:p>
    <w:p>
      <w:pPr>
        <w:spacing w:after="60" w:before="160"/>
      </w:pPr>
      <w:r>
        <w:rPr>
          <w:b/>
          <w:color w:val="0288D1"/>
          <w:sz w:val="32"/>
          <w:bCs/>
          <w:szCs w:val="32"/>
        </w:rPr>
        <w:t>Hello! School Things</w:t>
      </w:r>
    </w:p>
    <w:p>
      <w:pPr>
        <w:spacing w:after="40" w:before="80"/>
      </w:pPr>
      <w:r>
        <w:rPr>
          <w:b/>
          <w:color w:val="C24E1D"/>
          <w:sz w:val="26"/>
          <w:bCs/>
          <w:szCs w:val="26"/>
        </w:rPr>
        <w:t>Read and Understand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1 </w:t>
      </w:r>
      <w:r>
        <w:rPr>
          <w:b w:val="0"/>
          <w:color w:val="5A6B70"/>
          <w:sz w:val="18"/>
          <w:szCs w:val="18"/>
        </w:rPr>
        <w:t xml:space="preserve">  page 61  </w:t>
      </w:r>
      <w:r>
        <w:rPr>
          <w:b w:val="0"/>
          <w:sz w:val="22"/>
          <w:szCs w:val="22"/>
        </w:rPr>
        <w:t>a. morning   b. Tom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2 </w:t>
      </w:r>
      <w:r>
        <w:rPr>
          <w:b w:val="0"/>
          <w:color w:val="5A6B70"/>
          <w:sz w:val="18"/>
          <w:szCs w:val="18"/>
        </w:rPr>
        <w:t xml:space="preserve">  page 61  </w:t>
      </w:r>
      <w:r>
        <w:rPr>
          <w:b w:val="0"/>
          <w:sz w:val="22"/>
          <w:szCs w:val="22"/>
        </w:rPr>
        <w:t>Good morning, teacher! – the class   My name is Tom. – Tom   What is your name? – the teacher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3 </w:t>
      </w:r>
      <w:r>
        <w:rPr>
          <w:b w:val="0"/>
          <w:color w:val="5A6B70"/>
          <w:sz w:val="18"/>
          <w:szCs w:val="18"/>
        </w:rPr>
        <w:t xml:space="preserve">  page 62  </w:t>
      </w:r>
      <w:r>
        <w:rPr>
          <w:b w:val="0"/>
          <w:sz w:val="22"/>
          <w:szCs w:val="22"/>
        </w:rPr>
        <w:t>a. True   b. False – Tom has a pencil, a ruler and a book.   c. True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4 </w:t>
      </w:r>
      <w:r>
        <w:rPr>
          <w:b w:val="0"/>
          <w:color w:val="5A6B70"/>
          <w:sz w:val="18"/>
          <w:szCs w:val="18"/>
        </w:rPr>
        <w:t xml:space="preserve">  page 62  </w:t>
      </w:r>
      <w:r>
        <w:rPr>
          <w:b w:val="0"/>
          <w:sz w:val="22"/>
          <w:szCs w:val="22"/>
        </w:rPr>
        <w:t>a. My name is …   b. Yes, I have a pencil.</w:t>
      </w:r>
    </w:p>
    <w:p>
      <w:pPr>
        <w:spacing w:after="40" w:before="80"/>
      </w:pPr>
      <w:r>
        <w:rPr>
          <w:b/>
          <w:color w:val="C24E1D"/>
          <w:sz w:val="26"/>
          <w:bCs/>
          <w:szCs w:val="26"/>
        </w:rPr>
        <w:t>Hello! What's your name?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Together </w:t>
      </w:r>
      <w:r>
        <w:rPr>
          <w:b w:val="0"/>
          <w:color w:val="5A6B70"/>
          <w:sz w:val="18"/>
          <w:szCs w:val="18"/>
        </w:rPr>
        <w:t xml:space="preserve">  page 63  </w:t>
      </w:r>
      <w:r>
        <w:rPr>
          <w:b w:val="0"/>
          <w:sz w:val="22"/>
          <w:szCs w:val="22"/>
        </w:rPr>
        <w:t>Hello! – Hi!   Goodbye! – Bye!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1 </w:t>
      </w:r>
      <w:r>
        <w:rPr>
          <w:b w:val="0"/>
          <w:color w:val="5A6B70"/>
          <w:sz w:val="18"/>
          <w:szCs w:val="18"/>
        </w:rPr>
        <w:t xml:space="preserve">  page 64  </w:t>
      </w:r>
      <w:r>
        <w:rPr>
          <w:b w:val="0"/>
          <w:sz w:val="22"/>
          <w:szCs w:val="22"/>
        </w:rPr>
        <w:t>How are you? – I'm fine, thank you.   Thank you! – You're welcome.   Good morning, class! – Good morning, teacher!   See you! – Bye!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2 </w:t>
      </w:r>
      <w:r>
        <w:rPr>
          <w:b w:val="0"/>
          <w:color w:val="5A6B70"/>
          <w:sz w:val="18"/>
          <w:szCs w:val="18"/>
        </w:rPr>
        <w:t xml:space="preserve">  page 64  </w:t>
      </w:r>
      <w:r>
        <w:rPr>
          <w:b w:val="0"/>
          <w:sz w:val="22"/>
          <w:szCs w:val="22"/>
        </w:rPr>
        <w:t>Hello · Goodbye   Hi · Bye   Good morning · See you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3 </w:t>
      </w:r>
      <w:r>
        <w:rPr>
          <w:b w:val="0"/>
          <w:color w:val="5A6B70"/>
          <w:sz w:val="18"/>
          <w:szCs w:val="18"/>
        </w:rPr>
        <w:t xml:space="preserve">  page 64  </w:t>
      </w:r>
      <w:r>
        <w:rPr>
          <w:b w:val="0"/>
          <w:sz w:val="22"/>
          <w:szCs w:val="22"/>
        </w:rPr>
        <w:t>a. name   b. My   c. meet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4 </w:t>
      </w:r>
      <w:r>
        <w:rPr>
          <w:b w:val="0"/>
          <w:color w:val="5A6B70"/>
          <w:sz w:val="18"/>
          <w:szCs w:val="18"/>
        </w:rPr>
        <w:t xml:space="preserve">  page 64  </w:t>
      </w:r>
      <w:r>
        <w:rPr>
          <w:b w:val="0"/>
          <w:sz w:val="22"/>
          <w:szCs w:val="22"/>
        </w:rPr>
        <w:t>a. What's   b. I'm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5 </w:t>
      </w:r>
      <w:r>
        <w:rPr>
          <w:b w:val="0"/>
          <w:color w:val="5A6B70"/>
          <w:sz w:val="18"/>
          <w:szCs w:val="18"/>
        </w:rPr>
        <w:t xml:space="preserve">  page 65  </w:t>
      </w:r>
      <w:r>
        <w:rPr>
          <w:b w:val="0"/>
          <w:sz w:val="22"/>
          <w:szCs w:val="22"/>
        </w:rPr>
        <w:t>a. Hello! My name is …</w:t>
      </w:r>
    </w:p>
    <w:p>
      <w:pPr>
        <w:spacing w:after="40" w:before="80"/>
      </w:pPr>
      <w:r>
        <w:rPr>
          <w:b/>
          <w:color w:val="C24E1D"/>
          <w:sz w:val="26"/>
          <w:bCs/>
          <w:szCs w:val="26"/>
        </w:rPr>
        <w:t>School things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Together </w:t>
      </w:r>
      <w:r>
        <w:rPr>
          <w:b w:val="0"/>
          <w:color w:val="5A6B70"/>
          <w:sz w:val="18"/>
          <w:szCs w:val="18"/>
        </w:rPr>
        <w:t xml:space="preserve">  page 66  </w:t>
      </w:r>
      <w:r>
        <w:rPr>
          <w:b w:val="0"/>
          <w:sz w:val="22"/>
          <w:szCs w:val="22"/>
          <w:rtl/>
        </w:rPr>
        <w:t>book – ספר   bag – תיק   chair – כיסא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1 </w:t>
      </w:r>
      <w:r>
        <w:rPr>
          <w:b w:val="0"/>
          <w:color w:val="5A6B70"/>
          <w:sz w:val="18"/>
          <w:szCs w:val="18"/>
        </w:rPr>
        <w:t xml:space="preserve">  page 67  </w:t>
      </w:r>
      <w:r>
        <w:rPr>
          <w:b w:val="0"/>
          <w:sz w:val="22"/>
          <w:szCs w:val="22"/>
          <w:rtl/>
        </w:rPr>
        <w:t>pen – עט   pencil – עיפרון   notebook – מחברת   ruler – סרגל   scissors – מספריים   door – דלת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2 </w:t>
      </w:r>
      <w:r>
        <w:rPr>
          <w:b w:val="0"/>
          <w:color w:val="5A6B70"/>
          <w:sz w:val="18"/>
          <w:szCs w:val="18"/>
        </w:rPr>
        <w:t xml:space="preserve">  page 67  </w:t>
      </w:r>
      <w:r>
        <w:rPr>
          <w:b w:val="0"/>
          <w:sz w:val="22"/>
          <w:szCs w:val="22"/>
        </w:rPr>
        <w:t>pencil · chair   ruler · door   crayon · board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3 </w:t>
      </w:r>
      <w:r>
        <w:rPr>
          <w:b w:val="0"/>
          <w:color w:val="5A6B70"/>
          <w:sz w:val="18"/>
          <w:szCs w:val="18"/>
        </w:rPr>
        <w:t xml:space="preserve">  page 67  </w:t>
      </w:r>
      <w:r>
        <w:rPr>
          <w:b w:val="0"/>
          <w:sz w:val="22"/>
          <w:szCs w:val="22"/>
        </w:rPr>
        <w:t>a. e   b. o   c. u   d. a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4 </w:t>
      </w:r>
      <w:r>
        <w:rPr>
          <w:b w:val="0"/>
          <w:color w:val="5A6B70"/>
          <w:sz w:val="18"/>
          <w:szCs w:val="18"/>
        </w:rPr>
        <w:t xml:space="preserve">  page 67  </w:t>
      </w:r>
      <w:r>
        <w:rPr>
          <w:b w:val="0"/>
          <w:sz w:val="22"/>
          <w:szCs w:val="22"/>
        </w:rPr>
        <w:t>a. a pen, a pencil and a ruler</w:t>
      </w:r>
    </w:p>
    <w:p>
      <w:pPr>
        <w:spacing w:after="40" w:before="80"/>
      </w:pPr>
      <w:r>
        <w:rPr>
          <w:b/>
          <w:color w:val="C24E1D"/>
          <w:sz w:val="26"/>
          <w:bCs/>
          <w:szCs w:val="26"/>
        </w:rPr>
        <w:t>Challenge, Think and Play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Challenge </w:t>
      </w:r>
      <w:r>
        <w:rPr>
          <w:b w:val="0"/>
          <w:color w:val="5A6B70"/>
          <w:sz w:val="18"/>
          <w:szCs w:val="18"/>
        </w:rPr>
        <w:t xml:space="preserve">  page 68  </w:t>
      </w:r>
      <w:r>
        <w:rPr>
          <w:b w:val="0"/>
          <w:sz w:val="22"/>
          <w:szCs w:val="22"/>
        </w:rPr>
        <w:t>A: Hello! What's your name? B: My name is Rami. A: I'm Maya. Nice to meet you! B: Bye!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Think! </w:t>
      </w:r>
      <w:r>
        <w:rPr>
          <w:b w:val="0"/>
          <w:color w:val="5A6B70"/>
          <w:sz w:val="18"/>
          <w:szCs w:val="18"/>
        </w:rPr>
        <w:t xml:space="preserve">  page 68  </w:t>
      </w:r>
      <w:r>
        <w:rPr>
          <w:b w:val="0"/>
          <w:sz w:val="22"/>
          <w:szCs w:val="22"/>
        </w:rPr>
        <w:t>"Good morning" only in the morning. "Hello" at any time.</w:t>
      </w:r>
    </w:p>
    <w:p>
      <w:pPr>
        <w:spacing w:after="40" w:before="80"/>
      </w:pPr>
      <w:r>
        <w:rPr>
          <w:b/>
          <w:color w:val="C24E1D"/>
          <w:sz w:val="26"/>
          <w:bCs/>
          <w:szCs w:val="26"/>
        </w:rPr>
        <w:t>Review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1 </w:t>
      </w:r>
      <w:r>
        <w:rPr>
          <w:b w:val="0"/>
          <w:color w:val="5A6B70"/>
          <w:sz w:val="18"/>
          <w:szCs w:val="18"/>
        </w:rPr>
        <w:t xml:space="preserve">  page 69  </w:t>
      </w:r>
      <w:r>
        <w:rPr>
          <w:b w:val="0"/>
          <w:sz w:val="22"/>
          <w:szCs w:val="22"/>
        </w:rPr>
        <w:t>a. fine   b. name   c. Bye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2 </w:t>
      </w:r>
      <w:r>
        <w:rPr>
          <w:b w:val="0"/>
          <w:color w:val="5A6B70"/>
          <w:sz w:val="18"/>
          <w:szCs w:val="18"/>
        </w:rPr>
        <w:t xml:space="preserve">  page 69  </w:t>
      </w:r>
      <w:r>
        <w:rPr>
          <w:b w:val="0"/>
          <w:sz w:val="22"/>
          <w:szCs w:val="22"/>
          <w:rtl/>
        </w:rPr>
        <w:t>ruler – סרגל   crayon – צבע עיפרון   notebook – מחברת   scissors – מספריים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3 </w:t>
      </w:r>
      <w:r>
        <w:rPr>
          <w:b w:val="0"/>
          <w:color w:val="5A6B70"/>
          <w:sz w:val="18"/>
          <w:szCs w:val="18"/>
        </w:rPr>
        <w:t xml:space="preserve">  page 69  </w:t>
      </w:r>
      <w:r>
        <w:rPr>
          <w:b w:val="0"/>
          <w:sz w:val="22"/>
          <w:szCs w:val="22"/>
        </w:rPr>
        <w:t>a. This is a pencil.</w:t>
      </w:r>
    </w:p>
    <w:p>
      <w:pPr>
        <w:spacing w:after="60" w:before="160"/>
      </w:pPr>
      <w:r>
        <w:rPr>
          <w:b/>
          <w:color w:val="0288D1"/>
          <w:sz w:val="32"/>
          <w:bCs/>
          <w:szCs w:val="32"/>
        </w:rPr>
        <w:t>Animals</w:t>
      </w:r>
    </w:p>
    <w:p>
      <w:pPr>
        <w:spacing w:after="40" w:before="80"/>
      </w:pPr>
      <w:r>
        <w:rPr>
          <w:b/>
          <w:color w:val="C24E1D"/>
          <w:sz w:val="26"/>
          <w:bCs/>
          <w:szCs w:val="26"/>
        </w:rPr>
        <w:t>Read and Understand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1 </w:t>
      </w:r>
      <w:r>
        <w:rPr>
          <w:b w:val="0"/>
          <w:color w:val="5A6B70"/>
          <w:sz w:val="18"/>
          <w:szCs w:val="18"/>
        </w:rPr>
        <w:t xml:space="preserve">  page 71  </w:t>
      </w:r>
      <w:r>
        <w:rPr>
          <w:b w:val="0"/>
          <w:sz w:val="22"/>
          <w:szCs w:val="22"/>
        </w:rPr>
        <w:t>cat · cow · lion   dog · horse · monkey   fish · sheep / hen · elephant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2 </w:t>
      </w:r>
      <w:r>
        <w:rPr>
          <w:b w:val="0"/>
          <w:color w:val="5A6B70"/>
          <w:sz w:val="18"/>
          <w:szCs w:val="18"/>
        </w:rPr>
        <w:t xml:space="preserve">  page 72  </w:t>
      </w:r>
      <w:r>
        <w:rPr>
          <w:b w:val="0"/>
          <w:sz w:val="22"/>
          <w:szCs w:val="22"/>
        </w:rPr>
        <w:t>a. False – A lion lives in the zoo.   b. True   c. False – A hen lives on a farm.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3 </w:t>
      </w:r>
      <w:r>
        <w:rPr>
          <w:b w:val="0"/>
          <w:color w:val="5A6B70"/>
          <w:sz w:val="18"/>
          <w:szCs w:val="18"/>
        </w:rPr>
        <w:t xml:space="preserve">  page 72  </w:t>
      </w:r>
      <w:r>
        <w:rPr>
          <w:b w:val="0"/>
          <w:sz w:val="22"/>
          <w:szCs w:val="22"/>
        </w:rPr>
        <w:t>a. farm   b. zoo   c. home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4 </w:t>
      </w:r>
      <w:r>
        <w:rPr>
          <w:b w:val="0"/>
          <w:color w:val="5A6B70"/>
          <w:sz w:val="18"/>
          <w:szCs w:val="18"/>
        </w:rPr>
        <w:t xml:space="preserve">  page 72  </w:t>
      </w:r>
      <w:r>
        <w:rPr>
          <w:b w:val="0"/>
          <w:sz w:val="22"/>
          <w:szCs w:val="22"/>
        </w:rPr>
        <w:t>a. I like dogs. They are funny.</w:t>
      </w:r>
    </w:p>
    <w:p>
      <w:pPr>
        <w:spacing w:after="40" w:before="80"/>
      </w:pPr>
      <w:r>
        <w:rPr>
          <w:b/>
          <w:color w:val="C24E1D"/>
          <w:sz w:val="26"/>
          <w:bCs/>
          <w:szCs w:val="26"/>
        </w:rPr>
        <w:t>Pets and farm animals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Together </w:t>
      </w:r>
      <w:r>
        <w:rPr>
          <w:b w:val="0"/>
          <w:color w:val="5A6B70"/>
          <w:sz w:val="18"/>
          <w:szCs w:val="18"/>
        </w:rPr>
        <w:t xml:space="preserve">  page 73  </w:t>
      </w:r>
      <w:r>
        <w:rPr>
          <w:b w:val="0"/>
          <w:sz w:val="22"/>
          <w:szCs w:val="22"/>
        </w:rPr>
        <w:t>a. moo   b. quack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1 </w:t>
      </w:r>
      <w:r>
        <w:rPr>
          <w:b w:val="0"/>
          <w:color w:val="5A6B70"/>
          <w:sz w:val="18"/>
          <w:szCs w:val="18"/>
        </w:rPr>
        <w:t xml:space="preserve">  page 73  </w:t>
      </w:r>
      <w:r>
        <w:rPr>
          <w:b w:val="0"/>
          <w:sz w:val="22"/>
          <w:szCs w:val="22"/>
          <w:rtl/>
        </w:rPr>
        <w:t>dog – כלב   rabbit – ארנב   mouse – עכבר   fish – דג   bird – ציפור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2 </w:t>
      </w:r>
      <w:r>
        <w:rPr>
          <w:b w:val="0"/>
          <w:color w:val="5A6B70"/>
          <w:sz w:val="18"/>
          <w:szCs w:val="18"/>
        </w:rPr>
        <w:t xml:space="preserve">  page 74  </w:t>
      </w:r>
      <w:r>
        <w:rPr>
          <w:b w:val="0"/>
          <w:sz w:val="22"/>
          <w:szCs w:val="22"/>
        </w:rPr>
        <w:t>a. a   b. o   c. i   d. i   e. a   f. o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3 </w:t>
      </w:r>
      <w:r>
        <w:rPr>
          <w:b w:val="0"/>
          <w:color w:val="5A6B70"/>
          <w:sz w:val="18"/>
          <w:szCs w:val="18"/>
        </w:rPr>
        <w:t xml:space="preserve">  page 74  </w:t>
      </w:r>
      <w:r>
        <w:rPr>
          <w:b w:val="0"/>
          <w:sz w:val="22"/>
          <w:szCs w:val="22"/>
        </w:rPr>
        <w:t>cow – moo   duck – quack   sheep – baa   dog – woof   cat – meow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4 </w:t>
      </w:r>
      <w:r>
        <w:rPr>
          <w:b w:val="0"/>
          <w:color w:val="5A6B70"/>
          <w:sz w:val="18"/>
          <w:szCs w:val="18"/>
        </w:rPr>
        <w:t xml:space="preserve">  page 74  </w:t>
      </w:r>
      <w:r>
        <w:rPr>
          <w:b w:val="0"/>
          <w:sz w:val="22"/>
          <w:szCs w:val="22"/>
        </w:rPr>
        <w:t>a. True   b. False – A duck says quack.   c. True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5 </w:t>
      </w:r>
      <w:r>
        <w:rPr>
          <w:b w:val="0"/>
          <w:color w:val="5A6B70"/>
          <w:sz w:val="18"/>
          <w:szCs w:val="18"/>
        </w:rPr>
        <w:t xml:space="preserve">  page 74  </w:t>
      </w:r>
      <w:r>
        <w:rPr>
          <w:b w:val="0"/>
          <w:sz w:val="22"/>
          <w:szCs w:val="22"/>
        </w:rPr>
        <w:t>a. I have a cat. My cat is white.</w:t>
      </w:r>
    </w:p>
    <w:p>
      <w:pPr>
        <w:spacing w:after="40" w:before="80"/>
      </w:pPr>
      <w:r>
        <w:rPr>
          <w:b/>
          <w:color w:val="C24E1D"/>
          <w:sz w:val="26"/>
          <w:bCs/>
          <w:szCs w:val="26"/>
        </w:rPr>
        <w:t>Zoo animals: a or an? one or two?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Together </w:t>
      </w:r>
      <w:r>
        <w:rPr>
          <w:b w:val="0"/>
          <w:color w:val="5A6B70"/>
          <w:sz w:val="18"/>
          <w:szCs w:val="18"/>
        </w:rPr>
        <w:t xml:space="preserve">  page 75  </w:t>
      </w:r>
      <w:r>
        <w:rPr>
          <w:b w:val="0"/>
          <w:sz w:val="22"/>
          <w:szCs w:val="22"/>
        </w:rPr>
        <w:t>a. cats   b. an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1 </w:t>
      </w:r>
      <w:r>
        <w:rPr>
          <w:b w:val="0"/>
          <w:color w:val="5A6B70"/>
          <w:sz w:val="18"/>
          <w:szCs w:val="18"/>
        </w:rPr>
        <w:t xml:space="preserve">  page 75  </w:t>
      </w:r>
      <w:r>
        <w:rPr>
          <w:b w:val="0"/>
          <w:sz w:val="22"/>
          <w:szCs w:val="22"/>
        </w:rPr>
        <w:t>a. dogs   b. lions   c. tigers   d. giraffes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2 </w:t>
      </w:r>
      <w:r>
        <w:rPr>
          <w:b w:val="0"/>
          <w:color w:val="5A6B70"/>
          <w:sz w:val="18"/>
          <w:szCs w:val="18"/>
        </w:rPr>
        <w:t xml:space="preserve">  page 76  </w:t>
      </w:r>
      <w:r>
        <w:rPr>
          <w:b w:val="0"/>
          <w:sz w:val="22"/>
          <w:szCs w:val="22"/>
        </w:rPr>
        <w:t>a. an   b. a   c. an   d. a   e. an   f. a</w:t>
      </w:r>
    </w:p>
    <w:p>
      <w:pPr>
        <w:spacing w:after="40" w:before="80"/>
      </w:pPr>
      <w:r>
        <w:rPr>
          <w:b/>
          <w:color w:val="C24E1D"/>
          <w:sz w:val="26"/>
          <w:bCs/>
          <w:szCs w:val="26"/>
        </w:rPr>
        <w:t>Challenge, Think and Play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Challenge </w:t>
      </w:r>
      <w:r>
        <w:rPr>
          <w:b w:val="0"/>
          <w:color w:val="5A6B70"/>
          <w:sz w:val="18"/>
          <w:szCs w:val="18"/>
        </w:rPr>
        <w:t xml:space="preserve">  page 77  </w:t>
      </w:r>
      <w:r>
        <w:rPr>
          <w:b w:val="0"/>
          <w:sz w:val="22"/>
          <w:szCs w:val="22"/>
        </w:rPr>
        <w:t>A horse lives on a farm. A tiger lives in the zoo. A rabbit is a pet.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Think! </w:t>
      </w:r>
      <w:r>
        <w:rPr>
          <w:b w:val="0"/>
          <w:color w:val="5A6B70"/>
          <w:sz w:val="18"/>
          <w:szCs w:val="18"/>
        </w:rPr>
        <w:t xml:space="preserve">  page 77  </w:t>
      </w:r>
      <w:r>
        <w:rPr>
          <w:b w:val="0"/>
          <w:sz w:val="22"/>
          <w:szCs w:val="22"/>
        </w:rPr>
        <w:t>Yes. Some animals can live in more than one place – a dog can live at home or on a farm.</w:t>
      </w:r>
    </w:p>
    <w:p>
      <w:pPr>
        <w:spacing w:after="40" w:before="80"/>
      </w:pPr>
      <w:r>
        <w:rPr>
          <w:b/>
          <w:color w:val="C24E1D"/>
          <w:sz w:val="26"/>
          <w:bCs/>
          <w:szCs w:val="26"/>
        </w:rPr>
        <w:t>Review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1 </w:t>
      </w:r>
      <w:r>
        <w:rPr>
          <w:b w:val="0"/>
          <w:color w:val="5A6B70"/>
          <w:sz w:val="18"/>
          <w:szCs w:val="18"/>
        </w:rPr>
        <w:t xml:space="preserve">  page 78  </w:t>
      </w:r>
      <w:r>
        <w:rPr>
          <w:b w:val="0"/>
          <w:sz w:val="22"/>
          <w:szCs w:val="22"/>
        </w:rPr>
        <w:t>It is big and grey. It lives in the zoo. ← elephant   It lives on a farm. It says moo. ← cow   It is a pet. It says meow. ← cat   It is black and white. It lives in the zoo. ← zebra   It is a pet. It lives in water. ← fish   It lives on a farm. It says quack. ← duck</w:t>
      </w:r>
    </w:p>
    <w:p>
      <w:pPr>
        <w:spacing w:after="40" w:before="0"/>
      </w:pPr>
      <w:r>
        <w:rPr>
          <w:b/>
          <w:color w:val="0288D1"/>
          <w:sz w:val="22"/>
          <w:bCs/>
          <w:szCs w:val="22"/>
        </w:rPr>
        <w:t xml:space="preserve"> 2 </w:t>
      </w:r>
      <w:r>
        <w:rPr>
          <w:b w:val="0"/>
          <w:color w:val="5A6B70"/>
          <w:sz w:val="18"/>
          <w:szCs w:val="18"/>
        </w:rPr>
        <w:t xml:space="preserve">  page 78  </w:t>
      </w:r>
      <w:r>
        <w:rPr>
          <w:b w:val="0"/>
          <w:sz w:val="22"/>
          <w:szCs w:val="22"/>
        </w:rPr>
        <w:t>a. horses   b. monkeys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361" w:right="907" w:bottom="907" w:left="907" w:header="454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4A5B61"/>
        <w:sz w:val="18"/>
        <w:szCs w:val="18"/>
      </w:rPr>
      <w:t xml:space="preserve">Answer Key · English · Grade 3 · Learning and Practice Book   ·   </w:t>
    </w:r>
    <w:r>
      <w:fldChar w:fldCharType="begin"/>
    </w:r>
    <w:r>
      <w:instrText xml:space="preserve"> PAGE </w:instrText>
    </w:r>
    <w:r>
      <w:fldChar w:fldCharType="separate"/>
    </w:r>
    <w:r>
      <w:rPr>
        <w:b/>
        <w:color w:val="E8622C"/>
        <w:sz w:val="24"/>
        <w:bCs/>
        <w:szCs w:val="24"/>
      </w:rPr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</w:tblPr>
    <w:tblGrid>
      <w:gridCol w:w="5046"/>
      <w:gridCol w:w="5046"/>
    </w:tblGrid>
    <w:tr>
      <w:tc>
        <w:tcPr>
          <w:tcW w:type="dxa" w:w="7257"/>
          <w:shd w:val="clear" w:color="auto" w:fill="DBEEF8"/>
        </w:tcPr>
        <w:p>
          <w:r>
            <w:rPr>
              <w:b/>
              <w:color w:val="0288D1"/>
              <w:sz w:val="23"/>
              <w:bCs/>
              <w:szCs w:val="23"/>
            </w:rPr>
            <w:t>Answer Key · English · Grade 3 · Learning and Practice Book</w:t>
          </w:r>
        </w:p>
      </w:tc>
      <w:tc>
        <w:tcPr>
          <w:tcW w:type="dxa" w:w="2835"/>
        </w:tcPr>
        <w:p>
          <w:r>
            <w:drawing>
              <wp:inline xmlns:a="http://schemas.openxmlformats.org/drawingml/2006/main" xmlns:pic="http://schemas.openxmlformats.org/drawingml/2006/picture">
                <wp:extent cx="1224000" cy="307224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2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4000" cy="30722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