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Test answer key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🔑 Final Test – Basic Level – Answer Key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מבחן מסכם – רמה בסיסית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الامتحان النهائيّ – المستوى الأساسيّ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60 minutes · Total: 100 points · Read the text carefully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60 דקות · סה"כ: 100 נקודות · קראו את הטקסט בעיון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60 دقيقة · المجموع: 100 علامة · اقرأ النص بانتباه وأجب عن جميع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Reading Comprehension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Vocabulary and Grammar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A: Reading Comprehension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הבנת הנקרא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فهم المقروء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Finding information: choose the correct answer.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איתור מידע: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إيجاد المعلومات: اختر الإجابة الصحيحة.</w:t>
      </w:r>
    </w:p>
    <w:p>
      <w:pPr>
        <w:spacing w:before="0" w:after="20"/>
        <w:jc w:val="both"/>
      </w:pPr>
      <w:r>
        <w:rPr/>
        <w:t>a. Where does Omer live?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in Kfar Saba</w:t>
      </w:r>
    </w:p>
    <w:p>
      <w:pPr>
        <w:spacing w:before="0" w:after="20"/>
        <w:jc w:val="both"/>
      </w:pPr>
      <w:r>
        <w:rPr/>
        <w:t>b. How many palm trees are there in the garden?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three</w:t>
      </w:r>
    </w:p>
    <w:p>
      <w:pPr>
        <w:spacing w:before="0" w:after="20"/>
        <w:jc w:val="both"/>
      </w:pPr>
      <w:r>
        <w:rPr/>
        <w:t>c. How many children are there in the Mizrahi family?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four</w:t>
      </w:r>
    </w:p>
    <w:p>
      <w:pPr>
        <w:spacing w:before="0" w:after="20"/>
        <w:jc w:val="both"/>
      </w:pPr>
      <w:r>
        <w:rPr/>
        <w:t>d. What is Ido's mom's job?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nurse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information from the text.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לפי המידע שבטקסט.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بمعلومات من النص.</w:t>
      </w:r>
    </w:p>
    <w:p>
      <w:pPr>
        <w:spacing w:before="0" w:after="40"/>
        <w:jc w:val="both"/>
      </w:pPr>
      <w:r>
        <w:rPr/>
        <w:t>a. Omer's building is old, but it is very nice.</w:t>
      </w:r>
    </w:p>
    <w:p>
      <w:pPr>
        <w:spacing w:before="0" w:after="40"/>
        <w:jc w:val="both"/>
      </w:pPr>
      <w:r>
        <w:rPr/>
        <w:t>b. The Mizrahi family's dad is a bus driver.</w:t>
      </w:r>
    </w:p>
    <w:p>
      <w:pPr>
        <w:spacing w:before="0" w:after="40"/>
        <w:jc w:val="both"/>
      </w:pPr>
      <w:r>
        <w:rPr/>
        <w:t>c. Ido is eight years old.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True or False? Copy a sentence from the text that shows your answer.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העתיקו מהטקסט משפט שמראה את התשובה שלכם.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انسخ من النص جملة تُبيّن إجابتك.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True / False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From the text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garden is next to the door.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True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is a small garden next to the door.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Ido is a loud boy.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False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He is shy and quiet.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Vocabulary in context: match the word from the text to its meaning.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אוצר מילים בהקשר: התאימו את המילה מהטקסט למשמעות שלה.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المفردات في السياق: صل الكلمة من النص بمعناها.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shy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not loud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quiet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afraid to talk to new people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youngest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the smallest in age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Inference: choose the best answer. (4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הסקת מסקנות: בחרו את התשובה הטובה ביותר.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الاستنتاج: اختر أفضل إجابة.</w:t>
      </w:r>
    </w:p>
    <w:p>
      <w:pPr>
        <w:spacing w:before="0" w:after="20"/>
        <w:jc w:val="both"/>
      </w:pPr>
      <w:r>
        <w:rPr/>
        <w:t>a. Why does Ido smile?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is happy to play with Omer.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Why do you think Ido and Omer are friends now? Write 1–2 sentences.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למה לדעתכם עידו ועומר חברים עכשיו? כתבו 1–2 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لماذا برأيك أصبح ‎Ido‎ و ‎Omer‎ صديقين الآن؟ اكتب 1–2 جملة.</w:t>
      </w:r>
    </w:p>
    <w:p>
      <w:pPr>
        <w:spacing w:before="0" w:after="80"/>
        <w:jc w:val="both"/>
      </w:pPr>
      <w:r>
        <w:rPr>
          <w:color w:val="0F7A4F"/>
        </w:rPr>
        <w:t>Possible answer: They both like football and play together every afternoon (4). Omer is friendly and invites Ido, so Ido is not shy with him now (4).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B: Vocabulary and Grammar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אוצר מילים ודקדוק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المفردات والقواعد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am, is, are, isn't or aren't.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is, are, isn't‎ או 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 أو ‎isn't‎ أو ‎aren't‎.</w:t>
      </w:r>
    </w:p>
    <w:p>
      <w:pPr>
        <w:spacing w:before="0" w:after="40"/>
        <w:jc w:val="both"/>
      </w:pPr>
      <w:r>
        <w:rPr/>
        <w:t>a. I am ten years old.</w:t>
      </w:r>
    </w:p>
    <w:p>
      <w:pPr>
        <w:spacing w:before="0" w:after="40"/>
        <w:jc w:val="both"/>
      </w:pPr>
      <w:r>
        <w:rPr/>
        <w:t>b. My sisters are at school today.</w:t>
      </w:r>
    </w:p>
    <w:p>
      <w:pPr>
        <w:spacing w:before="0" w:after="40"/>
        <w:jc w:val="both"/>
      </w:pPr>
      <w:r>
        <w:rPr/>
        <w:t>c. Where is my pencil case?</w:t>
      </w:r>
    </w:p>
    <w:p>
      <w:pPr>
        <w:spacing w:before="0" w:after="40"/>
        <w:jc w:val="both"/>
      </w:pPr>
      <w:r>
        <w:rPr/>
        <w:t>d. It's sunny. It isn't cold today.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correct answer.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There ___ two bikes in the yard.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0" w:after="20"/>
        <w:jc w:val="both"/>
      </w:pPr>
      <w:r>
        <w:rPr/>
        <w:t>b. The cat is ___ the table. (below)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under</w:t>
      </w:r>
    </w:p>
    <w:p>
      <w:pPr>
        <w:spacing w:before="0" w:after="20"/>
        <w:jc w:val="both"/>
      </w:pPr>
      <w:r>
        <w:rPr/>
        <w:t>c. ___ you speak English? – Yes, I can.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plural. (6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One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Many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bus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buses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woman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women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big dog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big dogs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Put the words in order and write the sentence.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a / has / Noa / cat / white  → Noa has a white cat.</w:t>
      </w:r>
    </w:p>
    <w:p>
      <w:pPr>
        <w:spacing w:before="0" w:after="100"/>
        <w:jc w:val="both"/>
      </w:pPr>
      <w:r>
        <w:rPr/>
        <w:t>b. we / school / walk / to  → We walk to school.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Let's, Don't or can't. (5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‎Let's, Don't‎ או ‎can't‎.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‎Let's‎ أو ‎Don't‎ أو ‎can't‎.</w:t>
      </w:r>
    </w:p>
    <w:p>
      <w:pPr>
        <w:spacing w:before="0" w:after="40"/>
        <w:jc w:val="both"/>
      </w:pPr>
      <w:r>
        <w:rPr/>
        <w:t>a. The baby is asleep. Don't shout!</w:t>
      </w:r>
    </w:p>
    <w:p>
      <w:pPr>
        <w:spacing w:before="0" w:after="40"/>
        <w:jc w:val="both"/>
      </w:pPr>
      <w:r>
        <w:rPr/>
        <w:t>b. It's hot. Let's go to the pool!</w:t>
      </w:r>
    </w:p>
    <w:p>
      <w:pPr>
        <w:spacing w:before="0" w:after="40"/>
        <w:jc w:val="both"/>
      </w:pPr>
      <w:r>
        <w:rPr/>
        <w:t>c. A fish can't walk.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C: Writing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כתיבה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الكتابة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about you and your day (6–8 sentences). Write: your name, age and family; what you do every day (use I and we); one thing you can do and one thing you can't do. Check: capital letters and periods; am/is/are; adjectives before nouns. (30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עצמכם ועל היום שלכם (6–8 משפטים). כתבו: שם, גיל ומשפחה; מה אתם עושים כל יום (השתמשו ב-‎I‎ וב-‎we)‎; דבר אחד שאתם יודעים לעשות ודבר אחד שאתם לא יודעים לעשות. בדקו: אותיות גדולות ונקודות; ‎am/is/are‎; תואר לפני שם עצם.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نفسك وعن يومك (6–8 جمل). اكتب: اسمك وعمرك وعائلتك؛ ماذا تفعل كل يوم (استعمل ‎I‎ و ‎we)‎؛ شيئًا واحدًا تستطيع فعله وشيئًا واحدًا لا تستطيع فعله. تأكّد من: الحروف الكبيرة والنقاط؛ ‎am/is/are‎؛ الصفة قبل الاسم.</w:t>
      </w:r>
    </w:p>
    <w:p>
      <w:pPr>
        <w:spacing w:before="0" w:after="80"/>
        <w:jc w:val="both"/>
      </w:pPr>
      <w:r>
        <w:rPr>
          <w:color w:val="0F7A4F"/>
        </w:rPr>
        <w:t>Possible answer: Rubric: content – all the parts (10); grammar – to be, present simple, can/can't (10); vocabulary – adjectives and daily words (5); capital letters, periods and spelling (5). Example: My name is Ben. I am nine years old. I have a big family. I get up at seven and I go to school by bus. In the afternoon my friends and I play football. We have dinner at seven. I can ride a bike, but I can't swim.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