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4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9F1239"/>
          <w:sz w:val="44"/>
          <w:szCs w:val="44"/>
        </w:rPr>
        <w:t>Verb "to be": am, is, are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הפועל ‎"to be": am, is, are‎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الفعل ‎"to be": am, is, are‎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9F1239"/>
          <w:sz w:val="24"/>
          <w:szCs w:val="24"/>
        </w:rPr>
        <w:t>Summary: everything to remember about am, is and are, in one place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כל מה שצריך לזכור על ‎am, is‎ ו-‎are‎, במקום אחד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كل ما يجب أن تتذكّره عن ‎am‎ و ‎is‎ و ‎are‎ في مكان واحد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4_t0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Who goes with what?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 הולך עם מה?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مَن يأتي مع ماذا؟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Subject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to be</w:t>
            </w:r>
          </w:p>
        </w:tc>
        <w:tc>
          <w:tcPr>
            <w:tcW w:type="dxa" w:w="3326"/>
            <w:shd w:val="clear" w:color="auto" w:fill="9f123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Short form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I'm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 / she / it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is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he's / she's / it's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 / we / they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are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you're / we're / they're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Saying no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איך אומרים "לא"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كيف نقول "لا"</w:t>
      </w:r>
    </w:p>
    <w:p>
      <w:pPr>
        <w:spacing w:before="0" w:after="20"/>
        <w:jc w:val="both"/>
      </w:pPr>
      <w:r>
        <w:rPr/>
        <w:t>1. Add not after the verb: I am not, he is not, we are not.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הוסיפו ‎not‎ אחרי הפועל: ‎I am not, he is not, we are not‎.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أضف ‎not‎ بعد الفعل: ‎I am not, he is not, we are not‎.</w:t>
      </w:r>
    </w:p>
    <w:p>
      <w:pPr>
        <w:spacing w:before="0" w:after="20"/>
        <w:jc w:val="both"/>
      </w:pPr>
      <w:r>
        <w:rPr/>
        <w:t>2. Short forms: isn't, aren't (but: I'm not).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צורות מקוצרות: ‎isn't, aren't (‎אבל: ‎I'm not)‎.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الصيغ المختصرة: ‎isn't, aren't (‎لكن: ‎I'm not)‎.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Ben isn't sick. We aren't late.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◆ Asking and answering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שואלים ועונים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نسأل ونجيب</w:t>
      </w:r>
    </w:p>
    <w:p>
      <w:pPr>
        <w:spacing w:before="0" w:after="20"/>
        <w:jc w:val="both"/>
      </w:pPr>
      <w:r>
        <w:rPr/>
        <w:t>1. Put the verb first: Are they at school?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שימו את הפועל ראשון: ‎Are they at school?‎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الفعل أولًا: ‎Are they at school?‎</w:t>
      </w:r>
    </w:p>
    <w:p>
      <w:pPr>
        <w:spacing w:before="0" w:after="20"/>
        <w:jc w:val="both"/>
      </w:pPr>
      <w:r>
        <w:rPr/>
        <w:t>2. Short answers: Yes, they are. / No, they aren't.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תשובות קצרות: ‎Yes, they are. / No, they aren't‎.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الإجابات القصيرة: ‎Yes, they are. / No, they aren't‎.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דוגמה: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مثال: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Is Shira nine? – No, she isn't. She is ten.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ootbal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football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כדורגל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 القدم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I + am, he/she/it + is, you/we/they + are. In a question, the verb comes first: Is he happy?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‎I + am, he/she/it + is, you/we/they + are‎. בשאלה הפועל בא ראשון: ‎Is he happy?‎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‎I + am‎، ‎he/she/it + is‎، ‎you/we/they + are‎. في السؤال يأتي الفعل أولًا: ‎Is he happy?‎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Yoav and I ___ good friends.</w:t>
      </w:r>
    </w:p>
    <w:p>
      <w:pPr>
        <w:spacing w:before="0" w:after="20"/>
        <w:jc w:val="both"/>
      </w:pPr>
      <w:r>
        <w:rPr/>
        <w:t>1. "Yoav and I" means "we".</w:t>
      </w:r>
    </w:p>
    <w:p>
      <w:pPr>
        <w:spacing w:before="0" w:after="20"/>
        <w:jc w:val="both"/>
      </w:pPr>
      <w:r>
        <w:rPr/>
        <w:t>2. We goes with are.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are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9F1239"/>
          <w:sz w:val="28"/>
          <w:szCs w:val="28"/>
        </w:rPr>
        <w:t>Check yourself – Complete with am, is or are. Use the table: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 היעזרו בטבלה: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 استعن بالجدول:</w:t>
      </w:r>
    </w:p>
    <w:p>
      <w:pPr>
        <w:spacing w:before="0" w:after="60"/>
        <w:jc w:val="both"/>
      </w:pPr>
      <w:r>
        <w:rPr/>
        <w:t>a. My dog __________ very big.</w:t>
      </w:r>
    </w:p>
    <w:p>
      <w:pPr>
        <w:spacing w:before="0" w:after="60"/>
        <w:jc w:val="both"/>
      </w:pPr>
      <w:r>
        <w:rPr/>
        <w:t>b. I __________ in class 4A.</w:t>
      </w:r>
    </w:p>
    <w:p>
      <w:pPr>
        <w:spacing w:before="0" w:after="60"/>
        <w:jc w:val="both"/>
      </w:pPr>
      <w:r>
        <w:rPr/>
        <w:t>c. Tamar and Noa __________ sisters.</w:t>
      </w:r>
    </w:p>
    <w:p>
      <w:pPr>
        <w:spacing w:before="0" w:after="60"/>
        <w:jc w:val="both"/>
      </w:pPr>
      <w:r>
        <w:rPr/>
        <w:t>d. __________ it your birthday today?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is · b. am · c. are · d. Is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