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</w:rPr>
        <w:t>Verb "to be": am, is, are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הפועל ‎"to be": am, is, are‎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الفعل ‎"to be": am, is, are‎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long form to the short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הצורה המלאה לצורה המקוצרת.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الصيغة الكاملة بالصيغة المختصرة.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I am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they're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she is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we're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we are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it's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it is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I'm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they are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she's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you are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you're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Sort the words: which verb do they go with?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המילים: עם איזה פועל הן הולכות?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الكلمات: مع أيّ فعل تأتي؟</w:t>
      </w:r>
    </w:p>
    <w:p>
      <w:pPr>
        <w:spacing w:before="0" w:after="80"/>
        <w:jc w:val="both"/>
      </w:pPr>
      <w:r>
        <w:rPr>
          <w:color w:val="3F6212"/>
          <w:sz w:val="24"/>
          <w:szCs w:val="24"/>
        </w:rPr>
        <w:t>Words: I  |  he  |  she  |  it  |  you  |  we  |  they  |  Noa  |  my parents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am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is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are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Complete with am, is or are.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‎am, is‎ או ‎are‎.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‎am‎ أو ‎is‎ أو ‎are‎.</w:t>
      </w:r>
    </w:p>
    <w:p>
      <w:pPr>
        <w:spacing w:before="0" w:after="60"/>
        <w:jc w:val="both"/>
      </w:pPr>
      <w:r>
        <w:rPr/>
        <w:t>a. I __________ a pupil.</w:t>
      </w:r>
    </w:p>
    <w:p>
      <w:pPr>
        <w:spacing w:before="0" w:after="60"/>
        <w:jc w:val="both"/>
      </w:pPr>
      <w:r>
        <w:rPr/>
        <w:t>b. Omer __________ eleven years old.</w:t>
      </w:r>
    </w:p>
    <w:p>
      <w:pPr>
        <w:spacing w:before="0" w:after="60"/>
        <w:jc w:val="both"/>
      </w:pPr>
      <w:r>
        <w:rPr/>
        <w:t>c. The cats __________ black.</w:t>
      </w:r>
    </w:p>
    <w:p>
      <w:pPr>
        <w:spacing w:before="0" w:after="60"/>
        <w:jc w:val="both"/>
      </w:pPr>
      <w:r>
        <w:rPr/>
        <w:t>d. You __________ my best friend.</w:t>
      </w:r>
    </w:p>
    <w:p>
      <w:pPr>
        <w:spacing w:before="0" w:after="60"/>
        <w:jc w:val="both"/>
      </w:pPr>
      <w:r>
        <w:rPr/>
        <w:t>e. It __________ hot today.</w:t>
      </w:r>
    </w:p>
    <w:p>
      <w:pPr>
        <w:spacing w:before="0" w:after="60"/>
        <w:jc w:val="both"/>
      </w:pPr>
      <w:r>
        <w:rPr/>
        <w:t>f. We __________ from Haifa.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Daniel ___ in the garden.</w:t>
      </w:r>
    </w:p>
    <w:p>
      <w:pPr>
        <w:spacing w:before="0" w:after="80"/>
        <w:jc w:val="both"/>
      </w:pPr>
      <w:r>
        <w:rPr/>
        <w:t xml:space="preserve">   ○ am      ○ is      ○ are</w:t>
      </w:r>
    </w:p>
    <w:p>
      <w:pPr>
        <w:spacing w:before="0" w:after="20"/>
        <w:jc w:val="both"/>
      </w:pPr>
      <w:r>
        <w:rPr/>
        <w:t>b. My brothers ___ at school.</w:t>
      </w:r>
    </w:p>
    <w:p>
      <w:pPr>
        <w:spacing w:before="0" w:after="80"/>
        <w:jc w:val="both"/>
      </w:pPr>
      <w:r>
        <w:rPr/>
        <w:t xml:space="preserve">   ○ are      ○ is      ○ am</w:t>
      </w:r>
    </w:p>
    <w:p>
      <w:pPr>
        <w:spacing w:before="0" w:after="20"/>
        <w:jc w:val="both"/>
      </w:pPr>
      <w:r>
        <w:rPr/>
        <w:t>c. I ___ happy today.</w:t>
      </w:r>
    </w:p>
    <w:p>
      <w:pPr>
        <w:spacing w:before="0" w:after="80"/>
        <w:jc w:val="both"/>
      </w:pPr>
      <w:r>
        <w:rPr/>
        <w:t xml:space="preserve">   ○ is      ○ are      ○ am</w:t>
      </w:r>
    </w:p>
    <w:p>
      <w:pPr>
        <w:spacing w:before="0" w:after="20"/>
        <w:jc w:val="both"/>
      </w:pPr>
      <w:r>
        <w:rPr/>
        <w:t>d. The book ___ new.</w:t>
      </w:r>
    </w:p>
    <w:p>
      <w:pPr>
        <w:spacing w:before="0" w:after="80"/>
        <w:jc w:val="both"/>
      </w:pPr>
      <w:r>
        <w:rPr/>
        <w:t xml:space="preserve">   ○ are      ○ is      ○ am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Write the short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הצורה המקוצרת.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الصيغة المختصرة.</w:t>
      </w:r>
    </w:p>
    <w:p>
      <w:pPr>
        <w:spacing w:before="0" w:after="60"/>
        <w:jc w:val="both"/>
      </w:pPr>
      <w:r>
        <w:rPr/>
        <w:t>a. He is tall. → __________ tall.</w:t>
      </w:r>
    </w:p>
    <w:p>
      <w:pPr>
        <w:spacing w:before="0" w:after="60"/>
        <w:jc w:val="both"/>
      </w:pPr>
      <w:r>
        <w:rPr/>
        <w:t>b. They are funny. → __________ funny.</w:t>
      </w:r>
    </w:p>
    <w:p>
      <w:pPr>
        <w:spacing w:before="0" w:after="60"/>
        <w:jc w:val="both"/>
      </w:pPr>
      <w:r>
        <w:rPr/>
        <w:t>c. I am hungry. → __________ hungry.</w:t>
      </w:r>
    </w:p>
    <w:p>
      <w:pPr>
        <w:spacing w:before="0" w:after="60"/>
        <w:jc w:val="both"/>
      </w:pPr>
      <w:r>
        <w:rPr/>
        <w:t>d. She is not sad. → She __________ sad.</w:t>
      </w:r>
    </w:p>
    <w:p>
      <w:pPr>
        <w:spacing w:before="0" w:after="60"/>
        <w:jc w:val="both"/>
      </w:pPr>
      <w:r>
        <w:rPr/>
        <w:t>e. We are not late. → We __________ late.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the table.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הטבלה.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Yes ✔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No ✘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 am cold.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She is at home.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They aren't tired.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It is big.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60"/>
        <w:jc w:val="both"/>
      </w:pPr>
      <w:r>
        <w:rPr/>
        <w:t>a. "We is friends." is correct.      True / False</w:t>
      </w:r>
    </w:p>
    <w:p>
      <w:pPr>
        <w:spacing w:before="0" w:after="60"/>
        <w:jc w:val="both"/>
      </w:pPr>
      <w:r>
        <w:rPr/>
        <w:t>b. "I'm" is the short form of "I am".      True / False</w:t>
      </w:r>
    </w:p>
    <w:p>
      <w:pPr>
        <w:spacing w:before="0" w:after="60"/>
        <w:jc w:val="both"/>
      </w:pPr>
      <w:r>
        <w:rPr/>
        <w:t>c. "The dogs is small." is correct.      True / False</w:t>
      </w:r>
    </w:p>
    <w:p>
      <w:pPr>
        <w:spacing w:before="0" w:after="60"/>
        <w:jc w:val="both"/>
      </w:pPr>
      <w:r>
        <w:rPr/>
        <w:t>d. "Is Itay at school?" is a correct question.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Choose the correct short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בחרו את התשובה הקצרה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اختر الإجابة القصيرة الصحيحة.</w:t>
      </w:r>
    </w:p>
    <w:p>
      <w:pPr>
        <w:spacing w:before="0" w:after="20"/>
        <w:jc w:val="both"/>
      </w:pPr>
      <w:r>
        <w:rPr/>
        <w:t>a. Are you nine? (✔)</w:t>
      </w:r>
    </w:p>
    <w:p>
      <w:pPr>
        <w:spacing w:before="0" w:after="80"/>
        <w:jc w:val="both"/>
      </w:pPr>
      <w:r>
        <w:rPr/>
        <w:t xml:space="preserve">   ○ Yes, I am.      ○ Yes, I'm.      ○ Yes, you are.</w:t>
      </w:r>
    </w:p>
    <w:p>
      <w:pPr>
        <w:spacing w:before="0" w:after="20"/>
        <w:jc w:val="both"/>
      </w:pPr>
      <w:r>
        <w:rPr/>
        <w:t>b. Is Maya at the beach? (✘)</w:t>
      </w:r>
    </w:p>
    <w:p>
      <w:pPr>
        <w:spacing w:before="0" w:after="80"/>
        <w:jc w:val="both"/>
      </w:pPr>
      <w:r>
        <w:rPr/>
        <w:t xml:space="preserve">   ○ No, she aren't.      ○ No, she isn't.      ○ No, she not.</w:t>
      </w:r>
    </w:p>
    <w:p>
      <w:pPr>
        <w:spacing w:before="0" w:after="20"/>
        <w:jc w:val="both"/>
      </w:pPr>
      <w:r>
        <w:rPr/>
        <w:t>c. Are they your friends? (✔)</w:t>
      </w:r>
    </w:p>
    <w:p>
      <w:pPr>
        <w:spacing w:before="0" w:after="80"/>
        <w:jc w:val="both"/>
      </w:pPr>
      <w:r>
        <w:rPr/>
        <w:t xml:space="preserve">   ○ Yes, we are.      ○ Yes, it is.      ○ Yes, they are.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Put the words in order and write the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המילים וכתבו את המשפט.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الكلمات واكتب الجملة.</w:t>
      </w:r>
    </w:p>
    <w:p>
      <w:pPr>
        <w:spacing w:before="0" w:after="100"/>
        <w:jc w:val="both"/>
      </w:pPr>
      <w:r>
        <w:rPr/>
        <w:t>a. am / I / ten / years old</w:t>
      </w:r>
    </w:p>
    <w:p>
      <w:pPr>
        <w:spacing w:before="0" w:after="100"/>
        <w:jc w:val="both"/>
      </w:pPr>
      <w:r>
        <w:rPr/>
        <w:t>b. is / Ben / my / cousin</w:t>
      </w:r>
    </w:p>
    <w:p>
      <w:pPr>
        <w:spacing w:before="0" w:after="100"/>
        <w:jc w:val="both"/>
      </w:pPr>
      <w:r>
        <w:rPr/>
        <w:t>c. you / tired / are / ?</w:t>
      </w:r>
    </w:p>
    <w:p>
      <w:pPr>
        <w:spacing w:before="0" w:after="100"/>
        <w:jc w:val="both"/>
      </w:pPr>
      <w:r>
        <w:rPr/>
        <w:t>d. not / we / are / late</w:t>
      </w:r>
    </w:p>
    <w:p>
      <w:pPr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</w:rPr>
        <w:t>My New Friend</w:t>
      </w:r>
    </w:p>
    <w:p>
      <w:pPr>
        <w:spacing w:before="0" w:after="80"/>
        <w:jc w:val="both"/>
      </w:pPr>
      <w:r>
        <w:rPr/>
        <w:t>Hi! My name is Ariel. I am nine years old and I am in class 4C. My new friend is Tom. He is from Eilat. Tom is tall and funny.</w:t>
      </w:r>
    </w:p>
    <w:p>
      <w:pPr>
        <w:spacing w:before="0" w:after="80"/>
        <w:jc w:val="both"/>
      </w:pPr>
      <w:r>
        <w:rPr/>
        <w:t>Tom's sisters are Noa and Tamar. They are twins. They are seven years old. Today we are at the beach. The water is warm and we are very happy!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"My New Friend". True or False?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‎"My New Friend"‎. נכון או לא נכון?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‎"My New Friend"‎. صحيح أم خطأ؟</w:t>
      </w:r>
    </w:p>
    <w:p>
      <w:pPr>
        <w:spacing w:before="0" w:after="60"/>
        <w:jc w:val="both"/>
      </w:pPr>
      <w:r>
        <w:rPr/>
        <w:t>a. Ariel is nine years old.      True / False</w:t>
      </w:r>
    </w:p>
    <w:p>
      <w:pPr>
        <w:spacing w:before="0" w:after="60"/>
        <w:jc w:val="both"/>
      </w:pPr>
      <w:r>
        <w:rPr/>
        <w:t>b. Tom is from Haifa.      True / False</w:t>
      </w:r>
    </w:p>
    <w:p>
      <w:pPr>
        <w:spacing w:before="0" w:after="60"/>
        <w:jc w:val="both"/>
      </w:pPr>
      <w:r>
        <w:rPr/>
        <w:t>c. Noa and Tamar are twins.      True / False</w:t>
      </w:r>
    </w:p>
    <w:p>
      <w:pPr>
        <w:spacing w:before="0" w:after="60"/>
        <w:jc w:val="both"/>
      </w:pPr>
      <w:r>
        <w:rPr/>
        <w:t>d. The water is cold.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Read the text again and answer with is or are.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 וענו עם ‎is‎ או ‎are‎.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 وأجب بـ ‎is‎ أو ‎are‎.</w:t>
      </w:r>
    </w:p>
    <w:p>
      <w:pPr>
        <w:spacing w:before="0" w:after="60"/>
        <w:jc w:val="both"/>
      </w:pPr>
      <w:r>
        <w:rPr/>
        <w:t>a. Tom __________ tall and funny.</w:t>
      </w:r>
    </w:p>
    <w:p>
      <w:pPr>
        <w:spacing w:before="0" w:after="60"/>
        <w:jc w:val="both"/>
      </w:pPr>
      <w:r>
        <w:rPr/>
        <w:t>b. Noa and Tamar __________ seven years old.</w:t>
      </w:r>
    </w:p>
    <w:p>
      <w:pPr>
        <w:spacing w:before="0" w:after="60"/>
        <w:jc w:val="both"/>
      </w:pPr>
      <w:r>
        <w:rPr/>
        <w:t>c. Ariel and Tom __________ at the beach today.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3 sentences about you and a friend. Use am, is and are. (Example: I am ... My friend is ... We are ...)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3 משפטים עליכם ועל חבר. השתמשו ב-‎am, is‎ ו-‎are. (‎דוגמה: ‎I am ...‎‏ ‎My friend is ...‎‏ ‎We are ...)‎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3 جمل عنك وعن صديق. استعمل ‎am‎ و ‎is‎ و ‎are. (‎مثال: ‎I am ...‎‏ ‎My friend is ...‎‏ ‎We are ...)‎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