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Verb "to be": am, is, are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long form to the short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הצורה המלאה לצורה המקוצרת.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الصيغة الكاملة بالصيغة المختصرة.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 am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they're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she is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we're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we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it's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it is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I'm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they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she's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you are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you're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words: which verb do they go with?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עם איזה פועל הן הולכות?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مع أيّ فعل تأتي؟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am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is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are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he, she, it, Noa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you, we, they, my parents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I am a pupil.</w:t>
      </w:r>
    </w:p>
    <w:p>
      <w:pPr>
        <w:spacing w:before="0" w:after="40"/>
        <w:jc w:val="both"/>
      </w:pPr>
      <w:r>
        <w:rPr/>
        <w:t>b. Omer is eleven years old.</w:t>
      </w:r>
    </w:p>
    <w:p>
      <w:pPr>
        <w:spacing w:before="0" w:after="40"/>
        <w:jc w:val="both"/>
      </w:pPr>
      <w:r>
        <w:rPr/>
        <w:t>c. The cats are black.</w:t>
      </w:r>
    </w:p>
    <w:p>
      <w:pPr>
        <w:spacing w:before="0" w:after="40"/>
        <w:jc w:val="both"/>
      </w:pPr>
      <w:r>
        <w:rPr/>
        <w:t>d. You are my best friend.</w:t>
      </w:r>
    </w:p>
    <w:p>
      <w:pPr>
        <w:spacing w:before="0" w:after="40"/>
        <w:jc w:val="both"/>
      </w:pPr>
      <w:r>
        <w:rPr/>
        <w:t>e. It is hot today.</w:t>
      </w:r>
    </w:p>
    <w:p>
      <w:pPr>
        <w:spacing w:before="0" w:after="40"/>
        <w:jc w:val="both"/>
      </w:pPr>
      <w:r>
        <w:rPr/>
        <w:t>f. We are from Haifa.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Daniel ___ in the garden.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0" w:after="20"/>
        <w:jc w:val="both"/>
      </w:pPr>
      <w:r>
        <w:rPr/>
        <w:t>b. My brothers ___ at school.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</w:t>
      </w:r>
    </w:p>
    <w:p>
      <w:pPr>
        <w:spacing w:before="0" w:after="20"/>
        <w:jc w:val="both"/>
      </w:pPr>
      <w:r>
        <w:rPr/>
        <w:t>c. I ___ happy today.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am</w:t>
      </w:r>
    </w:p>
    <w:p>
      <w:pPr>
        <w:spacing w:before="0" w:after="20"/>
        <w:jc w:val="both"/>
      </w:pPr>
      <w:r>
        <w:rPr/>
        <w:t>d. The book ___ new.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Write the short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הצורה המקוצרת.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الصيغة المختصرة.</w:t>
      </w:r>
    </w:p>
    <w:p>
      <w:pPr>
        <w:spacing w:before="0" w:after="40"/>
        <w:jc w:val="both"/>
      </w:pPr>
      <w:r>
        <w:rPr/>
        <w:t>a. He is tall. → He's tall.</w:t>
      </w:r>
    </w:p>
    <w:p>
      <w:pPr>
        <w:spacing w:before="0" w:after="40"/>
        <w:jc w:val="both"/>
      </w:pPr>
      <w:r>
        <w:rPr/>
        <w:t>b. They are funny. → They're funny.</w:t>
      </w:r>
    </w:p>
    <w:p>
      <w:pPr>
        <w:spacing w:before="0" w:after="40"/>
        <w:jc w:val="both"/>
      </w:pPr>
      <w:r>
        <w:rPr/>
        <w:t>c. I am hungry. → I'm hungry.</w:t>
      </w:r>
    </w:p>
    <w:p>
      <w:pPr>
        <w:spacing w:before="0" w:after="40"/>
        <w:jc w:val="both"/>
      </w:pPr>
      <w:r>
        <w:rPr/>
        <w:t>d. She is not sad. → She isn't sad.</w:t>
      </w:r>
    </w:p>
    <w:p>
      <w:pPr>
        <w:spacing w:before="0" w:after="40"/>
        <w:jc w:val="both"/>
      </w:pPr>
      <w:r>
        <w:rPr/>
        <w:t>e. We are not late. → We aren't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Yes ✔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No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am cold.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I'm not cold.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is at home.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She isn't at home.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are tired.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aren't tired.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It is big.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It isn't big.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"We is friends." is correct. – False – We are friends.</w:t>
      </w:r>
    </w:p>
    <w:p>
      <w:pPr>
        <w:spacing w:before="0" w:after="40"/>
        <w:jc w:val="both"/>
      </w:pPr>
      <w:r>
        <w:rPr/>
        <w:t>b. "I'm" is the short form of "I am". – True</w:t>
      </w:r>
    </w:p>
    <w:p>
      <w:pPr>
        <w:spacing w:before="0" w:after="40"/>
        <w:jc w:val="both"/>
      </w:pPr>
      <w:r>
        <w:rPr/>
        <w:t>c. "The dogs is small." is correct. – False – The dogs are small.</w:t>
      </w:r>
    </w:p>
    <w:p>
      <w:pPr>
        <w:spacing w:before="0" w:after="40"/>
        <w:jc w:val="both"/>
      </w:pPr>
      <w:r>
        <w:rPr/>
        <w:t>d. "Is Itay at school?" is a correct question.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Choose the correct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את התשובה הקצרה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اختر الإجابة القصيرة الصحيحة.</w:t>
      </w:r>
    </w:p>
    <w:p>
      <w:pPr>
        <w:spacing w:before="0" w:after="20"/>
        <w:jc w:val="both"/>
      </w:pPr>
      <w:r>
        <w:rPr/>
        <w:t>a. Are you nine? (✔)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I am.</w:t>
      </w:r>
    </w:p>
    <w:p>
      <w:pPr>
        <w:spacing w:before="0" w:after="20"/>
        <w:jc w:val="both"/>
      </w:pPr>
      <w:r>
        <w:rPr/>
        <w:t>b. Is Maya at the beach? (✘)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she isn't.</w:t>
      </w:r>
    </w:p>
    <w:p>
      <w:pPr>
        <w:spacing w:before="0" w:after="20"/>
        <w:jc w:val="both"/>
      </w:pPr>
      <w:r>
        <w:rPr/>
        <w:t>c. Are they your friends? (✔)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they are.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Put the words in order and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am / I / ten / years old  → I am ten years old.</w:t>
      </w:r>
    </w:p>
    <w:p>
      <w:pPr>
        <w:spacing w:before="0" w:after="100"/>
        <w:jc w:val="both"/>
      </w:pPr>
      <w:r>
        <w:rPr/>
        <w:t>b. is / Ben / my / cousin  → Ben is my cousin.</w:t>
      </w:r>
    </w:p>
    <w:p>
      <w:pPr>
        <w:spacing w:before="0" w:after="100"/>
        <w:jc w:val="both"/>
      </w:pPr>
      <w:r>
        <w:rPr/>
        <w:t>c. you / tired / are / ?  → Are you tired?</w:t>
      </w:r>
    </w:p>
    <w:p>
      <w:pPr>
        <w:spacing w:before="0" w:after="100"/>
        <w:jc w:val="both"/>
      </w:pPr>
      <w:r>
        <w:rPr/>
        <w:t>d. not / we / are / late  → We are not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"My New Friend".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‎"My New Friend"‎.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‎"My New Friend"‎. صحيح أم خطأ؟</w:t>
      </w:r>
    </w:p>
    <w:p>
      <w:pPr>
        <w:spacing w:before="0" w:after="40"/>
        <w:jc w:val="both"/>
      </w:pPr>
      <w:r>
        <w:rPr/>
        <w:t>a. Ariel is nine years old. – True</w:t>
      </w:r>
    </w:p>
    <w:p>
      <w:pPr>
        <w:spacing w:before="0" w:after="40"/>
        <w:jc w:val="both"/>
      </w:pPr>
      <w:r>
        <w:rPr/>
        <w:t>b. Tom is from Haifa. – False – Tom is from Eilat.</w:t>
      </w:r>
    </w:p>
    <w:p>
      <w:pPr>
        <w:spacing w:before="0" w:after="40"/>
        <w:jc w:val="both"/>
      </w:pPr>
      <w:r>
        <w:rPr/>
        <w:t>c. Noa and Tamar are twins. – True</w:t>
      </w:r>
    </w:p>
    <w:p>
      <w:pPr>
        <w:spacing w:before="0" w:after="40"/>
        <w:jc w:val="both"/>
      </w:pPr>
      <w:r>
        <w:rPr/>
        <w:t>d. The water is cold. – False – The water is warm.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Read the text again and answer with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 וענו עם ‎is‎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 وأجب بـ ‎is‎ أو ‎are‎.</w:t>
      </w:r>
    </w:p>
    <w:p>
      <w:pPr>
        <w:spacing w:before="0" w:after="40"/>
        <w:jc w:val="both"/>
      </w:pPr>
      <w:r>
        <w:rPr/>
        <w:t>a. Tom is tall and funny.</w:t>
      </w:r>
    </w:p>
    <w:p>
      <w:pPr>
        <w:spacing w:before="0" w:after="40"/>
        <w:jc w:val="both"/>
      </w:pPr>
      <w:r>
        <w:rPr/>
        <w:t>b. Noa and Tamar are seven years old.</w:t>
      </w:r>
    </w:p>
    <w:p>
      <w:pPr>
        <w:spacing w:before="0" w:after="40"/>
        <w:jc w:val="both"/>
      </w:pPr>
      <w:r>
        <w:rPr/>
        <w:t>c. Ariel and Tom are at the beach today.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3 sentences about you and a friend. Use am, is and are. (Example: I am ... My friend is ... We are ...)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משפטים עליכם ועל חבר. השתמשו ב-‎am, is‎ ו-‎are. (‎דוגמה: ‎I am ...‎‏ ‎My friend is ...‎‏ ‎We are ...)‎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جمل عنك وعن صديق. استعمل ‎am‎ و ‎is‎ و ‎are. (‎مثال: ‎I am ...‎‏ ‎My friend is ...‎‏ ‎We are ...)‎</w:t>
      </w:r>
    </w:p>
    <w:p>
      <w:pPr>
        <w:spacing w:before="0" w:after="80"/>
        <w:jc w:val="both"/>
      </w:pPr>
      <w:r>
        <w:rPr>
          <w:color w:val="0F7A4F"/>
        </w:rPr>
        <w:t>Possible answer: I am Noam. I am ten years old. My friend is Yoav. We are in class 4A.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