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Wh-questions with "to be" and prepositions of place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שאלות ‎Wh‎ עם ‎"to be"‎ ומילות מקום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أسئلة ‎Wh‎ مع ‎"to be"‎ وحروف المكان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</w:rPr>
        <w:t>Summary: asking questions with Wh-words and saying where things are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שואלים שאלות עם מילות ‎Wh‎ ואומרים איפה דברים נמצאים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نسأل بكلمات ‎Wh‎ ونقول أين توجد الأشياء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4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Wh-words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שאלה ‎(Wh)‎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كلمات السؤال ‎(Wh)‎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Question word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We ask about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What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thing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What is this? – It's a pen.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Who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person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Who is he? – He's my uncle.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Where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 place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Where is the cat? – On the sofa.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How old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age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How old are you? – I'm nine.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Prepositions of place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מילות מקום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حروف المكان</w:t>
      </w:r>
    </w:p>
    <w:p>
      <w:pPr>
        <w:spacing w:before="0" w:after="20"/>
        <w:jc w:val="both"/>
      </w:pPr>
      <w:r>
        <w:rPr/>
        <w:t>1. in = inside: in the box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‎in =‎ בתוך: ‎in the box‎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‎in =‎ داخل: ‎in the box‎</w:t>
      </w:r>
    </w:p>
    <w:p>
      <w:pPr>
        <w:spacing w:before="0" w:after="20"/>
        <w:jc w:val="both"/>
      </w:pPr>
      <w:r>
        <w:rPr/>
        <w:t>2. on = on top: on the desk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‎on =‎ על (למעלה‎): on the desk‎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‎on =‎ على (فوق‎): on the desk‎</w:t>
      </w:r>
    </w:p>
    <w:p>
      <w:pPr>
        <w:spacing w:before="0" w:after="20"/>
        <w:jc w:val="both"/>
      </w:pPr>
      <w:r>
        <w:rPr/>
        <w:t>3. under = below: under the chair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‎under =‎ מתחת: ‎under the chair‎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‎under =‎ تحت: ‎under the chair‎</w:t>
      </w:r>
    </w:p>
    <w:p>
      <w:pPr>
        <w:spacing w:before="0" w:after="20"/>
        <w:jc w:val="both"/>
      </w:pPr>
      <w:r>
        <w:rPr/>
        <w:t>4. next to = near, at the side: next to the door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‎next to =‎ ליד, בצד: ‎next to the door‎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‎next to =‎ بجانب، قرب: ‎next to the door‎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is or are?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‎is‎ או ‎are?‎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‎is‎ أم ‎are‎؟</w:t>
      </w:r>
    </w:p>
    <w:p>
      <w:pPr>
        <w:spacing w:before="0" w:after="20"/>
        <w:jc w:val="both"/>
      </w:pPr>
      <w:r>
        <w:rPr/>
        <w:t>1. One thing: Where is the ball?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דבר אחד: ‎Where is the ball?‎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شيء واحد: ‎Where is the ball?‎</w:t>
      </w:r>
    </w:p>
    <w:p>
      <w:pPr>
        <w:spacing w:before="0" w:after="20"/>
        <w:jc w:val="both"/>
      </w:pPr>
      <w:r>
        <w:rPr/>
        <w:t>2. Two or more: Where are the balls?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שניים או יותר: ‎Where are the balls?‎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اثنان أو أكثر: ‎Where are the balls?‎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l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ball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כדור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273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273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bed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מיטה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سرير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992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x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99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box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קופסה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صندوق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Wh-word + is/are + subject: Where is the dog? Where are the dogs?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מילת שאלה ‎+ is/are +‎ נושא: ‎Where is the dog?‎‏ ‎Where are the dogs?‎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كلمة السؤال ‎+ is/are +‎ الفاعل: ‎Where is the dog?‎‏ ‎Where are the dogs?‎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___ are your parents? – They are at work.</w:t>
      </w:r>
    </w:p>
    <w:p>
      <w:pPr>
        <w:spacing w:before="0" w:after="20"/>
        <w:jc w:val="both"/>
      </w:pPr>
      <w:r>
        <w:rPr/>
        <w:t>1. The answer is a place: at work.</w:t>
      </w:r>
    </w:p>
    <w:p>
      <w:pPr>
        <w:spacing w:before="0" w:after="20"/>
        <w:jc w:val="both"/>
      </w:pPr>
      <w:r>
        <w:rPr/>
        <w:t>2. For a place we ask with Where.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Where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Check yourself – Complete. Use the table and the points: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 היעזרו בטבלה ובנקודות: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 استعن بالجدول وبالنقاط:</w:t>
      </w:r>
    </w:p>
    <w:p>
      <w:pPr>
        <w:spacing w:before="0" w:after="60"/>
        <w:jc w:val="both"/>
      </w:pPr>
      <w:r>
        <w:rPr/>
        <w:t>a. __________ is that boy? – He's Itay.</w:t>
      </w:r>
    </w:p>
    <w:p>
      <w:pPr>
        <w:spacing w:before="0" w:after="60"/>
        <w:jc w:val="both"/>
      </w:pPr>
      <w:r>
        <w:rPr/>
        <w:t>b. Where __________ the cookies?</w:t>
      </w:r>
    </w:p>
    <w:p>
      <w:pPr>
        <w:spacing w:before="0" w:after="60"/>
        <w:jc w:val="both"/>
      </w:pPr>
      <w:r>
        <w:rPr/>
        <w:t>c. The cat is __________ the bed. (below)</w:t>
      </w:r>
    </w:p>
    <w:p>
      <w:pPr>
        <w:spacing w:before="0" w:after="60"/>
        <w:jc w:val="both"/>
      </w:pPr>
      <w:r>
        <w:rPr/>
        <w:t>d. __________ old is your brother?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Who · b. are · c. under · d. How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