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4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1D4ED8"/>
          <w:sz w:val="44"/>
          <w:szCs w:val="44"/>
        </w:rPr>
        <w:t>Wh-questions with "to be" and prepositions of place</w:t>
      </w:r>
    </w:p>
    <w:p>
      <w:pPr>
        <w:bidi/>
        <w:spacing w:before="0" w:after="0"/>
        <w:jc w:val="both"/>
      </w:pPr>
      <w:r>
        <w:rPr>
          <w:rFonts w:ascii="Arial" w:hAnsi="Arial" w:cs="Arial"/>
          <w:color w:val="6B7280"/>
          <w:sz w:val="22"/>
          <w:szCs w:val="22"/>
          <w:rtl/>
          <w:lang w:val="en-US" w:bidi="he-IL"/>
        </w:rPr>
        <w:t xml:space="preserve">שאלות ‎Wh‎ עם ‎"to be"‎ ומילות מקום</w:t>
      </w:r>
    </w:p>
    <w:p>
      <w:pPr>
        <w:bidi/>
        <w:spacing w:before="0" w:after="120"/>
        <w:jc w:val="both"/>
      </w:pPr>
      <w:r>
        <w:rPr>
          <w:rFonts w:ascii="Arial" w:hAnsi="Arial" w:cs="Arial"/>
          <w:color w:val="6B7280"/>
          <w:sz w:val="23"/>
          <w:szCs w:val="23"/>
          <w:rtl/>
          <w:lang w:val="en-US" w:bidi="ar-SA"/>
        </w:rPr>
        <w:t xml:space="preserve">أسئلة ‎Wh‎ مع ‎"to be"‎ وحروف المكان</w:t>
      </w:r>
    </w:p>
    <w:p>
      <w:pPr>
        <w:spacing w:before="160" w:after="20"/>
        <w:jc w:val="both"/>
      </w:pPr>
      <w:r>
        <w:rPr>
          <w:b/>
          <w:bCs/>
          <w:sz w:val="26"/>
          <w:szCs w:val="26"/>
        </w:rPr>
        <w:t>1. Match the question word to the answer.</w:t>
      </w:r>
    </w:p>
    <w:p>
      <w:pPr>
        <w:bidi/>
        <w:spacing w:before="0" w:after="0"/>
        <w:jc w:val="both"/>
      </w:pPr>
      <w:r>
        <w:rPr>
          <w:rFonts w:ascii="Arial" w:hAnsi="Arial" w:cs="Arial"/>
          <w:color w:val="6B7280"/>
          <w:sz w:val="20"/>
          <w:szCs w:val="20"/>
          <w:rtl/>
          <w:lang w:val="en-US" w:bidi="he-IL"/>
        </w:rPr>
        <w:t xml:space="preserve">התאימו את מילת השאלה לתשובה.</w:t>
      </w:r>
    </w:p>
    <w:p>
      <w:pPr>
        <w:bidi/>
        <w:spacing w:before="0" w:after="80"/>
        <w:jc w:val="both"/>
      </w:pPr>
      <w:r>
        <w:rPr>
          <w:rFonts w:ascii="Arial" w:hAnsi="Arial" w:cs="Arial"/>
          <w:color w:val="6B7280"/>
          <w:sz w:val="21"/>
          <w:szCs w:val="21"/>
          <w:rtl/>
          <w:lang w:val="en-US" w:bidi="ar-SA"/>
        </w:rPr>
        <w:t xml:space="preserve">صل كلمة السؤال بالإجابة.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Column A</w:t>
            </w:r>
          </w:p>
        </w:tc>
        <w:tc>
          <w:tcPr>
            <w:tcW w:type="dxa" w:w="4989"/>
            <w:shd w:val="clear" w:color="auto" w:fill="1d4ed8"/>
          </w:tcPr>
          <w:p>
            <w:pPr>
              <w:spacing w:before="0" w:after="40"/>
              <w:jc w:val="both"/>
            </w:pPr>
            <w:r>
              <w:rPr>
                <w:b/>
                <w:bCs/>
                <w:color w:val="FFFFFF"/>
              </w:rPr>
              <w:t>Column B</w:t>
            </w:r>
          </w:p>
        </w:tc>
      </w:tr>
      <w:tr>
        <w:tc>
          <w:tcPr>
            <w:tcW w:type="dxa" w:w="4989"/>
          </w:tcPr>
          <w:p>
            <w:pPr>
              <w:spacing w:before="0" w:after="40"/>
              <w:jc w:val="both"/>
            </w:pPr>
            <w:r>
              <w:rPr/>
              <w:t>1. What?</w:t>
            </w:r>
          </w:p>
        </w:tc>
        <w:tc>
          <w:tcPr>
            <w:tcW w:type="dxa" w:w="4989"/>
          </w:tcPr>
          <w:p>
            <w:pPr>
              <w:spacing w:before="0" w:after="40"/>
              <w:jc w:val="both"/>
            </w:pPr>
            <w:r>
              <w:rPr/>
              <w:t>[   ] a sandwich</w:t>
            </w:r>
          </w:p>
        </w:tc>
      </w:tr>
      <w:tr>
        <w:tc>
          <w:tcPr>
            <w:tcW w:type="dxa" w:w="4989"/>
          </w:tcPr>
          <w:p>
            <w:pPr>
              <w:spacing w:before="0" w:after="40"/>
              <w:jc w:val="both"/>
            </w:pPr>
            <w:r>
              <w:rPr/>
              <w:t>2. Who?</w:t>
            </w:r>
          </w:p>
        </w:tc>
        <w:tc>
          <w:tcPr>
            <w:tcW w:type="dxa" w:w="4989"/>
          </w:tcPr>
          <w:p>
            <w:pPr>
              <w:spacing w:before="0" w:after="40"/>
              <w:jc w:val="both"/>
            </w:pPr>
            <w:r>
              <w:rPr/>
              <w:t>[   ] in the garden</w:t>
            </w:r>
          </w:p>
        </w:tc>
      </w:tr>
      <w:tr>
        <w:tc>
          <w:tcPr>
            <w:tcW w:type="dxa" w:w="4989"/>
          </w:tcPr>
          <w:p>
            <w:pPr>
              <w:spacing w:before="0" w:after="40"/>
              <w:jc w:val="both"/>
            </w:pPr>
            <w:r>
              <w:rPr/>
              <w:t>3. Where?</w:t>
            </w:r>
          </w:p>
        </w:tc>
        <w:tc>
          <w:tcPr>
            <w:tcW w:type="dxa" w:w="4989"/>
          </w:tcPr>
          <w:p>
            <w:pPr>
              <w:spacing w:before="0" w:after="40"/>
              <w:jc w:val="both"/>
            </w:pPr>
            <w:r>
              <w:rPr/>
              <w:t>[   ] eight years old</w:t>
            </w:r>
          </w:p>
        </w:tc>
      </w:tr>
      <w:tr>
        <w:tc>
          <w:tcPr>
            <w:tcW w:type="dxa" w:w="4989"/>
          </w:tcPr>
          <w:p>
            <w:pPr>
              <w:spacing w:before="0" w:after="40"/>
              <w:jc w:val="both"/>
            </w:pPr>
            <w:r>
              <w:rPr/>
              <w:t>4. How old?</w:t>
            </w:r>
          </w:p>
        </w:tc>
        <w:tc>
          <w:tcPr>
            <w:tcW w:type="dxa" w:w="4989"/>
          </w:tcPr>
          <w:p>
            <w:pPr>
              <w:spacing w:before="0" w:after="40"/>
              <w:jc w:val="both"/>
            </w:pPr>
            <w:r>
              <w:rPr/>
              <w:t>[   ] my grandmother</w:t>
            </w:r>
          </w:p>
        </w:tc>
      </w:tr>
    </w:tbl>
    <w:p>
      <w:pPr>
        <w:spacing w:before="0" w:after="40"/>
        <w:jc w:val="both"/>
      </w:pPr>
    </w:p>
    <w:p>
      <w:pPr>
        <w:spacing w:before="160" w:after="20"/>
        <w:jc w:val="both"/>
      </w:pPr>
      <w:r>
        <w:rPr>
          <w:b/>
          <w:bCs/>
          <w:sz w:val="26"/>
          <w:szCs w:val="26"/>
        </w:rPr>
        <w:t>2. Look and complete with in, on, under or next to.</w:t>
      </w:r>
    </w:p>
    <w:p>
      <w:pPr>
        <w:bidi/>
        <w:spacing w:before="0" w:after="0"/>
        <w:jc w:val="both"/>
      </w:pPr>
      <w:r>
        <w:rPr>
          <w:rFonts w:ascii="Arial" w:hAnsi="Arial" w:cs="Arial"/>
          <w:color w:val="6B7280"/>
          <w:sz w:val="20"/>
          <w:szCs w:val="20"/>
          <w:rtl/>
          <w:lang w:val="en-US" w:bidi="he-IL"/>
        </w:rPr>
        <w:t xml:space="preserve">הסתכלו והשלימו עם ‎in, on, under‎ או ‎next to‎.</w:t>
      </w:r>
    </w:p>
    <w:p>
      <w:pPr>
        <w:bidi/>
        <w:spacing w:before="0" w:after="80"/>
        <w:jc w:val="both"/>
      </w:pPr>
      <w:r>
        <w:rPr>
          <w:rFonts w:ascii="Arial" w:hAnsi="Arial" w:cs="Arial"/>
          <w:color w:val="6B7280"/>
          <w:sz w:val="21"/>
          <w:szCs w:val="21"/>
          <w:rtl/>
          <w:lang w:val="en-US" w:bidi="ar-SA"/>
        </w:rPr>
        <w:t xml:space="preserve">انظر وأكمل بـ ‎in‎ أو ‎on‎ أو ‎under‎ أو ‎next to‎.</w:t>
      </w:r>
    </w:p>
    <w:p>
      <w:pPr>
        <w:spacing w:before="0" w:after="80"/>
        <w:jc w:val="both"/>
      </w:pPr>
      <w:r>
        <w:rPr>
          <w:color w:val="1D4ED8"/>
          <w:sz w:val="24"/>
          <w:szCs w:val="24"/>
        </w:rPr>
        <w:t>Word bank: in  |  on  |  under  |  next to</w:t>
      </w:r>
    </w:p>
    <w:p>
      <w:pPr>
        <w:spacing w:before="0" w:after="60"/>
        <w:jc w:val="both"/>
      </w:pPr>
      <w:r>
        <w:rPr/>
        <w:t>a. The fish is __________ the water.</w:t>
      </w:r>
    </w:p>
    <w:p>
      <w:pPr>
        <w:spacing w:before="0" w:after="60"/>
        <w:jc w:val="both"/>
      </w:pPr>
      <w:r>
        <w:rPr/>
        <w:t>b. The lamp is __________ the desk. (on top)</w:t>
      </w:r>
    </w:p>
    <w:p>
      <w:pPr>
        <w:spacing w:before="0" w:after="60"/>
        <w:jc w:val="both"/>
      </w:pPr>
      <w:r>
        <w:rPr/>
        <w:t>c. The shoes are __________ the bed. (below)</w:t>
      </w:r>
    </w:p>
    <w:p>
      <w:pPr>
        <w:spacing w:before="0" w:after="60"/>
        <w:jc w:val="both"/>
      </w:pPr>
      <w:r>
        <w:rPr/>
        <w:t>d. Noa is __________ Tamar. (at her side)</w:t>
      </w:r>
    </w:p>
    <w:p>
      <w:pPr>
        <w:spacing w:before="0" w:after="60"/>
        <w:jc w:val="both"/>
      </w:pPr>
      <w:r>
        <w:rPr/>
        <w:t>e. The milk is __________ the fridge.</w:t>
      </w:r>
    </w:p>
    <w:p>
      <w:pPr>
        <w:spacing w:before="160" w:after="20"/>
        <w:jc w:val="both"/>
      </w:pPr>
      <w:r>
        <w:rPr>
          <w:b/>
          <w:bCs/>
          <w:sz w:val="26"/>
          <w:szCs w:val="26"/>
        </w:rPr>
        <w:t>3.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___ is your name?</w:t>
      </w:r>
    </w:p>
    <w:p>
      <w:pPr>
        <w:spacing w:before="0" w:after="80"/>
        <w:jc w:val="both"/>
      </w:pPr>
      <w:r>
        <w:rPr/>
        <w:t xml:space="preserve">   ○ Who      ○ What      ○ Where</w:t>
      </w:r>
    </w:p>
    <w:p>
      <w:pPr>
        <w:spacing w:before="0" w:after="20"/>
        <w:jc w:val="both"/>
      </w:pPr>
      <w:r>
        <w:rPr/>
        <w:t>b. ___ is your teacher?</w:t>
      </w:r>
    </w:p>
    <w:p>
      <w:pPr>
        <w:spacing w:before="0" w:after="80"/>
        <w:jc w:val="both"/>
      </w:pPr>
      <w:r>
        <w:rPr/>
        <w:t xml:space="preserve">   ○ Who      ○ How old      ○ What</w:t>
      </w:r>
    </w:p>
    <w:p>
      <w:pPr>
        <w:spacing w:before="0" w:after="20"/>
        <w:jc w:val="both"/>
      </w:pPr>
      <w:r>
        <w:rPr/>
        <w:t>c. ___ is the bus stop?</w:t>
      </w:r>
    </w:p>
    <w:p>
      <w:pPr>
        <w:spacing w:before="0" w:after="80"/>
        <w:jc w:val="both"/>
      </w:pPr>
      <w:r>
        <w:rPr/>
        <w:t xml:space="preserve">   ○ What      ○ Who      ○ Where</w:t>
      </w:r>
    </w:p>
    <w:p>
      <w:pPr>
        <w:spacing w:before="0" w:after="20"/>
        <w:jc w:val="both"/>
      </w:pPr>
      <w:r>
        <w:rPr/>
        <w:t>d. ___ are you? – I'm ten.</w:t>
      </w:r>
    </w:p>
    <w:p>
      <w:pPr>
        <w:spacing w:before="0" w:after="80"/>
        <w:jc w:val="both"/>
      </w:pPr>
      <w:r>
        <w:rPr/>
        <w:t xml:space="preserve">   ○ How old      ○ Where      ○ Who</w:t>
      </w:r>
    </w:p>
    <w:p>
      <w:pPr>
        <w:spacing w:before="160" w:after="20"/>
        <w:jc w:val="both"/>
      </w:pPr>
      <w:r>
        <w:rPr>
          <w:b/>
          <w:bCs/>
          <w:sz w:val="26"/>
          <w:szCs w:val="26"/>
        </w:rPr>
        <w:t>4. Complete with is or are.</w:t>
      </w:r>
    </w:p>
    <w:p>
      <w:pPr>
        <w:bidi/>
        <w:spacing w:before="0" w:after="0"/>
        <w:jc w:val="both"/>
      </w:pPr>
      <w:r>
        <w:rPr>
          <w:rFonts w:ascii="Arial" w:hAnsi="Arial" w:cs="Arial"/>
          <w:color w:val="6B7280"/>
          <w:sz w:val="20"/>
          <w:szCs w:val="20"/>
          <w:rtl/>
          <w:lang w:val="en-US" w:bidi="he-IL"/>
        </w:rPr>
        <w:t xml:space="preserve">השלימו עם ‎is‎ או ‎are‎.</w:t>
      </w:r>
    </w:p>
    <w:p>
      <w:pPr>
        <w:bidi/>
        <w:spacing w:before="0" w:after="80"/>
        <w:jc w:val="both"/>
      </w:pPr>
      <w:r>
        <w:rPr>
          <w:rFonts w:ascii="Arial" w:hAnsi="Arial" w:cs="Arial"/>
          <w:color w:val="6B7280"/>
          <w:sz w:val="21"/>
          <w:szCs w:val="21"/>
          <w:rtl/>
          <w:lang w:val="en-US" w:bidi="ar-SA"/>
        </w:rPr>
        <w:t xml:space="preserve">أكمل بـ ‎is‎ أو ‎are‎.</w:t>
      </w:r>
    </w:p>
    <w:p>
      <w:pPr>
        <w:spacing w:before="0" w:after="60"/>
        <w:jc w:val="both"/>
      </w:pPr>
      <w:r>
        <w:rPr/>
        <w:t>a. Where __________ my bag?</w:t>
      </w:r>
    </w:p>
    <w:p>
      <w:pPr>
        <w:spacing w:before="0" w:after="60"/>
        <w:jc w:val="both"/>
      </w:pPr>
      <w:r>
        <w:rPr/>
        <w:t>b. Where __________ the children?</w:t>
      </w:r>
    </w:p>
    <w:p>
      <w:pPr>
        <w:spacing w:before="0" w:after="60"/>
        <w:jc w:val="both"/>
      </w:pPr>
      <w:r>
        <w:rPr/>
        <w:t>c. What __________ this?</w:t>
      </w:r>
    </w:p>
    <w:p>
      <w:pPr>
        <w:spacing w:before="0" w:after="60"/>
        <w:jc w:val="both"/>
      </w:pPr>
      <w:r>
        <w:rPr/>
        <w:t>d. Who __________ those girls?</w:t>
      </w:r>
    </w:p>
    <w:p>
      <w:pPr>
        <w:spacing w:before="0" w:after="60"/>
        <w:jc w:val="both"/>
      </w:pPr>
      <w:r>
        <w:rPr/>
        <w:t>e. Where __________ your glasses?</w:t>
      </w:r>
    </w:p>
    <w:p>
      <w:pPr>
        <w:spacing w:before="160" w:after="20"/>
        <w:jc w:val="both"/>
      </w:pPr>
      <w:r>
        <w:rPr>
          <w:b/>
          <w:bCs/>
          <w:sz w:val="26"/>
          <w:szCs w:val="26"/>
        </w:rPr>
        <w:t>5. Sort the questions: one thing or more than one?</w:t>
      </w:r>
    </w:p>
    <w:p>
      <w:pPr>
        <w:bidi/>
        <w:spacing w:before="0" w:after="0"/>
        <w:jc w:val="both"/>
      </w:pPr>
      <w:r>
        <w:rPr>
          <w:rFonts w:ascii="Arial" w:hAnsi="Arial" w:cs="Arial"/>
          <w:color w:val="6B7280"/>
          <w:sz w:val="20"/>
          <w:szCs w:val="20"/>
          <w:rtl/>
          <w:lang w:val="en-US" w:bidi="he-IL"/>
        </w:rPr>
        <w:t xml:space="preserve">מיינו את השאלות: דבר אחד או יותר מאחד?</w:t>
      </w:r>
    </w:p>
    <w:p>
      <w:pPr>
        <w:bidi/>
        <w:spacing w:before="0" w:after="80"/>
        <w:jc w:val="both"/>
      </w:pPr>
      <w:r>
        <w:rPr>
          <w:rFonts w:ascii="Arial" w:hAnsi="Arial" w:cs="Arial"/>
          <w:color w:val="6B7280"/>
          <w:sz w:val="21"/>
          <w:szCs w:val="21"/>
          <w:rtl/>
          <w:lang w:val="en-US" w:bidi="ar-SA"/>
        </w:rPr>
        <w:t xml:space="preserve">صنّف الأسئلة: شيء واحد أم أكثر من واحد؟</w:t>
      </w:r>
    </w:p>
    <w:p>
      <w:pPr>
        <w:spacing w:before="0" w:after="80"/>
        <w:jc w:val="both"/>
      </w:pPr>
      <w:r>
        <w:rPr>
          <w:color w:val="1D4ED8"/>
          <w:sz w:val="24"/>
          <w:szCs w:val="24"/>
        </w:rPr>
        <w:t>Words: Where is the pen?  |  Where are the pens?  |  What is this?  |  Who are they?  |  Where is Tom?  |  Where are my socks?</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One</w:t>
            </w:r>
          </w:p>
        </w:tc>
        <w:tc>
          <w:tcPr>
            <w:tcW w:type="dxa" w:w="4989"/>
            <w:shd w:val="clear" w:color="auto" w:fill="1d4ed8"/>
          </w:tcPr>
          <w:p>
            <w:pPr>
              <w:spacing w:before="0" w:after="40"/>
              <w:jc w:val="both"/>
            </w:pPr>
            <w:r>
              <w:rPr>
                <w:b/>
                <w:bCs/>
                <w:color w:val="FFFFFF"/>
              </w:rPr>
              <w:t>More than one</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6. Complete the questions and answers.</w:t>
      </w:r>
    </w:p>
    <w:p>
      <w:pPr>
        <w:bidi/>
        <w:spacing w:before="0" w:after="0"/>
        <w:jc w:val="both"/>
      </w:pPr>
      <w:r>
        <w:rPr>
          <w:rFonts w:ascii="Arial" w:hAnsi="Arial" w:cs="Arial"/>
          <w:color w:val="6B7280"/>
          <w:sz w:val="20"/>
          <w:szCs w:val="20"/>
          <w:rtl/>
          <w:lang w:val="en-US" w:bidi="he-IL"/>
        </w:rPr>
        <w:t xml:space="preserve">השלימו את השאלות ואת התשובות.</w:t>
      </w:r>
    </w:p>
    <w:p>
      <w:pPr>
        <w:bidi/>
        <w:spacing w:before="0" w:after="80"/>
        <w:jc w:val="both"/>
      </w:pPr>
      <w:r>
        <w:rPr>
          <w:rFonts w:ascii="Arial" w:hAnsi="Arial" w:cs="Arial"/>
          <w:color w:val="6B7280"/>
          <w:sz w:val="21"/>
          <w:szCs w:val="21"/>
          <w:rtl/>
          <w:lang w:val="en-US" w:bidi="ar-SA"/>
        </w:rPr>
        <w:t xml:space="preserve">أكمل الأسئلة والإجابات.</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Question</w:t>
            </w:r>
          </w:p>
        </w:tc>
        <w:tc>
          <w:tcPr>
            <w:tcW w:type="dxa" w:w="4989"/>
            <w:shd w:val="clear" w:color="auto" w:fill="1d4ed8"/>
          </w:tcPr>
          <w:p>
            <w:pPr>
              <w:spacing w:before="0" w:after="40"/>
              <w:jc w:val="both"/>
            </w:pPr>
            <w:r>
              <w:rPr>
                <w:b/>
                <w:bCs/>
                <w:color w:val="FFFFFF"/>
              </w:rPr>
              <w:t>Answer</w:t>
            </w:r>
          </w:p>
        </w:tc>
      </w:tr>
      <w:tr>
        <w:tc>
          <w:tcPr>
            <w:tcW w:type="dxa" w:w="4989"/>
          </w:tcPr>
          <w:p>
            <w:pPr>
              <w:spacing w:before="0" w:after="40"/>
              <w:jc w:val="both"/>
            </w:pPr>
            <w:r>
              <w:rPr/>
              <w:t>Where is the dog?</w:t>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t>It's a ruler.</w:t>
            </w:r>
          </w:p>
        </w:tc>
      </w:tr>
      <w:tr>
        <w:tc>
          <w:tcPr>
            <w:tcW w:type="dxa" w:w="4989"/>
          </w:tcPr>
          <w:p>
            <w:pPr>
              <w:spacing w:before="0" w:after="40"/>
              <w:jc w:val="both"/>
            </w:pPr>
            <w:r>
              <w:rPr/>
              <w:t>Who is he?</w:t>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t>I'm eleven.</w:t>
            </w:r>
          </w:p>
        </w:tc>
      </w:tr>
    </w:tbl>
    <w:p>
      <w:pPr>
        <w:spacing w:before="0" w:after="40"/>
        <w:jc w:val="both"/>
      </w:pPr>
    </w:p>
    <w:p>
      <w:pPr>
        <w:spacing w:before="160" w:after="20"/>
        <w:jc w:val="both"/>
      </w:pPr>
      <w:r>
        <w:rPr>
          <w:b/>
          <w:bCs/>
          <w:sz w:val="26"/>
          <w:szCs w:val="26"/>
        </w:rPr>
        <w:t>7. Look at the sentences about Ben's room. True or False? The bed is next to the window. The ball is under the bed. The books are on the shelf. The cat is in the box.</w:t>
      </w:r>
    </w:p>
    <w:p>
      <w:pPr>
        <w:bidi/>
        <w:spacing w:before="0" w:after="0"/>
        <w:jc w:val="both"/>
      </w:pPr>
      <w:r>
        <w:rPr>
          <w:rFonts w:ascii="Arial" w:hAnsi="Arial" w:cs="Arial"/>
          <w:color w:val="6B7280"/>
          <w:sz w:val="20"/>
          <w:szCs w:val="20"/>
          <w:rtl/>
          <w:lang w:val="en-US" w:bidi="he-IL"/>
        </w:rPr>
        <w:t xml:space="preserve">הסתכלו על המשפטים על החדר של בן. נכון או לא נכון‎?‎‏ ‎The bed is next to the window.‎‏ ‎The ball is under the bed.‎‏ ‎The books are on the shelf.‎‏ ‎The cat is in the box‎.</w:t>
      </w:r>
    </w:p>
    <w:p>
      <w:pPr>
        <w:bidi/>
        <w:spacing w:before="0" w:after="80"/>
        <w:jc w:val="both"/>
      </w:pPr>
      <w:r>
        <w:rPr>
          <w:rFonts w:ascii="Arial" w:hAnsi="Arial" w:cs="Arial"/>
          <w:color w:val="6B7280"/>
          <w:sz w:val="21"/>
          <w:szCs w:val="21"/>
          <w:rtl/>
          <w:lang w:val="en-US" w:bidi="ar-SA"/>
        </w:rPr>
        <w:t xml:space="preserve">انظر إلى الجمل عن غرفة ‎Ben‎. صحيح أم خطأ؟ ‎The bed is next to the window.‎‏ ‎The ball is under the bed.‎‏ ‎The books are on the shelf.‎‏ ‎The cat is in the box‎.</w:t>
      </w:r>
    </w:p>
    <w:p>
      <w:pPr>
        <w:spacing w:before="0" w:after="60"/>
        <w:jc w:val="both"/>
      </w:pPr>
      <w:r>
        <w:rPr/>
        <w:t>a. The ball is on the bed.      True / False</w:t>
      </w:r>
    </w:p>
    <w:p>
      <w:pPr>
        <w:spacing w:before="0" w:after="60"/>
        <w:jc w:val="both"/>
      </w:pPr>
      <w:r>
        <w:rPr/>
        <w:t>b. The books are on the shelf.      True / False</w:t>
      </w:r>
    </w:p>
    <w:p>
      <w:pPr>
        <w:spacing w:before="0" w:after="60"/>
        <w:jc w:val="both"/>
      </w:pPr>
      <w:r>
        <w:rPr/>
        <w:t>c. The cat is next to the box.      True / False</w:t>
      </w:r>
    </w:p>
    <w:p>
      <w:pPr>
        <w:spacing w:before="0" w:after="60"/>
        <w:jc w:val="both"/>
      </w:pPr>
      <w:r>
        <w:rPr/>
        <w:t>d. The bed is next to the window.      True / False</w:t>
      </w:r>
    </w:p>
    <w:p>
      <w:pPr>
        <w:spacing w:before="160" w:after="20"/>
        <w:jc w:val="both"/>
      </w:pPr>
      <w:r>
        <w:rPr>
          <w:b/>
          <w:bCs/>
          <w:sz w:val="26"/>
          <w:szCs w:val="26"/>
        </w:rPr>
        <w:t>8. Put the words in order and write the question.</w:t>
      </w:r>
    </w:p>
    <w:p>
      <w:pPr>
        <w:bidi/>
        <w:spacing w:before="0" w:after="0"/>
        <w:jc w:val="both"/>
      </w:pPr>
      <w:r>
        <w:rPr>
          <w:rFonts w:ascii="Arial" w:hAnsi="Arial" w:cs="Arial"/>
          <w:color w:val="6B7280"/>
          <w:sz w:val="20"/>
          <w:szCs w:val="20"/>
          <w:rtl/>
          <w:lang w:val="en-US" w:bidi="he-IL"/>
        </w:rPr>
        <w:t xml:space="preserve">סדרו את המילים וכתבו את השאלה.</w:t>
      </w:r>
    </w:p>
    <w:p>
      <w:pPr>
        <w:bidi/>
        <w:spacing w:before="0" w:after="80"/>
        <w:jc w:val="both"/>
      </w:pPr>
      <w:r>
        <w:rPr>
          <w:rFonts w:ascii="Arial" w:hAnsi="Arial" w:cs="Arial"/>
          <w:color w:val="6B7280"/>
          <w:sz w:val="21"/>
          <w:szCs w:val="21"/>
          <w:rtl/>
          <w:lang w:val="en-US" w:bidi="ar-SA"/>
        </w:rPr>
        <w:t xml:space="preserve">رتّب الكلمات واكتب السؤال.</w:t>
      </w:r>
    </w:p>
    <w:p>
      <w:pPr>
        <w:spacing w:before="0" w:after="100"/>
        <w:jc w:val="both"/>
      </w:pPr>
      <w:r>
        <w:rPr/>
        <w:t>a. is / where / the / park / ?</w:t>
      </w:r>
    </w:p>
    <w:p>
      <w:pPr>
        <w:spacing w:before="0" w:after="100"/>
        <w:jc w:val="both"/>
      </w:pPr>
      <w:r>
        <w:rPr/>
        <w:t>b. your / what / is / name / ?</w:t>
      </w:r>
    </w:p>
    <w:p>
      <w:pPr>
        <w:spacing w:before="0" w:after="100"/>
        <w:jc w:val="both"/>
      </w:pPr>
      <w:r>
        <w:rPr/>
        <w:t>c. are / who / they / ?</w:t>
      </w:r>
    </w:p>
    <w:p>
      <w:pPr>
        <w:spacing w:before="0" w:after="100"/>
        <w:jc w:val="both"/>
      </w:pPr>
      <w:r>
        <w:rPr/>
        <w:t>d. old / how / your / is / sister / ?</w:t>
      </w:r>
    </w:p>
    <w:p>
      <w:pPr>
        <w:spacing w:before="120" w:after="40"/>
        <w:jc w:val="center"/>
      </w:pPr>
      <w:r>
        <w:rPr>
          <w:rFonts w:ascii="Arial Black" w:hAnsi="Arial Black" w:cs="Arial Black"/>
          <w:b/>
          <w:bCs/>
          <w:color w:val="1D4ED8"/>
          <w:sz w:val="30"/>
          <w:szCs w:val="30"/>
        </w:rPr>
        <w:t>Where Is Ferdi?</w:t>
      </w:r>
    </w:p>
    <w:p>
      <w:pPr>
        <w:spacing w:before="0" w:after="80"/>
        <w:jc w:val="both"/>
      </w:pPr>
      <w:r>
        <w:rPr/>
        <w:t>Itay has a little dog. His name is Ferdi. Today Ferdi is not in his bed. "Where is Ferdi?" asks Itay. He looks under the table. Ferdi isn't there.</w:t>
      </w:r>
    </w:p>
    <w:p>
      <w:pPr>
        <w:spacing w:before="0" w:after="80"/>
        <w:jc w:val="both"/>
      </w:pPr>
      <w:r>
        <w:rPr/>
        <w:t>He looks in the garden and next to the door. No dog! Then Itay's sister Maya laughs. "Look on the sofa!" Ferdi is on the sofa, under a big pillow. He is asleep.</w:t>
      </w:r>
    </w:p>
    <w:p>
      <w:pPr>
        <w:spacing w:before="160" w:after="20"/>
        <w:jc w:val="both"/>
      </w:pPr>
      <w:r>
        <w:rPr>
          <w:b/>
          <w:bCs/>
          <w:sz w:val="26"/>
          <w:szCs w:val="26"/>
        </w:rPr>
        <w:t>10. Read "Where Is Ferdi?". Choose the correct answer.</w:t>
      </w:r>
    </w:p>
    <w:p>
      <w:pPr>
        <w:bidi/>
        <w:spacing w:before="0" w:after="0"/>
        <w:jc w:val="both"/>
      </w:pPr>
      <w:r>
        <w:rPr>
          <w:rFonts w:ascii="Arial" w:hAnsi="Arial" w:cs="Arial"/>
          <w:color w:val="6B7280"/>
          <w:sz w:val="20"/>
          <w:szCs w:val="20"/>
          <w:rtl/>
          <w:lang w:val="en-US" w:bidi="he-IL"/>
        </w:rPr>
        <w:t xml:space="preserve">קראו את ‎"Where Is Ferdi?"‎. בחרו את התשובה הנכונה.</w:t>
      </w:r>
    </w:p>
    <w:p>
      <w:pPr>
        <w:bidi/>
        <w:spacing w:before="0" w:after="80"/>
        <w:jc w:val="both"/>
      </w:pPr>
      <w:r>
        <w:rPr>
          <w:rFonts w:ascii="Arial" w:hAnsi="Arial" w:cs="Arial"/>
          <w:color w:val="6B7280"/>
          <w:sz w:val="21"/>
          <w:szCs w:val="21"/>
          <w:rtl/>
          <w:lang w:val="en-US" w:bidi="ar-SA"/>
        </w:rPr>
        <w:t xml:space="preserve">اقرأ ‎"Where Is Ferdi?"‎. اختر الإجابة الصحيحة.</w:t>
      </w:r>
    </w:p>
    <w:p>
      <w:pPr>
        <w:spacing w:before="0" w:after="20"/>
        <w:jc w:val="both"/>
      </w:pPr>
      <w:r>
        <w:rPr/>
        <w:t>a. Who is Ferdi?</w:t>
      </w:r>
    </w:p>
    <w:p>
      <w:pPr>
        <w:spacing w:before="0" w:after="80"/>
        <w:jc w:val="both"/>
      </w:pPr>
      <w:r>
        <w:rPr/>
        <w:t xml:space="preserve">   ○ Itay's brother      ○ Itay's dog      ○ Maya's cat</w:t>
      </w:r>
    </w:p>
    <w:p>
      <w:pPr>
        <w:spacing w:before="0" w:after="20"/>
        <w:jc w:val="both"/>
      </w:pPr>
      <w:r>
        <w:rPr/>
        <w:t>b. Where is Ferdi at the end?</w:t>
      </w:r>
    </w:p>
    <w:p>
      <w:pPr>
        <w:spacing w:before="0" w:after="80"/>
        <w:jc w:val="both"/>
      </w:pPr>
      <w:r>
        <w:rPr/>
        <w:t xml:space="preserve">   ○ on the sofa      ○ in the garden      ○ under the table</w:t>
      </w:r>
    </w:p>
    <w:p>
      <w:pPr>
        <w:spacing w:before="0" w:after="20"/>
        <w:jc w:val="both"/>
      </w:pPr>
      <w:r>
        <w:rPr/>
        <w:t>c. Why is Ferdi quiet?</w:t>
      </w:r>
    </w:p>
    <w:p>
      <w:pPr>
        <w:spacing w:before="0" w:after="80"/>
        <w:jc w:val="both"/>
      </w:pPr>
      <w:r>
        <w:rPr/>
        <w:t xml:space="preserve">   ○ He is sick.      ○ He is asleep.      ○ He is at school.</w:t>
      </w:r>
    </w:p>
    <w:p>
      <w:pPr>
        <w:spacing w:before="160" w:after="20"/>
        <w:jc w:val="both"/>
      </w:pPr>
      <w:r>
        <w:rPr>
          <w:b/>
          <w:bCs/>
          <w:sz w:val="26"/>
          <w:szCs w:val="26"/>
        </w:rPr>
        <w:t>11. Read the text again. Complete with in, on, under or next to.</w:t>
      </w:r>
    </w:p>
    <w:p>
      <w:pPr>
        <w:bidi/>
        <w:spacing w:before="0" w:after="0"/>
        <w:jc w:val="both"/>
      </w:pPr>
      <w:r>
        <w:rPr>
          <w:rFonts w:ascii="Arial" w:hAnsi="Arial" w:cs="Arial"/>
          <w:color w:val="6B7280"/>
          <w:sz w:val="20"/>
          <w:szCs w:val="20"/>
          <w:rtl/>
          <w:lang w:val="en-US" w:bidi="he-IL"/>
        </w:rPr>
        <w:t xml:space="preserve">קראו שוב את הטקסט. השלימו עם ‎in, on, under‎ או ‎next to‎.</w:t>
      </w:r>
    </w:p>
    <w:p>
      <w:pPr>
        <w:bidi/>
        <w:spacing w:before="0" w:after="80"/>
        <w:jc w:val="both"/>
      </w:pPr>
      <w:r>
        <w:rPr>
          <w:rFonts w:ascii="Arial" w:hAnsi="Arial" w:cs="Arial"/>
          <w:color w:val="6B7280"/>
          <w:sz w:val="21"/>
          <w:szCs w:val="21"/>
          <w:rtl/>
          <w:lang w:val="en-US" w:bidi="ar-SA"/>
        </w:rPr>
        <w:t xml:space="preserve">اقرأ النص مرة أخرى. أكمل بـ ‎in‎ أو ‎on‎ أو ‎under‎ أو ‎next to‎.</w:t>
      </w:r>
    </w:p>
    <w:p>
      <w:pPr>
        <w:spacing w:before="0" w:after="60"/>
        <w:jc w:val="both"/>
      </w:pPr>
      <w:r>
        <w:rPr/>
        <w:t>a. Itay looks __________ the table.</w:t>
      </w:r>
    </w:p>
    <w:p>
      <w:pPr>
        <w:spacing w:before="0" w:after="60"/>
        <w:jc w:val="both"/>
      </w:pPr>
      <w:r>
        <w:rPr/>
        <w:t>b. He looks __________ the garden.</w:t>
      </w:r>
    </w:p>
    <w:p>
      <w:pPr>
        <w:spacing w:before="0" w:after="60"/>
        <w:jc w:val="both"/>
      </w:pPr>
      <w:r>
        <w:rPr/>
        <w:t>c. Ferdi is __________ a big pillow.</w:t>
      </w:r>
    </w:p>
    <w:p>
      <w:pPr>
        <w:spacing w:before="160" w:after="20"/>
        <w:jc w:val="both"/>
      </w:pPr>
      <w:r>
        <w:rPr>
          <w:b/>
          <w:bCs/>
          <w:sz w:val="26"/>
          <w:szCs w:val="26"/>
        </w:rPr>
        <w:t>12. Write the Wh-word.</w:t>
      </w:r>
    </w:p>
    <w:p>
      <w:pPr>
        <w:bidi/>
        <w:spacing w:before="0" w:after="0"/>
        <w:jc w:val="both"/>
      </w:pPr>
      <w:r>
        <w:rPr>
          <w:rFonts w:ascii="Arial" w:hAnsi="Arial" w:cs="Arial"/>
          <w:color w:val="6B7280"/>
          <w:sz w:val="20"/>
          <w:szCs w:val="20"/>
          <w:rtl/>
          <w:lang w:val="en-US" w:bidi="he-IL"/>
        </w:rPr>
        <w:t xml:space="preserve">כתבו את מילת השאלה ‎(Wh)‎.</w:t>
      </w:r>
    </w:p>
    <w:p>
      <w:pPr>
        <w:bidi/>
        <w:spacing w:before="0" w:after="80"/>
        <w:jc w:val="both"/>
      </w:pPr>
      <w:r>
        <w:rPr>
          <w:rFonts w:ascii="Arial" w:hAnsi="Arial" w:cs="Arial"/>
          <w:color w:val="6B7280"/>
          <w:sz w:val="21"/>
          <w:szCs w:val="21"/>
          <w:rtl/>
          <w:lang w:val="en-US" w:bidi="ar-SA"/>
        </w:rPr>
        <w:t xml:space="preserve">اكتب كلمة السؤال ‎(Wh)‎.</w:t>
      </w:r>
    </w:p>
    <w:p>
      <w:pPr>
        <w:spacing w:before="0" w:after="60"/>
        <w:jc w:val="both"/>
      </w:pPr>
      <w:r>
        <w:rPr/>
        <w:t>a. __________ is your favorite color? – Blue.</w:t>
      </w:r>
    </w:p>
    <w:p>
      <w:pPr>
        <w:spacing w:before="0" w:after="60"/>
        <w:jc w:val="both"/>
      </w:pPr>
      <w:r>
        <w:rPr/>
        <w:t>b. __________ are my shoes? – Under the bed.</w:t>
      </w:r>
    </w:p>
    <w:p>
      <w:pPr>
        <w:spacing w:before="0" w:after="60"/>
        <w:jc w:val="both"/>
      </w:pPr>
      <w:r>
        <w:rPr/>
        <w:t>c. __________ is that man? – He's my grandpa.</w:t>
      </w:r>
    </w:p>
    <w:p>
      <w:pPr>
        <w:spacing w:before="160" w:after="20"/>
        <w:jc w:val="both"/>
      </w:pPr>
      <w:r>
        <w:rPr>
          <w:b/>
          <w:bCs/>
          <w:sz w:val="26"/>
          <w:szCs w:val="26"/>
        </w:rPr>
        <w:t>13. Write 3 sentences about your bedroom. Say where things are. Use in, on, under or next to.</w:t>
      </w:r>
    </w:p>
    <w:p>
      <w:pPr>
        <w:bidi/>
        <w:spacing w:before="0" w:after="0"/>
        <w:jc w:val="both"/>
      </w:pPr>
      <w:r>
        <w:rPr>
          <w:rFonts w:ascii="Arial" w:hAnsi="Arial" w:cs="Arial"/>
          <w:color w:val="6B7280"/>
          <w:sz w:val="20"/>
          <w:szCs w:val="20"/>
          <w:rtl/>
          <w:lang w:val="en-US" w:bidi="he-IL"/>
        </w:rPr>
        <w:t xml:space="preserve">כתבו 3 משפטים על חדר השינה שלכם. ספרו איפה נמצאים הדברים. השתמשו ב-‎in, on, under‎ או ‎next to‎.</w:t>
      </w:r>
    </w:p>
    <w:p>
      <w:pPr>
        <w:bidi/>
        <w:spacing w:before="0" w:after="80"/>
        <w:jc w:val="both"/>
      </w:pPr>
      <w:r>
        <w:rPr>
          <w:rFonts w:ascii="Arial" w:hAnsi="Arial" w:cs="Arial"/>
          <w:color w:val="6B7280"/>
          <w:sz w:val="21"/>
          <w:szCs w:val="21"/>
          <w:rtl/>
          <w:lang w:val="en-US" w:bidi="ar-SA"/>
        </w:rPr>
        <w:t xml:space="preserve">اكتب 3 جمل عن غرفة نومك. قل أين توجد الأشياء. استعمل ‎in‎ أو ‎on‎ أو ‎under‎ أو ‎next to‎.</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